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89269" w14:textId="77777777" w:rsidR="00BA7048" w:rsidRDefault="00000000">
      <w:pPr>
        <w:pStyle w:val="SFClause"/>
        <w:jc w:val="center"/>
        <w:rPr>
          <w:rFonts w:hint="eastAsia"/>
        </w:rPr>
      </w:pPr>
      <w:r>
        <w:rPr>
          <w:noProof/>
        </w:rPr>
        <w:drawing>
          <wp:inline distT="0" distB="0" distL="0" distR="0" wp14:anchorId="3BBE4C12" wp14:editId="0E791E6A">
            <wp:extent cx="987552" cy="1035804"/>
            <wp:effectExtent l="0" t="0" r="0" b="0"/>
            <wp:docPr id="1" name="Picture 1" descr="Spirit Floor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logo.png"/>
                    <pic:cNvPicPr/>
                  </pic:nvPicPr>
                  <pic:blipFill>
                    <a:blip r:embed="rId8"/>
                    <a:stretch>
                      <a:fillRect/>
                    </a:stretch>
                  </pic:blipFill>
                  <pic:spPr>
                    <a:xfrm>
                      <a:off x="0" y="0"/>
                      <a:ext cx="987552" cy="1035804"/>
                    </a:xfrm>
                    <a:prstGeom prst="rect">
                      <a:avLst/>
                    </a:prstGeom>
                  </pic:spPr>
                </pic:pic>
              </a:graphicData>
            </a:graphic>
          </wp:inline>
        </w:drawing>
      </w:r>
    </w:p>
    <w:p w14:paraId="4E15811D" w14:textId="77777777" w:rsidR="00BA7048" w:rsidRDefault="00000000">
      <w:pPr>
        <w:pStyle w:val="SFEyebrow"/>
        <w:jc w:val="center"/>
        <w:rPr>
          <w:rFonts w:hint="eastAsia"/>
        </w:rPr>
      </w:pPr>
      <w:r>
        <w:t>SZERZŐDÉSES DOKUMENTÁCIÓ</w:t>
      </w:r>
    </w:p>
    <w:p w14:paraId="2A070D81" w14:textId="77777777" w:rsidR="00BA7048" w:rsidRDefault="00000000">
      <w:pPr>
        <w:pStyle w:val="SFClause"/>
        <w:jc w:val="center"/>
        <w:rPr>
          <w:rFonts w:hint="eastAsia"/>
        </w:rPr>
      </w:pPr>
      <w:r>
        <w:rPr>
          <w:rFonts w:ascii="Noto Serif Display" w:eastAsia="Noto Serif Display" w:hAnsi="Noto Serif Display"/>
          <w:color w:val="2D2218"/>
          <w:sz w:val="50"/>
        </w:rPr>
        <w:t>Alvállalkozói keretszerződés és működési dokumentumcsomag</w:t>
      </w:r>
    </w:p>
    <w:p w14:paraId="6B9DCAC7" w14:textId="77777777" w:rsidR="00BA7048" w:rsidRDefault="00000000">
      <w:pPr>
        <w:pStyle w:val="SFLead"/>
        <w:jc w:val="center"/>
        <w:rPr>
          <w:rFonts w:hint="eastAsia"/>
        </w:rPr>
      </w:pPr>
      <w:r>
        <w:t>Rendszeresen közreműködő melegburkoló vállalkozók minőségi, dokumentációs és garanciális háttere</w:t>
      </w:r>
    </w:p>
    <w:p w14:paraId="1F7927FC" w14:textId="77777777" w:rsidR="00BA7048" w:rsidRDefault="00000000">
      <w:pPr>
        <w:pStyle w:val="SFClause"/>
        <w:jc w:val="center"/>
        <w:rPr>
          <w:rFonts w:hint="eastAsia"/>
        </w:rPr>
      </w:pPr>
      <w:r>
        <w:rPr>
          <w:color w:val="F29F05"/>
          <w:sz w:val="16"/>
        </w:rPr>
        <w:t>━━━━━━━━━━━━━━━━━━</w:t>
      </w:r>
    </w:p>
    <w:tbl>
      <w:tblPr>
        <w:tblW w:w="0" w:type="auto"/>
        <w:jc w:val="center"/>
        <w:tblLook w:val="04A0" w:firstRow="1" w:lastRow="0" w:firstColumn="1" w:lastColumn="0" w:noHBand="0" w:noVBand="1"/>
      </w:tblPr>
      <w:tblGrid>
        <w:gridCol w:w="2520"/>
        <w:gridCol w:w="6696"/>
      </w:tblGrid>
      <w:tr w:rsidR="00BA7048" w14:paraId="36732838" w14:textId="77777777">
        <w:trPr>
          <w:tblHeade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05FFB369" w14:textId="77777777" w:rsidR="00BA7048" w:rsidRDefault="00000000">
            <w:pPr>
              <w:spacing w:after="36" w:line="245" w:lineRule="auto"/>
            </w:pPr>
            <w:r>
              <w:rPr>
                <w:b/>
                <w:color w:val="FFFFFF"/>
                <w:sz w:val="16"/>
              </w:rPr>
              <w:t>Dokumentumazonosító</w:t>
            </w:r>
          </w:p>
        </w:tc>
        <w:tc>
          <w:tcPr>
            <w:tcW w:w="6696"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3D9273D9" w14:textId="77777777" w:rsidR="00BA7048" w:rsidRDefault="00000000">
            <w:pPr>
              <w:spacing w:after="36" w:line="245" w:lineRule="auto"/>
            </w:pPr>
            <w:r>
              <w:rPr>
                <w:b/>
                <w:color w:val="FFFFFF"/>
                <w:sz w:val="16"/>
              </w:rPr>
              <w:t>SF-JOG-12</w:t>
            </w:r>
          </w:p>
        </w:tc>
      </w:tr>
      <w:tr w:rsidR="00BA7048" w14:paraId="68C1FEED"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ADAC4C2" w14:textId="77777777" w:rsidR="00BA7048" w:rsidRDefault="00000000">
            <w:pPr>
              <w:spacing w:after="36" w:line="245" w:lineRule="auto"/>
            </w:pPr>
            <w:r>
              <w:rPr>
                <w:b/>
                <w:sz w:val="16"/>
              </w:rPr>
              <w:t>Verzió</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5BB2D34" w14:textId="77777777" w:rsidR="00BA7048" w:rsidRDefault="00000000">
            <w:r>
              <w:t>3.0</w:t>
            </w:r>
          </w:p>
        </w:tc>
      </w:tr>
      <w:tr w:rsidR="00BA7048" w14:paraId="0A174B93"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55DBE89" w14:textId="77777777" w:rsidR="00BA7048" w:rsidRDefault="00000000">
            <w:pPr>
              <w:spacing w:after="36" w:line="245" w:lineRule="auto"/>
            </w:pPr>
            <w:r>
              <w:rPr>
                <w:b/>
                <w:sz w:val="16"/>
              </w:rPr>
              <w:t>Keltezés</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86371F3" w14:textId="77777777" w:rsidR="00BA7048" w:rsidRDefault="00000000">
            <w:r>
              <w:t>2026. 09. 15.</w:t>
            </w:r>
          </w:p>
        </w:tc>
      </w:tr>
      <w:tr w:rsidR="00BA7048" w14:paraId="0FAC122F"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ABB0724" w14:textId="77777777" w:rsidR="00BA7048" w:rsidRDefault="00000000">
            <w:pPr>
              <w:spacing w:after="36" w:line="245" w:lineRule="auto"/>
            </w:pPr>
            <w:r>
              <w:rPr>
                <w:b/>
                <w:sz w:val="16"/>
              </w:rPr>
              <w:t>Kibocsátó</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40DC785" w14:textId="77777777" w:rsidR="00BA7048" w:rsidRDefault="00000000">
            <w:pPr>
              <w:spacing w:after="36" w:line="245" w:lineRule="auto"/>
            </w:pPr>
            <w:r>
              <w:rPr>
                <w:b/>
                <w:sz w:val="16"/>
              </w:rPr>
              <w:t>Spirit Floor Kft.</w:t>
            </w:r>
          </w:p>
        </w:tc>
      </w:tr>
      <w:tr w:rsidR="00BA7048" w14:paraId="1298C8C0"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74258E2" w14:textId="77777777" w:rsidR="00BA7048" w:rsidRDefault="00000000">
            <w:pPr>
              <w:spacing w:after="36" w:line="245" w:lineRule="auto"/>
            </w:pPr>
            <w:r>
              <w:rPr>
                <w:b/>
                <w:sz w:val="16"/>
              </w:rPr>
              <w:t>Weboldal</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758BEB4" w14:textId="77777777" w:rsidR="00BA7048" w:rsidRDefault="00000000">
            <w:pPr>
              <w:spacing w:after="36" w:line="245" w:lineRule="auto"/>
            </w:pPr>
            <w:r>
              <w:rPr>
                <w:b/>
                <w:sz w:val="16"/>
              </w:rPr>
              <w:t>https://spiritfloor.com</w:t>
            </w:r>
          </w:p>
        </w:tc>
      </w:tr>
      <w:tr w:rsidR="00BA7048" w14:paraId="16EBA526"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A5A1A90" w14:textId="77777777" w:rsidR="00BA7048" w:rsidRDefault="00000000">
            <w:pPr>
              <w:spacing w:after="36" w:line="245" w:lineRule="auto"/>
            </w:pPr>
            <w:r>
              <w:rPr>
                <w:b/>
                <w:sz w:val="16"/>
              </w:rPr>
              <w:t>Állapot</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DB9AB41" w14:textId="77777777" w:rsidR="00BA7048" w:rsidRDefault="00000000">
            <w:r>
              <w:t>MASTER v3.0 alvállalkozói keretszerződésminta – partner- és egyedi megrendelési adatok kitöltendők</w:t>
            </w:r>
          </w:p>
        </w:tc>
      </w:tr>
    </w:tbl>
    <w:p w14:paraId="692B4FAF" w14:textId="77777777" w:rsidR="00BA7048" w:rsidRDefault="00000000">
      <w:pPr>
        <w:pStyle w:val="SFNote"/>
        <w:pBdr>
          <w:left w:val="single" w:sz="14" w:space="6" w:color="F29F05"/>
        </w:pBdr>
        <w:shd w:val="clear" w:color="auto" w:fill="FAF8F5"/>
        <w:rPr>
          <w:rFonts w:hint="eastAsia"/>
        </w:rPr>
      </w:pPr>
      <w:r>
        <w:rPr>
          <w:b/>
        </w:rPr>
        <w:t xml:space="preserve">Alapelv: </w:t>
      </w:r>
      <w:r>
        <w:t>átlátható feltételek, dokumentált műszaki döntések és egyértelmű felelősségi határok. A fogyasztót megillető kötelező jogokat a dokumentum nem korlátozza.</w:t>
      </w:r>
    </w:p>
    <w:p w14:paraId="3D9CE536" w14:textId="77777777" w:rsidR="00BA7048" w:rsidRDefault="00000000">
      <w:pPr>
        <w:pStyle w:val="SFClause"/>
        <w:jc w:val="center"/>
        <w:rPr>
          <w:rFonts w:hint="eastAsia"/>
        </w:rPr>
      </w:pPr>
      <w:r>
        <w:rPr>
          <w:color w:val="676767"/>
          <w:sz w:val="15"/>
        </w:rPr>
        <w:t>Spirit Floor Kereskedelmi és Szolgáltató Korlátolt Felelősségű Társaság</w:t>
      </w:r>
      <w:r>
        <w:rPr>
          <w:color w:val="676767"/>
          <w:sz w:val="15"/>
        </w:rPr>
        <w:br/>
        <w:t>2141 Csömör, Boglárka utca 19.  •  kapcsolat@spiritfloor.hu  •  +36 30 931 0990</w:t>
      </w:r>
    </w:p>
    <w:p w14:paraId="47120D07" w14:textId="77777777" w:rsidR="00BA7048" w:rsidRDefault="00000000">
      <w:pPr>
        <w:pStyle w:val="SFClause"/>
        <w:rPr>
          <w:rFonts w:hint="eastAsia"/>
        </w:rPr>
      </w:pPr>
      <w:r>
        <w:br w:type="page"/>
      </w:r>
    </w:p>
    <w:p w14:paraId="1A8A992A" w14:textId="77777777" w:rsidR="00BA7048" w:rsidRDefault="00000000">
      <w:pPr>
        <w:pStyle w:val="Cmsor1"/>
        <w:pBdr>
          <w:bottom w:val="single" w:sz="8" w:space="3" w:color="F29F05"/>
        </w:pBdr>
      </w:pPr>
      <w:r>
        <w:lastRenderedPageBreak/>
        <w:t>A. Alvállalkozói keretszerződés</w:t>
      </w:r>
    </w:p>
    <w:p w14:paraId="5222AF02" w14:textId="77777777" w:rsidR="00BA7048" w:rsidRDefault="00000000">
      <w:pPr>
        <w:pStyle w:val="Cmsor1"/>
        <w:pBdr>
          <w:bottom w:val="single" w:sz="8" w:space="3" w:color="F29F05"/>
        </w:pBdr>
      </w:pPr>
      <w:r>
        <w:t>1. Felek és jogállás</w:t>
      </w:r>
    </w:p>
    <w:p w14:paraId="17A0B5E6" w14:textId="7CFA30B2" w:rsidR="00BA7048" w:rsidRDefault="00000000">
      <w:pPr>
        <w:pStyle w:val="SFClause"/>
        <w:jc w:val="both"/>
        <w:rPr>
          <w:rFonts w:hint="eastAsia"/>
        </w:rPr>
      </w:pPr>
      <w:r>
        <w:t xml:space="preserve">Megrendelő: Spirit Floor Kereskedelmi és Szolgáltató Korlátolt Felelősségű Társaság, 2141 Csömör, Boglárka utca 19., cégjegyzékszám: 13-09-177734, adószám: 12333204-2-13, pénzforgalmi </w:t>
      </w:r>
      <w:proofErr w:type="spellStart"/>
      <w:r>
        <w:t>számlaszám</w:t>
      </w:r>
      <w:proofErr w:type="spellEnd"/>
      <w:r>
        <w:t xml:space="preserve">: 12011351-01900830-00100008, </w:t>
      </w:r>
      <w:proofErr w:type="spellStart"/>
      <w:r>
        <w:t>vállalkozó</w:t>
      </w:r>
      <w:proofErr w:type="spellEnd"/>
      <w:r>
        <w:t xml:space="preserve"> </w:t>
      </w:r>
      <w:proofErr w:type="spellStart"/>
      <w:r>
        <w:t>kivitelezői</w:t>
      </w:r>
      <w:proofErr w:type="spellEnd"/>
      <w:r>
        <w:t xml:space="preserve"> </w:t>
      </w:r>
      <w:proofErr w:type="spellStart"/>
      <w:r>
        <w:t>nyilvántartási</w:t>
      </w:r>
      <w:proofErr w:type="spellEnd"/>
      <w:r>
        <w:t xml:space="preserve"> </w:t>
      </w:r>
      <w:proofErr w:type="spellStart"/>
      <w:r>
        <w:t>szám</w:t>
      </w:r>
      <w:proofErr w:type="spellEnd"/>
      <w:r>
        <w:t xml:space="preserve">: </w:t>
      </w:r>
      <w:r w:rsidR="008D371A">
        <w:t xml:space="preserve">12333204,  </w:t>
      </w:r>
      <w:proofErr w:type="spellStart"/>
      <w:r>
        <w:t>képviseli</w:t>
      </w:r>
      <w:proofErr w:type="spellEnd"/>
      <w:r>
        <w:t xml:space="preserve">: Nagy Gergő </w:t>
      </w:r>
      <w:proofErr w:type="spellStart"/>
      <w:r>
        <w:t>ügyvezető</w:t>
      </w:r>
      <w:proofErr w:type="spellEnd"/>
      <w:r>
        <w:t xml:space="preserve">, képviselő kapcsolati címe: 2141 Csömör, Boglárka utca 19., elérhetőség: kapcsolat@spiritfloor.hu / +36 30 931 0990, NÜJ – ha az </w:t>
      </w:r>
      <w:proofErr w:type="spellStart"/>
      <w:r>
        <w:t>adott</w:t>
      </w:r>
      <w:proofErr w:type="spellEnd"/>
      <w:r>
        <w:t xml:space="preserve"> </w:t>
      </w:r>
      <w:proofErr w:type="spellStart"/>
      <w:r>
        <w:t>projektnél</w:t>
      </w:r>
      <w:proofErr w:type="spellEnd"/>
      <w:r>
        <w:t xml:space="preserve"> e-</w:t>
      </w:r>
      <w:proofErr w:type="spellStart"/>
      <w:r>
        <w:t>építési</w:t>
      </w:r>
      <w:proofErr w:type="spellEnd"/>
      <w:r>
        <w:t xml:space="preserve"> </w:t>
      </w:r>
      <w:proofErr w:type="spellStart"/>
      <w:r>
        <w:t>napló</w:t>
      </w:r>
      <w:proofErr w:type="spellEnd"/>
      <w:r>
        <w:t xml:space="preserve"> </w:t>
      </w:r>
      <w:proofErr w:type="spellStart"/>
      <w:r>
        <w:t>vezetendő</w:t>
      </w:r>
      <w:proofErr w:type="spellEnd"/>
      <w:r>
        <w:t xml:space="preserve">: </w:t>
      </w:r>
      <w:r w:rsidR="008D371A">
        <w:t xml:space="preserve">                          </w:t>
      </w:r>
      <w:r>
        <w:t xml:space="preserve">/ </w:t>
      </w:r>
      <w:proofErr w:type="spellStart"/>
      <w:r>
        <w:t>n.a.</w:t>
      </w:r>
      <w:proofErr w:type="spellEnd"/>
      <w:r>
        <w:t xml:space="preserve">. </w:t>
      </w:r>
      <w:proofErr w:type="spellStart"/>
      <w:r>
        <w:t>Alvállalkozó</w:t>
      </w:r>
      <w:proofErr w:type="spellEnd"/>
      <w:r>
        <w:t>:</w:t>
      </w:r>
      <w:r w:rsidR="008D371A">
        <w:t xml:space="preserve">                                          </w:t>
      </w:r>
      <w:r>
        <w:t xml:space="preserve">; </w:t>
      </w:r>
      <w:proofErr w:type="spellStart"/>
      <w:r>
        <w:t>részletes</w:t>
      </w:r>
      <w:proofErr w:type="spellEnd"/>
      <w:r>
        <w:t xml:space="preserve"> </w:t>
      </w:r>
      <w:proofErr w:type="spellStart"/>
      <w:r>
        <w:t>azonosító</w:t>
      </w:r>
      <w:proofErr w:type="spellEnd"/>
      <w:r>
        <w:t>, nyilvántartási, pénzügyi, képviselői, NÜJ- és biztosítási adatai az A/2 mellékletben szerepelnek, amely a keretszerződés elválaszthatatlan része. Az Alvállalkozó önálló gazdasági szereplő, saját adózással, szervezettel, eszközökkel és kockázattal. A szerződés nem hoz létre munkaviszonyt.</w:t>
      </w:r>
    </w:p>
    <w:p w14:paraId="0B6EE7B0" w14:textId="77777777" w:rsidR="00BA7048" w:rsidRDefault="00000000">
      <w:pPr>
        <w:pStyle w:val="Cmsor1"/>
        <w:pBdr>
          <w:bottom w:val="single" w:sz="8" w:space="3" w:color="F29F05"/>
        </w:pBdr>
      </w:pPr>
      <w:r>
        <w:t>2. Egyedi megrendelések</w:t>
      </w:r>
    </w:p>
    <w:p w14:paraId="38BB0814" w14:textId="77777777" w:rsidR="00BA7048" w:rsidRDefault="00000000">
      <w:pPr>
        <w:pStyle w:val="SFClause"/>
        <w:jc w:val="both"/>
        <w:rPr>
          <w:rFonts w:hint="eastAsia"/>
        </w:rPr>
      </w:pPr>
      <w:r>
        <w:t>Munkavégzési kötelezettség csak az Alvállalkozó által elfogadott A/1 Egyedi alvállalkozói megrendeléssel keletkezik. Az A/1 tartalmazza a projektet, munkarészt, mennyiséget, díjat, ütemet, anyag- és eszközfelelősséget, dokumentációt, minőségi kapukat és teljesítésigazolás feltételeit. Ha az egyedi munka a 191/2009. (IX. 15.) Korm. rendelet hatálya alá tartozó alvállalkozói kivitelezési szerződés, a keretszerződés, az A/1 és az A/2 együttesen tartalmazza a rendelet 3. § (2)–(3) szerinti kötelező adatokat. Kötelező projektmező nem maradhat üresen; ténylegesen nem alkalmazandó adat „n.a.” jelöléssel zárható le.</w:t>
      </w:r>
    </w:p>
    <w:p w14:paraId="7A31C97E" w14:textId="77777777" w:rsidR="00BA7048" w:rsidRDefault="00000000">
      <w:pPr>
        <w:pStyle w:val="Cmsor1"/>
        <w:pBdr>
          <w:bottom w:val="single" w:sz="8" w:space="3" w:color="F29F05"/>
        </w:pBdr>
      </w:pPr>
      <w:r>
        <w:t>3. Személyi és szakmai feltételek</w:t>
      </w:r>
    </w:p>
    <w:p w14:paraId="630BEBFE" w14:textId="77777777" w:rsidR="00BA7048" w:rsidRDefault="00000000">
      <w:pPr>
        <w:pStyle w:val="Felsorols"/>
      </w:pPr>
      <w:r>
        <w:t>érvényes vállalkozói és adózási státusz;</w:t>
      </w:r>
    </w:p>
    <w:p w14:paraId="5B696DFA" w14:textId="77777777" w:rsidR="00BA7048" w:rsidRDefault="00000000">
      <w:pPr>
        <w:pStyle w:val="Felsorols"/>
      </w:pPr>
      <w:r>
        <w:t>megfelelő képesítés és Spirit Floor belső minősítés;</w:t>
      </w:r>
    </w:p>
    <w:p w14:paraId="76ACEF93" w14:textId="77777777" w:rsidR="00BA7048" w:rsidRDefault="00000000">
      <w:pPr>
        <w:pStyle w:val="Felsorols"/>
      </w:pPr>
      <w:r>
        <w:t>munkavédelmi, foglalkozás-egészségügyi és biztosítási megfelelőség;</w:t>
      </w:r>
    </w:p>
    <w:p w14:paraId="636FDFD9" w14:textId="77777777" w:rsidR="00BA7048" w:rsidRDefault="00000000">
      <w:pPr>
        <w:pStyle w:val="Felsorols"/>
      </w:pPr>
      <w:r>
        <w:t>bejelentett és jogszerűen foglalkoztatott közreműködők;</w:t>
      </w:r>
    </w:p>
    <w:p w14:paraId="55EB7500" w14:textId="77777777" w:rsidR="00BA7048" w:rsidRDefault="00000000">
      <w:pPr>
        <w:pStyle w:val="Felsorols"/>
      </w:pPr>
      <w:r>
        <w:t>előzetes jóváhagyás nélküli további alvállalkozó tilalma;</w:t>
      </w:r>
    </w:p>
    <w:p w14:paraId="44F473CA" w14:textId="77777777" w:rsidR="00BA7048" w:rsidRDefault="00000000">
      <w:pPr>
        <w:pStyle w:val="Felsorols"/>
      </w:pPr>
      <w:r>
        <w:t>jogosultságok és biztosítás változásának azonnali jelzése.</w:t>
      </w:r>
    </w:p>
    <w:p w14:paraId="710AF0B6" w14:textId="77777777" w:rsidR="00BA7048" w:rsidRDefault="00000000">
      <w:pPr>
        <w:pStyle w:val="Cmsor1"/>
        <w:pBdr>
          <w:bottom w:val="single" w:sz="8" w:space="3" w:color="F29F05"/>
        </w:pBdr>
      </w:pPr>
      <w:r>
        <w:t>4. Önállóság és utasítás</w:t>
      </w:r>
    </w:p>
    <w:p w14:paraId="4BC15846" w14:textId="77777777" w:rsidR="00BA7048" w:rsidRDefault="00000000">
      <w:pPr>
        <w:pStyle w:val="SFClause"/>
        <w:jc w:val="both"/>
        <w:rPr>
          <w:rFonts w:hint="eastAsia"/>
        </w:rPr>
      </w:pPr>
      <w:r>
        <w:t>A Megrendelő meghatározza az elvárt eredményt, projektütemet, minőségi és biztonsági követelményeket. Az Alvállalkozó önállóan szervezi a munkát, biztosítja a saját munkaerejét és főszabály szerint eszközeit. A helyszíni koordináció, minőségellenőrzés és munkavédelmi utasítás nem alakítja át a jogviszonyt munkaviszonnyá.</w:t>
      </w:r>
    </w:p>
    <w:p w14:paraId="53644D78" w14:textId="77777777" w:rsidR="00BA7048" w:rsidRDefault="00000000">
      <w:pPr>
        <w:pStyle w:val="Cmsor1"/>
        <w:pBdr>
          <w:bottom w:val="single" w:sz="8" w:space="3" w:color="F29F05"/>
        </w:pBdr>
      </w:pPr>
      <w:r>
        <w:t>5. Díjazás és teljesítésigazolás</w:t>
      </w:r>
    </w:p>
    <w:p w14:paraId="49FCDED7" w14:textId="77777777" w:rsidR="00BA7048" w:rsidRDefault="00000000">
      <w:pPr>
        <w:pStyle w:val="SFClause"/>
        <w:jc w:val="both"/>
        <w:rPr>
          <w:rFonts w:hint="eastAsia"/>
        </w:rPr>
      </w:pPr>
      <w:r>
        <w:t>A díj az egyedi megrendelés szerint átalány-, egységáras vagy óradíjas lehet. Az egyedi megrendelés rögzíti a teljesítésigazolás módját, a számlázási ütemet, a fizetési határidőt és a fizetési módot. A Megrendelő a teljesítésigazolást vagy annak tételes, indokolt kifogását az igazoláshoz szükséges dokumentumok hiánytalan átadásától számított 5 munkanapon belül adja ki vagy közli, kivéve ha az A/1 egyedi megrendelés ettől kifejezetten eltérő határidőt rögzít. Számla a szerződés és az egyedi megrendelés szerinti igazolt teljesítés alapján nyújtható be. Hibás tétel értéke a javításig arányosan visszatartható, de a vitán kívüli, igazolt rész kifizetését nem lehet indokolatlanul visszatartani. Fizetési késedelem esetén a Ptk. szerinti vállalkozások közötti késedelmi kamat és – ha jogszabályi feltételei fennállnak – a behajtási költségátalány érvényesíthető.</w:t>
      </w:r>
    </w:p>
    <w:p w14:paraId="04FDCDAD" w14:textId="77777777" w:rsidR="00BA7048" w:rsidRDefault="00000000">
      <w:pPr>
        <w:pStyle w:val="Cmsor1"/>
        <w:pBdr>
          <w:bottom w:val="single" w:sz="8" w:space="3" w:color="F29F05"/>
        </w:pBdr>
      </w:pPr>
      <w:r>
        <w:lastRenderedPageBreak/>
        <w:t>6. Minőségi bónusz és kötbér</w:t>
      </w:r>
    </w:p>
    <w:p w14:paraId="17C82B16" w14:textId="77777777" w:rsidR="00BA7048" w:rsidRDefault="00000000">
      <w:pPr>
        <w:pStyle w:val="SFClause"/>
        <w:jc w:val="both"/>
        <w:rPr>
          <w:rFonts w:hint="eastAsia"/>
        </w:rPr>
      </w:pPr>
      <w:r>
        <w:t>Minőségi vagy határidős bónusz kizárólag előre meghatározott, írásban rögzített feltételek szerint adható. Késedelmi kötbér az Alvállalkozónak felróható késedelem esetén napi 0,5%, legfeljebb az érintett egyedi megrendelés nettó díjának 10%-a. Az Alvállalkozónak felróható meghiúsulás esetén a meghiúsulási kötbér az érintett egyedi megrendelés nettó díjának 15%-a. Ugyanazon érdeksérelemre a kötbér és kártérítés csak a Ptk. szerinti korlátok között érvényesíthető. Minőségi hiba esetén elsődleges a kijavítás és az igazolt, szükséges és arányos kár rendezése, nem automatikus százalékos „büntetés”.</w:t>
      </w:r>
    </w:p>
    <w:p w14:paraId="7529982C" w14:textId="77777777" w:rsidR="00BA7048" w:rsidRDefault="00000000">
      <w:pPr>
        <w:pStyle w:val="Cmsor1"/>
        <w:pBdr>
          <w:bottom w:val="single" w:sz="8" w:space="3" w:color="F29F05"/>
        </w:pBdr>
      </w:pPr>
      <w:r>
        <w:t>7. Hibás teljesítés és javítás</w:t>
      </w:r>
    </w:p>
    <w:p w14:paraId="57BFBE21" w14:textId="77777777" w:rsidR="00BA7048" w:rsidRDefault="00000000">
      <w:pPr>
        <w:pStyle w:val="Szmozottlista"/>
      </w:pPr>
      <w:r>
        <w:t>hiba írásos bejelentése bizonyítékkal;</w:t>
      </w:r>
    </w:p>
    <w:p w14:paraId="71EDD26D" w14:textId="77777777" w:rsidR="00BA7048" w:rsidRDefault="00000000">
      <w:pPr>
        <w:pStyle w:val="Szmozottlista"/>
      </w:pPr>
      <w:r>
        <w:t>Alvállalkozó helyszíni vizsgálata és javítási terve;</w:t>
      </w:r>
    </w:p>
    <w:p w14:paraId="4BAE82A7" w14:textId="77777777" w:rsidR="00BA7048" w:rsidRDefault="00000000">
      <w:pPr>
        <w:pStyle w:val="Szmozottlista"/>
      </w:pPr>
      <w:r>
        <w:t>észszerű, sürgős esetben rövid határidő;</w:t>
      </w:r>
    </w:p>
    <w:p w14:paraId="00D71F9B" w14:textId="77777777" w:rsidR="00BA7048" w:rsidRDefault="00000000">
      <w:pPr>
        <w:pStyle w:val="Szmozottlista"/>
      </w:pPr>
      <w:r>
        <w:t>eredménytelen vagy megtagadott javítás esetén más vállalkozó bevonása;</w:t>
      </w:r>
    </w:p>
    <w:p w14:paraId="57E4361A" w14:textId="77777777" w:rsidR="00BA7048" w:rsidRDefault="00000000">
      <w:pPr>
        <w:pStyle w:val="Szmozottlista"/>
      </w:pPr>
      <w:r>
        <w:t>igazolt, szükséges és arányos költség beszámítása;</w:t>
      </w:r>
    </w:p>
    <w:p w14:paraId="68FC7782" w14:textId="77777777" w:rsidR="00BA7048" w:rsidRDefault="00000000">
      <w:pPr>
        <w:pStyle w:val="Szmozottlista"/>
      </w:pPr>
      <w:r>
        <w:t>felelősségbiztosító értesítése.</w:t>
      </w:r>
    </w:p>
    <w:p w14:paraId="3881A964" w14:textId="77777777" w:rsidR="00BA7048" w:rsidRDefault="00000000">
      <w:pPr>
        <w:pStyle w:val="SFClause"/>
        <w:jc w:val="both"/>
        <w:rPr>
          <w:rFonts w:hint="eastAsia"/>
        </w:rPr>
      </w:pPr>
      <w:r>
        <w:t>Az Alvállalkozó nem kötelezhető minden hiba korlátlan finanszírozására, ha az anyaghiba, tervhiba, megrendelői utasítás, más szakág vagy a Spirit Floor által biztosított feltétel okozta. A felelősséget okfeltárás alapján kell megosztani.</w:t>
      </w:r>
    </w:p>
    <w:p w14:paraId="614C4222" w14:textId="77777777" w:rsidR="00BA7048" w:rsidRDefault="00000000">
      <w:pPr>
        <w:pStyle w:val="Cmsor1"/>
        <w:pBdr>
          <w:bottom w:val="single" w:sz="8" w:space="3" w:color="F29F05"/>
        </w:pBdr>
      </w:pPr>
      <w:r>
        <w:t>8. Fotó és dokumentáció</w:t>
      </w:r>
    </w:p>
    <w:p w14:paraId="45920644" w14:textId="77777777" w:rsidR="00BA7048" w:rsidRDefault="00000000">
      <w:pPr>
        <w:pStyle w:val="Felsorols"/>
      </w:pPr>
      <w:r>
        <w:t>minimum előtte–közben–utána fotók;</w:t>
      </w:r>
    </w:p>
    <w:p w14:paraId="0E073878" w14:textId="77777777" w:rsidR="00BA7048" w:rsidRDefault="00000000">
      <w:pPr>
        <w:pStyle w:val="Felsorols"/>
      </w:pPr>
      <w:r>
        <w:t>mérések, gyártási tételek, keverési és réteginformációk;</w:t>
      </w:r>
    </w:p>
    <w:p w14:paraId="460E1E4C" w14:textId="77777777" w:rsidR="00BA7048" w:rsidRDefault="00000000">
      <w:pPr>
        <w:pStyle w:val="Felsorols"/>
      </w:pPr>
      <w:r>
        <w:t>napi készültség és létszám;</w:t>
      </w:r>
    </w:p>
    <w:p w14:paraId="26AD271F" w14:textId="77777777" w:rsidR="00BA7048" w:rsidRDefault="00000000">
      <w:pPr>
        <w:pStyle w:val="Felsorols"/>
      </w:pPr>
      <w:r>
        <w:t>akadály és eltérés azonnali írásos jelzése;</w:t>
      </w:r>
    </w:p>
    <w:p w14:paraId="5BC29E1C" w14:textId="77777777" w:rsidR="00BA7048" w:rsidRDefault="00000000">
      <w:pPr>
        <w:pStyle w:val="Felsorols"/>
      </w:pPr>
      <w:r>
        <w:t>projektadatok központi feltöltése;</w:t>
      </w:r>
    </w:p>
    <w:p w14:paraId="54388DCF" w14:textId="77777777" w:rsidR="00BA7048" w:rsidRDefault="00000000">
      <w:pPr>
        <w:pStyle w:val="Felsorols"/>
      </w:pPr>
      <w:r>
        <w:t>ügyfél- és projektadatok marketingcélú használatának tilalma.</w:t>
      </w:r>
    </w:p>
    <w:p w14:paraId="18A51EC9" w14:textId="77777777" w:rsidR="00BA7048" w:rsidRDefault="00000000">
      <w:pPr>
        <w:pStyle w:val="Cmsor1"/>
        <w:pBdr>
          <w:bottom w:val="single" w:sz="8" w:space="3" w:color="F29F05"/>
        </w:pBdr>
      </w:pPr>
      <w:r>
        <w:t>9. Ügyfélkapcsolat és versenyvédelem</w:t>
      </w:r>
    </w:p>
    <w:p w14:paraId="119ABDAB" w14:textId="77777777" w:rsidR="00BA7048" w:rsidRDefault="00000000">
      <w:pPr>
        <w:pStyle w:val="SFClause"/>
        <w:jc w:val="both"/>
        <w:rPr>
          <w:rFonts w:hint="eastAsia"/>
        </w:rPr>
      </w:pPr>
      <w:r>
        <w:t>Az Alvállalkozó a projekt teljesítése alatt és annak lezárásától számított 12 hónapig a Spirit Floor előzetes írásbeli hozzájárulása nélkül nem tehet közvetlen ajánlatot és nem fogadhat el külön vagy jövőbeli megbízást olyan Spirit Floor ügyféltől, akivel az adott projekt teljesítése során közvetlen kapcsolatba került, amennyiben a megbízás azonos vagy kapcsolódó burkolási munkára irányul. A korlátozás nem terjed ki az Alvállalkozó igazolhatóan korábban fennálló saját ügyfélkapcsolatára, és nem alkalmazható a szükségesnél tágabb ügyfélkörre vagy tevékenységre.</w:t>
      </w:r>
    </w:p>
    <w:p w14:paraId="786B08E2" w14:textId="77777777" w:rsidR="00BA7048" w:rsidRDefault="00000000">
      <w:pPr>
        <w:pStyle w:val="Cmsor1"/>
        <w:pBdr>
          <w:bottom w:val="single" w:sz="8" w:space="3" w:color="F29F05"/>
        </w:pBdr>
      </w:pPr>
      <w:r>
        <w:t>10. Titoktartás, adatvédelem és referencia</w:t>
      </w:r>
    </w:p>
    <w:p w14:paraId="3D40B60C" w14:textId="77777777" w:rsidR="00BA7048" w:rsidRDefault="00000000">
      <w:pPr>
        <w:pStyle w:val="SFClause"/>
        <w:jc w:val="both"/>
        <w:rPr>
          <w:rFonts w:hint="eastAsia"/>
        </w:rPr>
      </w:pPr>
      <w:r>
        <w:t>Az Alvállalkozó üzleti titokként kezeli az árakat, ajánlatokat, ügyféladatokat, műszaki dokumentációt és belső minősítést. Projektfotót vagy referenciát csak a Spirit Floor és szükség esetén a megrendelő írásos jóváhagyásával használhat. Ha az Alvállalkozó a Spirit Floor dokumentált utasításai alapján személyes adatot kezel, adatfeldolgozóként kizárólag a jelen szerződés E. fejezetében meghatározott adatfeldolgozási feltételek szerint járhat el; ha az adatkezelés célját és eszközeit önállóan határozza meg, az adott művelet tekintetében önálló adatkezelői kötelezettségei vannak.</w:t>
      </w:r>
    </w:p>
    <w:p w14:paraId="7694AC38" w14:textId="77777777" w:rsidR="00BA7048" w:rsidRDefault="00000000">
      <w:pPr>
        <w:pStyle w:val="Cmsor1"/>
        <w:pBdr>
          <w:bottom w:val="single" w:sz="8" w:space="3" w:color="F29F05"/>
        </w:pBdr>
      </w:pPr>
      <w:r>
        <w:t>11. Felelősségbiztosítás</w:t>
      </w:r>
    </w:p>
    <w:p w14:paraId="409FD395" w14:textId="77777777" w:rsidR="00BA7048" w:rsidRDefault="00000000">
      <w:pPr>
        <w:pStyle w:val="SFClause"/>
        <w:jc w:val="both"/>
        <w:rPr>
          <w:rFonts w:hint="eastAsia"/>
        </w:rPr>
      </w:pPr>
      <w:r>
        <w:t>Az Alvállalkozó köteles tevékenységéhez megfelelő felelősségbiztosítást fenntartani és a kötvényt, fedezetigazolást, limitet és önrészt átadni. Biztosítási eseményt azonnal bejelent, és együttműködik a kárrendezésben.</w:t>
      </w:r>
    </w:p>
    <w:p w14:paraId="4E84E30E" w14:textId="77777777" w:rsidR="00BA7048" w:rsidRDefault="00000000">
      <w:pPr>
        <w:pStyle w:val="Cmsor1"/>
        <w:pBdr>
          <w:bottom w:val="single" w:sz="8" w:space="3" w:color="F29F05"/>
        </w:pBdr>
      </w:pPr>
      <w:r>
        <w:lastRenderedPageBreak/>
        <w:t>12. Megszűnés és projektátadás</w:t>
      </w:r>
    </w:p>
    <w:p w14:paraId="5B076773" w14:textId="77777777" w:rsidR="00BA7048" w:rsidRDefault="00000000">
      <w:pPr>
        <w:pStyle w:val="SFClause"/>
        <w:jc w:val="both"/>
        <w:rPr>
          <w:rFonts w:hint="eastAsia"/>
        </w:rPr>
      </w:pPr>
      <w:r>
        <w:t>A keretszerződés 30 napos rendes felmondással megszüntethető. Aktív egyedi megrendelés csak az abban foglalt feltételekkel zárható le vagy mondható fel. Azonnali felmondás alapja lehet engedély nélküli továbbadás, súlyos munkavédelmi szabálysértés, ismételt kritikus minőségi hiba, jogosulatlan ügyfélelvonás, adat- vagy titoksértés, illetve fizetésképtelenségi kockázat.</w:t>
      </w:r>
    </w:p>
    <w:p w14:paraId="46189F0A" w14:textId="77777777" w:rsidR="00BA7048" w:rsidRDefault="00000000">
      <w:r>
        <w:t>12.1. A keretszerződés megszűnése nem érinti a megszűnés előtt teljesített egyedi megrendelésekből eredő elszámolási, hibajavítási, szavatossági, kártérítési, biztosítói együttműködési, titoktartási és adatvédelmi kötelezettségeket; ezek a rájuk irányadó szerződéses vagy jogszabályi időtartam végéig fennmaradnak.</w:t>
      </w:r>
    </w:p>
    <w:p w14:paraId="399A0A91" w14:textId="77777777" w:rsidR="00BA7048" w:rsidRDefault="00000000">
      <w:r>
        <w:t>12.2. A 191/2009. (IX. 15.) Korm. rendelet hatálya alá tartozó egyedi alvállalkozói kivitelezésnél az A/1 és A/2 mellékletek a keretszerződés elválaszthatatlan, projektenként kitöltendő részei. Az alvállalkozói szerződésben azonosítani kell azt a fővállalkozói/megrendelői kivitelezési szerződést, amelynek teljesítéséhez az alvállalkozói munka kapcsolódik, továbbá – ha alkalmazandó – az építtetői fedezetkezelőt és a kapcsolódó adatokat. A jogszabályi kötelező adattartalmat az egyedi megrendelés nem rövidítheti le.</w:t>
      </w:r>
    </w:p>
    <w:p w14:paraId="65941E89" w14:textId="77777777" w:rsidR="00BA7048" w:rsidRDefault="00000000">
      <w:pPr>
        <w:pStyle w:val="SFClause"/>
        <w:rPr>
          <w:rFonts w:hint="eastAsia"/>
        </w:rPr>
      </w:pPr>
      <w:r>
        <w:t>Kelt: ______________________, ______ év __________ hó ____ nap</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835"/>
        <w:gridCol w:w="3402"/>
        <w:gridCol w:w="2835"/>
      </w:tblGrid>
      <w:tr w:rsidR="00BA7048" w14:paraId="59B99654" w14:textId="77777777">
        <w:trPr>
          <w:tblHeader/>
          <w:jc w:val="center"/>
        </w:trPr>
        <w:tc>
          <w:tcPr>
            <w:tcW w:w="2835"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7E646101" w14:textId="77777777" w:rsidR="00BA7048" w:rsidRDefault="00000000">
            <w:pPr>
              <w:spacing w:after="36" w:line="245" w:lineRule="auto"/>
            </w:pPr>
            <w:r>
              <w:rPr>
                <w:b/>
                <w:color w:val="FFFFFF"/>
                <w:sz w:val="16"/>
              </w:rPr>
              <w:t>Aláíró fél</w:t>
            </w:r>
          </w:p>
        </w:tc>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6BEA7180" w14:textId="77777777" w:rsidR="00BA7048" w:rsidRDefault="00000000">
            <w:pPr>
              <w:spacing w:after="36" w:line="245" w:lineRule="auto"/>
            </w:pPr>
            <w:r>
              <w:rPr>
                <w:b/>
                <w:color w:val="FFFFFF"/>
                <w:sz w:val="16"/>
              </w:rPr>
              <w:t>Név / minőség</w:t>
            </w:r>
          </w:p>
        </w:tc>
        <w:tc>
          <w:tcPr>
            <w:tcW w:w="2835"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1C112B5F" w14:textId="77777777" w:rsidR="00BA7048" w:rsidRDefault="00000000">
            <w:pPr>
              <w:spacing w:after="36" w:line="245" w:lineRule="auto"/>
            </w:pPr>
            <w:r>
              <w:rPr>
                <w:b/>
                <w:color w:val="FFFFFF"/>
                <w:sz w:val="16"/>
              </w:rPr>
              <w:t>Aláírás</w:t>
            </w:r>
          </w:p>
        </w:tc>
      </w:tr>
      <w:tr w:rsidR="00BA7048" w14:paraId="290C4869" w14:textId="77777777">
        <w:trPr>
          <w:jc w:val="center"/>
        </w:trPr>
        <w:tc>
          <w:tcPr>
            <w:tcW w:w="2835"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FC904E9" w14:textId="77777777" w:rsidR="00BA7048" w:rsidRDefault="00000000">
            <w:pPr>
              <w:spacing w:after="36" w:line="245" w:lineRule="auto"/>
            </w:pPr>
            <w:r>
              <w:rPr>
                <w:sz w:val="16"/>
              </w:rPr>
              <w:t>Megrendelő</w:t>
            </w:r>
          </w:p>
        </w:tc>
        <w:tc>
          <w:tcPr>
            <w:tcW w:w="3402"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DCE23CE" w14:textId="77777777" w:rsidR="00BA7048" w:rsidRDefault="00000000">
            <w:pPr>
              <w:spacing w:after="36" w:line="245" w:lineRule="auto"/>
            </w:pPr>
            <w:r>
              <w:rPr>
                <w:sz w:val="16"/>
              </w:rPr>
              <w:t>Nagy Gergő ügyvezető</w:t>
            </w:r>
          </w:p>
        </w:tc>
        <w:tc>
          <w:tcPr>
            <w:tcW w:w="2835"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840626B" w14:textId="77777777" w:rsidR="00BA7048" w:rsidRDefault="00BA7048">
            <w:pPr>
              <w:spacing w:after="36" w:line="245" w:lineRule="auto"/>
            </w:pPr>
          </w:p>
        </w:tc>
      </w:tr>
      <w:tr w:rsidR="00BA7048" w14:paraId="18E821BA" w14:textId="77777777">
        <w:trPr>
          <w:jc w:val="center"/>
        </w:trPr>
        <w:tc>
          <w:tcPr>
            <w:tcW w:w="2835"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742BE0F" w14:textId="77777777" w:rsidR="00BA7048" w:rsidRDefault="00000000">
            <w:pPr>
              <w:spacing w:after="36" w:line="245" w:lineRule="auto"/>
            </w:pPr>
            <w:r>
              <w:rPr>
                <w:sz w:val="16"/>
              </w:rPr>
              <w:t>Alvállalkozó</w:t>
            </w:r>
          </w:p>
        </w:tc>
        <w:tc>
          <w:tcPr>
            <w:tcW w:w="3402"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6821E17" w14:textId="57CBA8FC" w:rsidR="00BA7048" w:rsidRDefault="00BA7048">
            <w:pPr>
              <w:spacing w:after="36" w:line="245" w:lineRule="auto"/>
            </w:pPr>
          </w:p>
        </w:tc>
        <w:tc>
          <w:tcPr>
            <w:tcW w:w="2835"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8C92DA0" w14:textId="77777777" w:rsidR="00BA7048" w:rsidRDefault="00BA7048">
            <w:pPr>
              <w:spacing w:after="36" w:line="245" w:lineRule="auto"/>
            </w:pPr>
          </w:p>
        </w:tc>
      </w:tr>
    </w:tbl>
    <w:p w14:paraId="1C62A4CE" w14:textId="77777777" w:rsidR="00BA7048" w:rsidRDefault="00BA7048">
      <w:pPr>
        <w:pStyle w:val="SFClause"/>
        <w:rPr>
          <w:rFonts w:hint="eastAsia"/>
        </w:rPr>
      </w:pPr>
    </w:p>
    <w:p w14:paraId="0F592A36" w14:textId="77777777" w:rsidR="00BA7048" w:rsidRDefault="00000000">
      <w:pPr>
        <w:pStyle w:val="SFClause"/>
        <w:rPr>
          <w:rFonts w:hint="eastAsia"/>
        </w:rPr>
      </w:pPr>
      <w:r>
        <w:br w:type="page"/>
      </w:r>
    </w:p>
    <w:p w14:paraId="6AB51602" w14:textId="77777777" w:rsidR="00BA7048" w:rsidRDefault="00000000">
      <w:pPr>
        <w:pStyle w:val="Cmsor1"/>
        <w:pBdr>
          <w:bottom w:val="single" w:sz="8" w:space="3" w:color="F29F05"/>
        </w:pBdr>
      </w:pPr>
      <w:r>
        <w:lastRenderedPageBreak/>
        <w:t>B. Alvállalkozói mellékletek</w:t>
      </w:r>
    </w:p>
    <w:p w14:paraId="401A3400" w14:textId="77777777" w:rsidR="00BA7048" w:rsidRDefault="00000000">
      <w:pPr>
        <w:pStyle w:val="Cmsor2"/>
        <w:pBdr>
          <w:left w:val="single" w:sz="10" w:space="5" w:color="F29F05"/>
        </w:pBdr>
      </w:pPr>
      <w:r>
        <w:t>A/1 Egyedi alvállalkozói megrendelés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533"/>
        <w:gridCol w:w="5424"/>
      </w:tblGrid>
      <w:tr w:rsidR="00BA7048" w14:paraId="1A2CC434"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4849C5B5"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51328533" w14:textId="77777777" w:rsidR="00BA7048" w:rsidRDefault="00000000">
            <w:pPr>
              <w:spacing w:after="36" w:line="245" w:lineRule="auto"/>
            </w:pPr>
            <w:r>
              <w:rPr>
                <w:b/>
                <w:color w:val="FFFFFF"/>
                <w:sz w:val="16"/>
              </w:rPr>
              <w:t>Tartalom</w:t>
            </w:r>
          </w:p>
        </w:tc>
      </w:tr>
      <w:tr w:rsidR="00BA7048" w14:paraId="421E0A39"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26FCE17" w14:textId="77777777" w:rsidR="00BA7048" w:rsidRDefault="00000000">
            <w:pPr>
              <w:spacing w:after="36" w:line="245" w:lineRule="auto"/>
            </w:pPr>
            <w:r>
              <w:rPr>
                <w:sz w:val="16"/>
              </w:rPr>
              <w:t>Projekt</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64221F8" w14:textId="77777777" w:rsidR="00BA7048" w:rsidRDefault="00BA7048">
            <w:pPr>
              <w:spacing w:after="36" w:line="245" w:lineRule="auto"/>
            </w:pPr>
          </w:p>
        </w:tc>
      </w:tr>
      <w:tr w:rsidR="00BA7048" w14:paraId="2371D16A"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57B1276" w14:textId="77777777" w:rsidR="00BA7048" w:rsidRDefault="00000000">
            <w:pPr>
              <w:spacing w:after="36" w:line="245" w:lineRule="auto"/>
            </w:pPr>
            <w:r>
              <w:rPr>
                <w:sz w:val="16"/>
              </w:rPr>
              <w:t>Munkarész</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D8005F8" w14:textId="77777777" w:rsidR="00BA7048" w:rsidRDefault="00BA7048">
            <w:pPr>
              <w:spacing w:after="36" w:line="245" w:lineRule="auto"/>
            </w:pPr>
          </w:p>
        </w:tc>
      </w:tr>
      <w:tr w:rsidR="00BA7048" w14:paraId="0FBB62BE"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07B8C93" w14:textId="77777777" w:rsidR="00BA7048" w:rsidRDefault="00000000">
            <w:pPr>
              <w:spacing w:after="36" w:line="245" w:lineRule="auto"/>
            </w:pPr>
            <w:r>
              <w:rPr>
                <w:sz w:val="16"/>
              </w:rPr>
              <w:t>Mennyiség</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ECCBEA9" w14:textId="77777777" w:rsidR="00BA7048" w:rsidRDefault="00BA7048">
            <w:pPr>
              <w:spacing w:after="36" w:line="245" w:lineRule="auto"/>
            </w:pPr>
          </w:p>
        </w:tc>
      </w:tr>
      <w:tr w:rsidR="00BA7048" w14:paraId="08952638"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2C7C48E" w14:textId="77777777" w:rsidR="00BA7048" w:rsidRDefault="00000000">
            <w:pPr>
              <w:spacing w:after="36" w:line="245" w:lineRule="auto"/>
            </w:pPr>
            <w:r>
              <w:rPr>
                <w:sz w:val="16"/>
              </w:rPr>
              <w:t>Egységár/átalány</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4CC3188" w14:textId="77777777" w:rsidR="00BA7048" w:rsidRDefault="00BA7048">
            <w:pPr>
              <w:spacing w:after="36" w:line="245" w:lineRule="auto"/>
            </w:pPr>
          </w:p>
        </w:tc>
      </w:tr>
      <w:tr w:rsidR="00BA7048" w14:paraId="56B1EDF0"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CE7F6D4" w14:textId="77777777" w:rsidR="00BA7048" w:rsidRDefault="00000000">
            <w:pPr>
              <w:spacing w:after="36" w:line="245" w:lineRule="auto"/>
            </w:pPr>
            <w:r>
              <w:rPr>
                <w:sz w:val="16"/>
              </w:rPr>
              <w:t>Kezdés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9F4FD9B" w14:textId="77777777" w:rsidR="00BA7048" w:rsidRDefault="00BA7048">
            <w:pPr>
              <w:spacing w:after="36" w:line="245" w:lineRule="auto"/>
            </w:pPr>
          </w:p>
        </w:tc>
      </w:tr>
      <w:tr w:rsidR="00BA7048" w14:paraId="663B442E"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301E6BC" w14:textId="77777777" w:rsidR="00BA7048" w:rsidRDefault="00000000">
            <w:pPr>
              <w:spacing w:after="36" w:line="245" w:lineRule="auto"/>
            </w:pPr>
            <w:r>
              <w:rPr>
                <w:sz w:val="16"/>
              </w:rPr>
              <w:t>Befejezés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AFD65E7" w14:textId="77777777" w:rsidR="00BA7048" w:rsidRDefault="00BA7048">
            <w:pPr>
              <w:spacing w:after="36" w:line="245" w:lineRule="auto"/>
            </w:pPr>
          </w:p>
        </w:tc>
      </w:tr>
      <w:tr w:rsidR="00BA7048" w14:paraId="329E3E09"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AB393D2" w14:textId="77777777" w:rsidR="00BA7048" w:rsidRDefault="00000000">
            <w:pPr>
              <w:spacing w:after="36" w:line="245" w:lineRule="auto"/>
            </w:pPr>
            <w:r>
              <w:rPr>
                <w:sz w:val="16"/>
              </w:rPr>
              <w:t>Anyagfelelős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63AA37A" w14:textId="77777777" w:rsidR="00BA7048" w:rsidRDefault="00BA7048">
            <w:pPr>
              <w:spacing w:after="36" w:line="245" w:lineRule="auto"/>
            </w:pPr>
          </w:p>
        </w:tc>
      </w:tr>
      <w:tr w:rsidR="00BA7048" w14:paraId="47CE9813"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BBEBA61" w14:textId="77777777" w:rsidR="00BA7048" w:rsidRDefault="00000000">
            <w:pPr>
              <w:spacing w:after="36" w:line="245" w:lineRule="auto"/>
            </w:pPr>
            <w:r>
              <w:rPr>
                <w:sz w:val="16"/>
              </w:rPr>
              <w:t>Eszközfelelős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F0116A5" w14:textId="77777777" w:rsidR="00BA7048" w:rsidRDefault="00BA7048">
            <w:pPr>
              <w:spacing w:after="36" w:line="245" w:lineRule="auto"/>
            </w:pPr>
          </w:p>
        </w:tc>
      </w:tr>
      <w:tr w:rsidR="00BA7048" w14:paraId="3BFCA58A"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BACEC77" w14:textId="77777777" w:rsidR="00BA7048" w:rsidRDefault="00000000">
            <w:pPr>
              <w:spacing w:after="36" w:line="245" w:lineRule="auto"/>
            </w:pPr>
            <w:r>
              <w:rPr>
                <w:sz w:val="16"/>
              </w:rPr>
              <w:t>Minőségi kapuk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3F869B9" w14:textId="77777777" w:rsidR="00BA7048" w:rsidRDefault="00BA7048">
            <w:pPr>
              <w:spacing w:after="36" w:line="245" w:lineRule="auto"/>
            </w:pPr>
          </w:p>
        </w:tc>
      </w:tr>
      <w:tr w:rsidR="00BA7048" w14:paraId="0528D1C1"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66775F9" w14:textId="77777777" w:rsidR="00BA7048" w:rsidRDefault="00000000">
            <w:pPr>
              <w:spacing w:after="36" w:line="245" w:lineRule="auto"/>
            </w:pPr>
            <w:r>
              <w:rPr>
                <w:sz w:val="16"/>
              </w:rPr>
              <w:t>Dokumentáció</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A25BF4E" w14:textId="77777777" w:rsidR="00BA7048" w:rsidRDefault="00BA7048">
            <w:pPr>
              <w:spacing w:after="36" w:line="245" w:lineRule="auto"/>
            </w:pPr>
          </w:p>
        </w:tc>
      </w:tr>
      <w:tr w:rsidR="00BA7048" w14:paraId="4A415B44"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A03985B" w14:textId="77777777" w:rsidR="00BA7048" w:rsidRDefault="00000000">
            <w:pPr>
              <w:spacing w:after="36" w:line="245" w:lineRule="auto"/>
            </w:pPr>
            <w:r>
              <w:rPr>
                <w:sz w:val="16"/>
              </w:rPr>
              <w:t>Számlázás / fizetés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6F89A39" w14:textId="58D6961C" w:rsidR="00BA7048" w:rsidRDefault="00000000">
            <w:pPr>
              <w:spacing w:after="36" w:line="245" w:lineRule="auto"/>
            </w:pPr>
            <w:proofErr w:type="spellStart"/>
            <w:r>
              <w:rPr>
                <w:sz w:val="16"/>
              </w:rPr>
              <w:t>Teljesítésigazolás</w:t>
            </w:r>
            <w:proofErr w:type="spellEnd"/>
            <w:r>
              <w:rPr>
                <w:sz w:val="16"/>
              </w:rPr>
              <w:t xml:space="preserve"> </w:t>
            </w:r>
            <w:proofErr w:type="spellStart"/>
            <w:r>
              <w:rPr>
                <w:sz w:val="16"/>
              </w:rPr>
              <w:t>határide</w:t>
            </w:r>
            <w:r w:rsidR="00D14D38">
              <w:rPr>
                <w:sz w:val="16"/>
              </w:rPr>
              <w:t>je</w:t>
            </w:r>
            <w:proofErr w:type="spellEnd"/>
            <w:r w:rsidR="00D14D38">
              <w:rPr>
                <w:sz w:val="16"/>
              </w:rPr>
              <w:t xml:space="preserve">:                            </w:t>
            </w:r>
            <w:r>
              <w:rPr>
                <w:sz w:val="16"/>
              </w:rPr>
              <w:t xml:space="preserve">; </w:t>
            </w:r>
            <w:proofErr w:type="spellStart"/>
            <w:r>
              <w:rPr>
                <w:sz w:val="16"/>
              </w:rPr>
              <w:t>számlázási</w:t>
            </w:r>
            <w:proofErr w:type="spellEnd"/>
            <w:r>
              <w:rPr>
                <w:sz w:val="16"/>
              </w:rPr>
              <w:t xml:space="preserve"> </w:t>
            </w:r>
            <w:proofErr w:type="spellStart"/>
            <w:r>
              <w:rPr>
                <w:sz w:val="16"/>
              </w:rPr>
              <w:t>ütem</w:t>
            </w:r>
            <w:proofErr w:type="spellEnd"/>
            <w:r>
              <w:rPr>
                <w:sz w:val="16"/>
              </w:rPr>
              <w:t xml:space="preserve">: </w:t>
            </w:r>
            <w:r w:rsidR="00D14D38">
              <w:rPr>
                <w:sz w:val="16"/>
              </w:rPr>
              <w:t xml:space="preserve">                                 </w:t>
            </w:r>
            <w:r>
              <w:rPr>
                <w:sz w:val="16"/>
              </w:rPr>
              <w:t xml:space="preserve">; </w:t>
            </w:r>
            <w:proofErr w:type="spellStart"/>
            <w:r>
              <w:rPr>
                <w:sz w:val="16"/>
              </w:rPr>
              <w:t>fizetési</w:t>
            </w:r>
            <w:proofErr w:type="spellEnd"/>
            <w:r>
              <w:rPr>
                <w:sz w:val="16"/>
              </w:rPr>
              <w:t xml:space="preserve"> </w:t>
            </w:r>
            <w:proofErr w:type="spellStart"/>
            <w:r>
              <w:rPr>
                <w:sz w:val="16"/>
              </w:rPr>
              <w:t>határidő</w:t>
            </w:r>
            <w:proofErr w:type="spellEnd"/>
            <w:r>
              <w:rPr>
                <w:sz w:val="16"/>
              </w:rPr>
              <w:t xml:space="preserve">: </w:t>
            </w:r>
            <w:r w:rsidR="00D14D38">
              <w:rPr>
                <w:sz w:val="16"/>
              </w:rPr>
              <w:t xml:space="preserve">             </w:t>
            </w:r>
            <w:r>
              <w:rPr>
                <w:sz w:val="16"/>
              </w:rPr>
              <w:t xml:space="preserve">nap; fizetési mód: </w:t>
            </w:r>
          </w:p>
        </w:tc>
      </w:tr>
      <w:tr w:rsidR="00BA7048" w14:paraId="0A3D091D" w14:textId="77777777">
        <w:trPr>
          <w:jc w:val="center"/>
        </w:trPr>
        <w:tc>
          <w:tcPr>
            <w:tcW w:w="4734" w:type="dxa"/>
          </w:tcPr>
          <w:p w14:paraId="48572262" w14:textId="77777777" w:rsidR="00BA7048" w:rsidRDefault="00000000">
            <w:r>
              <w:t>Egyedi alvállalkozói szerződésszám</w:t>
            </w:r>
          </w:p>
        </w:tc>
        <w:tc>
          <w:tcPr>
            <w:tcW w:w="4734" w:type="dxa"/>
          </w:tcPr>
          <w:p w14:paraId="51CEEBE8" w14:textId="2410D009" w:rsidR="00BA7048" w:rsidRDefault="00BA7048"/>
        </w:tc>
      </w:tr>
      <w:tr w:rsidR="00BA7048" w14:paraId="535D85A6" w14:textId="77777777">
        <w:trPr>
          <w:jc w:val="center"/>
        </w:trPr>
        <w:tc>
          <w:tcPr>
            <w:tcW w:w="4734" w:type="dxa"/>
          </w:tcPr>
          <w:p w14:paraId="62934B3D" w14:textId="77777777" w:rsidR="00BA7048" w:rsidRDefault="00000000">
            <w:r>
              <w:t>Építtető / felettes megrendelő</w:t>
            </w:r>
          </w:p>
        </w:tc>
        <w:tc>
          <w:tcPr>
            <w:tcW w:w="4734" w:type="dxa"/>
          </w:tcPr>
          <w:p w14:paraId="47BA5BB8" w14:textId="6309DB05" w:rsidR="00BA7048" w:rsidRDefault="00BA7048"/>
        </w:tc>
      </w:tr>
      <w:tr w:rsidR="00BA7048" w14:paraId="5B8408FC" w14:textId="77777777">
        <w:trPr>
          <w:jc w:val="center"/>
        </w:trPr>
        <w:tc>
          <w:tcPr>
            <w:tcW w:w="4734" w:type="dxa"/>
          </w:tcPr>
          <w:p w14:paraId="45DD090C" w14:textId="77777777" w:rsidR="00BA7048" w:rsidRDefault="00000000">
            <w:r>
              <w:t>Kapcsolódó fővállalkozói / megrendelői szerződés</w:t>
            </w:r>
          </w:p>
        </w:tc>
        <w:tc>
          <w:tcPr>
            <w:tcW w:w="4734" w:type="dxa"/>
          </w:tcPr>
          <w:p w14:paraId="4BB0DFBC" w14:textId="0C244C06" w:rsidR="00BA7048" w:rsidRDefault="00BA7048"/>
        </w:tc>
      </w:tr>
      <w:tr w:rsidR="00BA7048" w14:paraId="6C2520F3" w14:textId="77777777">
        <w:trPr>
          <w:jc w:val="center"/>
        </w:trPr>
        <w:tc>
          <w:tcPr>
            <w:tcW w:w="4734" w:type="dxa"/>
          </w:tcPr>
          <w:p w14:paraId="735995A4" w14:textId="77777777" w:rsidR="00BA7048" w:rsidRDefault="00000000">
            <w:r>
              <w:t>Munkaterület pontos helye</w:t>
            </w:r>
          </w:p>
        </w:tc>
        <w:tc>
          <w:tcPr>
            <w:tcW w:w="4734" w:type="dxa"/>
          </w:tcPr>
          <w:p w14:paraId="4ECEBC93" w14:textId="678549A9" w:rsidR="00BA7048" w:rsidRDefault="00BA7048"/>
        </w:tc>
      </w:tr>
      <w:tr w:rsidR="00BA7048" w14:paraId="137BEC4D" w14:textId="77777777">
        <w:trPr>
          <w:jc w:val="center"/>
        </w:trPr>
        <w:tc>
          <w:tcPr>
            <w:tcW w:w="4734" w:type="dxa"/>
          </w:tcPr>
          <w:p w14:paraId="676E0A67" w14:textId="77777777" w:rsidR="00BA7048" w:rsidRDefault="00000000">
            <w:r>
              <w:t>Minőségi és mennyiségi követelmény</w:t>
            </w:r>
          </w:p>
        </w:tc>
        <w:tc>
          <w:tcPr>
            <w:tcW w:w="4734" w:type="dxa"/>
          </w:tcPr>
          <w:p w14:paraId="039202A3" w14:textId="7F67BD2B" w:rsidR="00BA7048" w:rsidRDefault="00BA7048"/>
        </w:tc>
      </w:tr>
      <w:tr w:rsidR="00BA7048" w14:paraId="0D6368B6" w14:textId="77777777">
        <w:trPr>
          <w:jc w:val="center"/>
        </w:trPr>
        <w:tc>
          <w:tcPr>
            <w:tcW w:w="4734" w:type="dxa"/>
          </w:tcPr>
          <w:p w14:paraId="14250B96" w14:textId="77777777" w:rsidR="00BA7048" w:rsidRDefault="00000000">
            <w:r>
              <w:t>Kivitelezési dokumentáció szolgáltatása</w:t>
            </w:r>
          </w:p>
        </w:tc>
        <w:tc>
          <w:tcPr>
            <w:tcW w:w="4734" w:type="dxa"/>
          </w:tcPr>
          <w:p w14:paraId="6C3A2326" w14:textId="49D12696" w:rsidR="00BA7048" w:rsidRDefault="00BA7048"/>
        </w:tc>
      </w:tr>
      <w:tr w:rsidR="00BA7048" w14:paraId="48E301B8" w14:textId="77777777">
        <w:trPr>
          <w:jc w:val="center"/>
        </w:trPr>
        <w:tc>
          <w:tcPr>
            <w:tcW w:w="4734" w:type="dxa"/>
          </w:tcPr>
          <w:p w14:paraId="39B4C3FE" w14:textId="77777777" w:rsidR="00BA7048" w:rsidRDefault="00000000">
            <w:r>
              <w:t>E-napló / e-alnapló adatai</w:t>
            </w:r>
          </w:p>
        </w:tc>
        <w:tc>
          <w:tcPr>
            <w:tcW w:w="4734" w:type="dxa"/>
          </w:tcPr>
          <w:p w14:paraId="66CFB1C0" w14:textId="77C22E04" w:rsidR="00BA7048" w:rsidRDefault="00BA7048"/>
        </w:tc>
      </w:tr>
      <w:tr w:rsidR="00BA7048" w14:paraId="41F72BBB" w14:textId="77777777">
        <w:trPr>
          <w:jc w:val="center"/>
        </w:trPr>
        <w:tc>
          <w:tcPr>
            <w:tcW w:w="4734" w:type="dxa"/>
          </w:tcPr>
          <w:p w14:paraId="47C5CA0F" w14:textId="77777777" w:rsidR="00BA7048" w:rsidRDefault="00000000">
            <w:r>
              <w:t>Munkaterület-átadás</w:t>
            </w:r>
          </w:p>
        </w:tc>
        <w:tc>
          <w:tcPr>
            <w:tcW w:w="4734" w:type="dxa"/>
          </w:tcPr>
          <w:p w14:paraId="09E56F9A" w14:textId="6F6C5460" w:rsidR="00BA7048" w:rsidRDefault="00BA7048"/>
        </w:tc>
      </w:tr>
      <w:tr w:rsidR="00BA7048" w14:paraId="7D857E8C" w14:textId="77777777">
        <w:trPr>
          <w:jc w:val="center"/>
        </w:trPr>
        <w:tc>
          <w:tcPr>
            <w:tcW w:w="4734" w:type="dxa"/>
          </w:tcPr>
          <w:p w14:paraId="42557508" w14:textId="77777777" w:rsidR="00BA7048" w:rsidRDefault="00000000">
            <w:r>
              <w:t>Részteljesítés(ek) / átadás-átvétel / munkaterület-visszaadás</w:t>
            </w:r>
          </w:p>
        </w:tc>
        <w:tc>
          <w:tcPr>
            <w:tcW w:w="4734" w:type="dxa"/>
          </w:tcPr>
          <w:p w14:paraId="63779469" w14:textId="29EDC9B5" w:rsidR="00BA7048" w:rsidRDefault="00BA7048"/>
        </w:tc>
      </w:tr>
      <w:tr w:rsidR="00BA7048" w14:paraId="3C478037" w14:textId="77777777">
        <w:trPr>
          <w:jc w:val="center"/>
        </w:trPr>
        <w:tc>
          <w:tcPr>
            <w:tcW w:w="4734" w:type="dxa"/>
          </w:tcPr>
          <w:p w14:paraId="0554AB1D" w14:textId="77777777" w:rsidR="00BA7048" w:rsidRDefault="00000000">
            <w:r>
              <w:t>Pót- és többletmunka elszámolása</w:t>
            </w:r>
          </w:p>
        </w:tc>
        <w:tc>
          <w:tcPr>
            <w:tcW w:w="4734" w:type="dxa"/>
          </w:tcPr>
          <w:p w14:paraId="1C351A87" w14:textId="13304DA9" w:rsidR="00BA7048" w:rsidRDefault="00000000">
            <w:r>
              <w:t xml:space="preserve">A keretszerződés és </w:t>
            </w:r>
            <w:proofErr w:type="spellStart"/>
            <w:r>
              <w:t>írásos</w:t>
            </w:r>
            <w:proofErr w:type="spellEnd"/>
            <w:r>
              <w:t xml:space="preserve"> </w:t>
            </w:r>
            <w:proofErr w:type="spellStart"/>
            <w:r>
              <w:t>változásmegrendelés</w:t>
            </w:r>
            <w:proofErr w:type="spellEnd"/>
            <w:r>
              <w:t xml:space="preserve"> </w:t>
            </w:r>
            <w:proofErr w:type="spellStart"/>
            <w:r>
              <w:t>szerint</w:t>
            </w:r>
            <w:proofErr w:type="spellEnd"/>
            <w:r>
              <w:t xml:space="preserve">; </w:t>
            </w:r>
            <w:proofErr w:type="spellStart"/>
            <w:r>
              <w:t>projekteltérés</w:t>
            </w:r>
            <w:proofErr w:type="spellEnd"/>
            <w:r>
              <w:t>:</w:t>
            </w:r>
            <w:r w:rsidR="004A69A6">
              <w:t xml:space="preserve">                                     </w:t>
            </w:r>
            <w:r>
              <w:t xml:space="preserve"> / </w:t>
            </w:r>
            <w:proofErr w:type="spellStart"/>
            <w:r>
              <w:t>nincs</w:t>
            </w:r>
            <w:proofErr w:type="spellEnd"/>
          </w:p>
        </w:tc>
      </w:tr>
      <w:tr w:rsidR="00BA7048" w14:paraId="03B18BF9" w14:textId="77777777">
        <w:trPr>
          <w:jc w:val="center"/>
        </w:trPr>
        <w:tc>
          <w:tcPr>
            <w:tcW w:w="4734" w:type="dxa"/>
          </w:tcPr>
          <w:p w14:paraId="1E0E8949" w14:textId="77777777" w:rsidR="00BA7048" w:rsidRDefault="00000000">
            <w:r>
              <w:t>Teljesítésigazolásra jogosult</w:t>
            </w:r>
          </w:p>
        </w:tc>
        <w:tc>
          <w:tcPr>
            <w:tcW w:w="4734" w:type="dxa"/>
          </w:tcPr>
          <w:p w14:paraId="2EB57E0D" w14:textId="250823F6" w:rsidR="00BA7048" w:rsidRDefault="00000000">
            <w:r>
              <w:t xml:space="preserve">FMV / </w:t>
            </w:r>
          </w:p>
        </w:tc>
      </w:tr>
      <w:tr w:rsidR="00BA7048" w14:paraId="0D9A0693" w14:textId="77777777">
        <w:trPr>
          <w:jc w:val="center"/>
        </w:trPr>
        <w:tc>
          <w:tcPr>
            <w:tcW w:w="4734" w:type="dxa"/>
          </w:tcPr>
          <w:p w14:paraId="4D537B5D" w14:textId="77777777" w:rsidR="00BA7048" w:rsidRDefault="00000000">
            <w:r>
              <w:t>Alvállalkozó további alvállalkozója</w:t>
            </w:r>
          </w:p>
        </w:tc>
        <w:tc>
          <w:tcPr>
            <w:tcW w:w="4734" w:type="dxa"/>
          </w:tcPr>
          <w:p w14:paraId="16B08990" w14:textId="44585900" w:rsidR="00BA7048" w:rsidRDefault="00000000">
            <w:r>
              <w:t xml:space="preserve">□ nem engedélyezett előzetes írásos jóváhagyás nélkül  □ külön engedély: </w:t>
            </w:r>
          </w:p>
        </w:tc>
      </w:tr>
      <w:tr w:rsidR="00BA7048" w14:paraId="64ED4AB7" w14:textId="77777777">
        <w:trPr>
          <w:jc w:val="center"/>
        </w:trPr>
        <w:tc>
          <w:tcPr>
            <w:tcW w:w="4734" w:type="dxa"/>
          </w:tcPr>
          <w:p w14:paraId="68FADDC9" w14:textId="77777777" w:rsidR="00BA7048" w:rsidRDefault="00000000">
            <w:r>
              <w:t>Építési-bontási hulladék elszállítására kötelezett</w:t>
            </w:r>
          </w:p>
        </w:tc>
        <w:tc>
          <w:tcPr>
            <w:tcW w:w="4734" w:type="dxa"/>
          </w:tcPr>
          <w:p w14:paraId="7B1B648C" w14:textId="0C5B3D87" w:rsidR="00BA7048" w:rsidRDefault="00000000">
            <w:r>
              <w:t xml:space="preserve">Spirit Floor / </w:t>
            </w:r>
            <w:proofErr w:type="spellStart"/>
            <w:r>
              <w:t>Alvállalkozó</w:t>
            </w:r>
            <w:proofErr w:type="spellEnd"/>
            <w:r>
              <w:t xml:space="preserve"> / egyéb], engedéllyel rendelkező kezelőhöz</w:t>
            </w:r>
          </w:p>
        </w:tc>
      </w:tr>
      <w:tr w:rsidR="00BA7048" w14:paraId="4DC0850B" w14:textId="77777777">
        <w:trPr>
          <w:jc w:val="center"/>
        </w:trPr>
        <w:tc>
          <w:tcPr>
            <w:tcW w:w="4734" w:type="dxa"/>
          </w:tcPr>
          <w:p w14:paraId="7E58320F" w14:textId="77777777" w:rsidR="00BA7048" w:rsidRDefault="00000000">
            <w:r>
              <w:t>Árazatlan tételes költségvetési kiírás</w:t>
            </w:r>
          </w:p>
        </w:tc>
        <w:tc>
          <w:tcPr>
            <w:tcW w:w="4734" w:type="dxa"/>
          </w:tcPr>
          <w:p w14:paraId="188552A7" w14:textId="77777777" w:rsidR="00BA7048" w:rsidRDefault="00000000">
            <w:r>
              <w:t>□ szükséges és csatolva  □ nem szükséges / n.a.</w:t>
            </w:r>
          </w:p>
        </w:tc>
      </w:tr>
      <w:tr w:rsidR="00BA7048" w14:paraId="103F7AD6" w14:textId="77777777">
        <w:trPr>
          <w:jc w:val="center"/>
        </w:trPr>
        <w:tc>
          <w:tcPr>
            <w:tcW w:w="4734" w:type="dxa"/>
          </w:tcPr>
          <w:p w14:paraId="6DBCCF8F" w14:textId="77777777" w:rsidR="00BA7048" w:rsidRDefault="00000000">
            <w:r>
              <w:t>Előleg</w:t>
            </w:r>
          </w:p>
        </w:tc>
        <w:tc>
          <w:tcPr>
            <w:tcW w:w="4734" w:type="dxa"/>
          </w:tcPr>
          <w:p w14:paraId="7F73959C" w14:textId="48C95264" w:rsidR="00BA7048" w:rsidRDefault="00000000">
            <w:r>
              <w:t xml:space="preserve">□ nincs  □ van: </w:t>
            </w:r>
          </w:p>
        </w:tc>
      </w:tr>
      <w:tr w:rsidR="00BA7048" w14:paraId="08C2BBCF" w14:textId="77777777">
        <w:trPr>
          <w:jc w:val="center"/>
        </w:trPr>
        <w:tc>
          <w:tcPr>
            <w:tcW w:w="4734" w:type="dxa"/>
          </w:tcPr>
          <w:p w14:paraId="6E580C47" w14:textId="77777777" w:rsidR="00BA7048" w:rsidRDefault="00000000">
            <w:r>
              <w:t>Teljesítési biztosíték</w:t>
            </w:r>
          </w:p>
        </w:tc>
        <w:tc>
          <w:tcPr>
            <w:tcW w:w="4734" w:type="dxa"/>
          </w:tcPr>
          <w:p w14:paraId="42DBE3E6" w14:textId="6E6AA509" w:rsidR="00BA7048" w:rsidRDefault="00000000">
            <w:r>
              <w:t xml:space="preserve">□ nincs  □ van: </w:t>
            </w:r>
          </w:p>
        </w:tc>
      </w:tr>
      <w:tr w:rsidR="00BA7048" w14:paraId="6BB46B81" w14:textId="77777777">
        <w:trPr>
          <w:jc w:val="center"/>
        </w:trPr>
        <w:tc>
          <w:tcPr>
            <w:tcW w:w="4734" w:type="dxa"/>
          </w:tcPr>
          <w:p w14:paraId="31ABB217" w14:textId="77777777" w:rsidR="00BA7048" w:rsidRDefault="00000000">
            <w:r>
              <w:t>Tartalékkeret</w:t>
            </w:r>
          </w:p>
        </w:tc>
        <w:tc>
          <w:tcPr>
            <w:tcW w:w="4734" w:type="dxa"/>
          </w:tcPr>
          <w:p w14:paraId="22DBF78C" w14:textId="0C4A3AE4" w:rsidR="00BA7048" w:rsidRDefault="00000000">
            <w:r>
              <w:t xml:space="preserve">□ nincs  □ van: </w:t>
            </w:r>
          </w:p>
        </w:tc>
      </w:tr>
      <w:tr w:rsidR="00BA7048" w14:paraId="1C887009" w14:textId="77777777">
        <w:trPr>
          <w:jc w:val="center"/>
        </w:trPr>
        <w:tc>
          <w:tcPr>
            <w:tcW w:w="4734" w:type="dxa"/>
          </w:tcPr>
          <w:p w14:paraId="038D362B" w14:textId="77777777" w:rsidR="00BA7048" w:rsidRDefault="00000000">
            <w:r>
              <w:t>Fedezetkezelő – ha alkalmazandó</w:t>
            </w:r>
          </w:p>
        </w:tc>
        <w:tc>
          <w:tcPr>
            <w:tcW w:w="4734" w:type="dxa"/>
          </w:tcPr>
          <w:p w14:paraId="5B63BE4D" w14:textId="0E50BA61" w:rsidR="00BA7048" w:rsidRDefault="00BA7048"/>
        </w:tc>
      </w:tr>
      <w:tr w:rsidR="00BA7048" w14:paraId="7FAFCD7D" w14:textId="77777777">
        <w:trPr>
          <w:jc w:val="center"/>
        </w:trPr>
        <w:tc>
          <w:tcPr>
            <w:tcW w:w="4734" w:type="dxa"/>
          </w:tcPr>
          <w:p w14:paraId="393EB780" w14:textId="77777777" w:rsidR="00BA7048" w:rsidRDefault="00000000">
            <w:r>
              <w:t>Építésszervezési munkarész</w:t>
            </w:r>
          </w:p>
        </w:tc>
        <w:tc>
          <w:tcPr>
            <w:tcW w:w="4734" w:type="dxa"/>
          </w:tcPr>
          <w:p w14:paraId="3612861D" w14:textId="1CE545EE" w:rsidR="00BA7048" w:rsidRDefault="00000000">
            <w:proofErr w:type="spellStart"/>
            <w:r>
              <w:t>Alvállalkozó</w:t>
            </w:r>
            <w:proofErr w:type="spellEnd"/>
            <w:r>
              <w:t xml:space="preserve"> feladata / Spirit Floor </w:t>
            </w:r>
            <w:proofErr w:type="spellStart"/>
            <w:r>
              <w:t>feladata</w:t>
            </w:r>
            <w:proofErr w:type="spellEnd"/>
            <w:r>
              <w:t xml:space="preserve"> / </w:t>
            </w:r>
            <w:proofErr w:type="spellStart"/>
            <w:r>
              <w:t>n.a.</w:t>
            </w:r>
            <w:proofErr w:type="spellEnd"/>
          </w:p>
        </w:tc>
      </w:tr>
      <w:tr w:rsidR="00BA7048" w14:paraId="6BEE6A1E" w14:textId="77777777">
        <w:trPr>
          <w:jc w:val="center"/>
        </w:trPr>
        <w:tc>
          <w:tcPr>
            <w:tcW w:w="4734" w:type="dxa"/>
          </w:tcPr>
          <w:p w14:paraId="166B3524" w14:textId="77777777" w:rsidR="00BA7048" w:rsidRDefault="00000000">
            <w:r>
              <w:t>Felelősségbiztosítási kötvény</w:t>
            </w:r>
          </w:p>
        </w:tc>
        <w:tc>
          <w:tcPr>
            <w:tcW w:w="4734" w:type="dxa"/>
          </w:tcPr>
          <w:p w14:paraId="29E25BF4" w14:textId="7D9BE8FD" w:rsidR="00BA7048" w:rsidRDefault="00000000">
            <w:proofErr w:type="spellStart"/>
            <w:r>
              <w:t>kötvényszám</w:t>
            </w:r>
            <w:proofErr w:type="spellEnd"/>
            <w:r w:rsidR="004D27A6">
              <w:t xml:space="preserve">;                                    </w:t>
            </w:r>
            <w:proofErr w:type="spellStart"/>
            <w:r w:rsidR="00194961">
              <w:t>Biztosító</w:t>
            </w:r>
            <w:proofErr w:type="spellEnd"/>
            <w:r w:rsidR="00194961">
              <w:t xml:space="preserve">;                                         </w:t>
            </w:r>
            <w:r>
              <w:t xml:space="preserve">□ </w:t>
            </w:r>
            <w:proofErr w:type="spellStart"/>
            <w:r>
              <w:t>kötvény</w:t>
            </w:r>
            <w:proofErr w:type="spellEnd"/>
            <w:r>
              <w:t xml:space="preserve"> </w:t>
            </w:r>
            <w:proofErr w:type="spellStart"/>
            <w:r>
              <w:t>csatolva</w:t>
            </w:r>
            <w:proofErr w:type="spellEnd"/>
            <w:r>
              <w:t xml:space="preserve">  □ munkaterület-átadásig igazolandó</w:t>
            </w:r>
          </w:p>
        </w:tc>
      </w:tr>
      <w:tr w:rsidR="00BA7048" w14:paraId="0105594F" w14:textId="77777777">
        <w:trPr>
          <w:jc w:val="center"/>
        </w:trPr>
        <w:tc>
          <w:tcPr>
            <w:tcW w:w="4734" w:type="dxa"/>
          </w:tcPr>
          <w:p w14:paraId="3469EFDE" w14:textId="77777777" w:rsidR="00BA7048" w:rsidRDefault="00000000">
            <w:r>
              <w:lastRenderedPageBreak/>
              <w:t>Mediáció / választottbíróság</w:t>
            </w:r>
          </w:p>
        </w:tc>
        <w:tc>
          <w:tcPr>
            <w:tcW w:w="4734" w:type="dxa"/>
          </w:tcPr>
          <w:p w14:paraId="5F23F1EF" w14:textId="70D7DE69" w:rsidR="00BA7048" w:rsidRDefault="00000000">
            <w:r>
              <w:t xml:space="preserve">□ nincs külön </w:t>
            </w:r>
            <w:proofErr w:type="spellStart"/>
            <w:r>
              <w:t>kikötés</w:t>
            </w:r>
            <w:proofErr w:type="spellEnd"/>
            <w:r>
              <w:t xml:space="preserve">  □ </w:t>
            </w:r>
            <w:proofErr w:type="spellStart"/>
            <w:r>
              <w:t>mediáció</w:t>
            </w:r>
            <w:proofErr w:type="spellEnd"/>
            <w:r>
              <w:t xml:space="preserve">: </w:t>
            </w:r>
            <w:r w:rsidR="00A45FE3">
              <w:t xml:space="preserve">                                                       </w:t>
            </w:r>
            <w:r>
              <w:t xml:space="preserve">□ </w:t>
            </w:r>
            <w:proofErr w:type="spellStart"/>
            <w:r>
              <w:t>más</w:t>
            </w:r>
            <w:proofErr w:type="spellEnd"/>
            <w:r>
              <w:t xml:space="preserve"> </w:t>
            </w:r>
            <w:proofErr w:type="spellStart"/>
            <w:r>
              <w:t>jogvita-rendezés</w:t>
            </w:r>
            <w:proofErr w:type="spellEnd"/>
            <w:r>
              <w:t xml:space="preserve">: </w:t>
            </w:r>
          </w:p>
        </w:tc>
      </w:tr>
      <w:tr w:rsidR="00BA7048" w14:paraId="10BAD86E" w14:textId="77777777">
        <w:trPr>
          <w:jc w:val="center"/>
        </w:trPr>
        <w:tc>
          <w:tcPr>
            <w:tcW w:w="4734" w:type="dxa"/>
          </w:tcPr>
          <w:p w14:paraId="453FEC5D" w14:textId="77777777" w:rsidR="00BA7048" w:rsidRDefault="00000000">
            <w:r>
              <w:t>Építtető pénzügyi fedezeti nyilatkozatának / fővállalkozói iratának hivatkozása</w:t>
            </w:r>
          </w:p>
        </w:tc>
        <w:tc>
          <w:tcPr>
            <w:tcW w:w="4734" w:type="dxa"/>
          </w:tcPr>
          <w:p w14:paraId="405B7C42" w14:textId="5635BB6F" w:rsidR="00BA7048" w:rsidRDefault="00000000">
            <w:r>
              <w:t xml:space="preserve"> az A/1 nem helyettesíti a fővállalkozói szerződés kötelező fedezeti nyilatkozatát</w:t>
            </w:r>
          </w:p>
        </w:tc>
      </w:tr>
      <w:tr w:rsidR="00BA7048" w14:paraId="3DE28C39" w14:textId="77777777">
        <w:trPr>
          <w:jc w:val="center"/>
        </w:trPr>
        <w:tc>
          <w:tcPr>
            <w:tcW w:w="4734" w:type="dxa"/>
          </w:tcPr>
          <w:p w14:paraId="6B0DAF60" w14:textId="77777777" w:rsidR="00BA7048" w:rsidRDefault="00000000">
            <w:r>
              <w:t>Fedezetkezelői kiegészítő adatok – ha alkalmazandó</w:t>
            </w:r>
          </w:p>
        </w:tc>
        <w:tc>
          <w:tcPr>
            <w:tcW w:w="4734" w:type="dxa"/>
          </w:tcPr>
          <w:p w14:paraId="070DF7A8" w14:textId="4FB3C616" w:rsidR="00BA7048" w:rsidRDefault="00000000">
            <w:r>
              <w:t xml:space="preserve">A 191/2009. Korm. rendelet 4. § szerinti projektadatok és igazolások hivatkozása; □ nem </w:t>
            </w:r>
            <w:proofErr w:type="spellStart"/>
            <w:r>
              <w:t>alkalmazandó</w:t>
            </w:r>
            <w:proofErr w:type="spellEnd"/>
            <w:r>
              <w:t xml:space="preserve">  □ </w:t>
            </w:r>
            <w:proofErr w:type="spellStart"/>
            <w:r>
              <w:t>külön</w:t>
            </w:r>
            <w:proofErr w:type="spellEnd"/>
            <w:r>
              <w:t xml:space="preserve"> </w:t>
            </w:r>
            <w:proofErr w:type="spellStart"/>
            <w:r>
              <w:t>melléklet</w:t>
            </w:r>
            <w:proofErr w:type="spellEnd"/>
            <w:r>
              <w:t>/</w:t>
            </w:r>
            <w:proofErr w:type="spellStart"/>
            <w:r>
              <w:t>nyilvántartás</w:t>
            </w:r>
            <w:proofErr w:type="spellEnd"/>
            <w:r w:rsidR="00A45FE3">
              <w:t>:</w:t>
            </w:r>
          </w:p>
        </w:tc>
      </w:tr>
      <w:tr w:rsidR="00BA7048" w14:paraId="386DEBC7" w14:textId="77777777">
        <w:trPr>
          <w:jc w:val="center"/>
        </w:trPr>
        <w:tc>
          <w:tcPr>
            <w:tcW w:w="4734" w:type="dxa"/>
          </w:tcPr>
          <w:p w14:paraId="372A3648" w14:textId="77777777" w:rsidR="00BA7048" w:rsidRDefault="00000000">
            <w:r>
              <w:t>Alvállalkozói érték/fedezet eltérésre vonatkozó tájékoztatás</w:t>
            </w:r>
          </w:p>
        </w:tc>
        <w:tc>
          <w:tcPr>
            <w:tcW w:w="4734" w:type="dxa"/>
          </w:tcPr>
          <w:p w14:paraId="69713E3F" w14:textId="3EC31242" w:rsidR="00BA7048" w:rsidRDefault="00000000">
            <w:r>
              <w:t xml:space="preserve">□ nem releváns  □ Megrendelő vállalkozó kivitelező 191/2009. Korm. rendelet szerinti tájékoztatása megtörtént: </w:t>
            </w:r>
          </w:p>
        </w:tc>
      </w:tr>
    </w:tbl>
    <w:p w14:paraId="6BFAF28E" w14:textId="77777777" w:rsidR="00BA7048" w:rsidRDefault="00BA7048">
      <w:pPr>
        <w:pStyle w:val="SFClause"/>
        <w:rPr>
          <w:rFonts w:hint="eastAsia"/>
        </w:rPr>
      </w:pPr>
    </w:p>
    <w:p w14:paraId="15381372" w14:textId="77777777" w:rsidR="00BA7048" w:rsidRDefault="00000000">
      <w:pPr>
        <w:pStyle w:val="Cmsor2"/>
        <w:pBdr>
          <w:left w:val="single" w:sz="10" w:space="5" w:color="F29F05"/>
        </w:pBdr>
      </w:pPr>
      <w:r>
        <w:t>A/2 Belépési és megfelelőségi adatlap</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563"/>
        <w:gridCol w:w="5394"/>
      </w:tblGrid>
      <w:tr w:rsidR="00BA7048" w14:paraId="4D7BF635"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234EB895"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1E0C0080" w14:textId="77777777" w:rsidR="00BA7048" w:rsidRDefault="00000000">
            <w:pPr>
              <w:spacing w:after="36" w:line="245" w:lineRule="auto"/>
            </w:pPr>
            <w:r>
              <w:rPr>
                <w:b/>
                <w:color w:val="FFFFFF"/>
                <w:sz w:val="16"/>
              </w:rPr>
              <w:t>Tartalom</w:t>
            </w:r>
          </w:p>
        </w:tc>
      </w:tr>
      <w:tr w:rsidR="00BA7048" w14:paraId="15AE8C3C"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7A12293" w14:textId="77777777" w:rsidR="00BA7048" w:rsidRDefault="00000000">
            <w:pPr>
              <w:spacing w:after="36" w:line="245" w:lineRule="auto"/>
            </w:pPr>
            <w:r>
              <w:rPr>
                <w:sz w:val="16"/>
              </w:rPr>
              <w:t>cégadatok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BB83AA4" w14:textId="77777777" w:rsidR="00BA7048" w:rsidRDefault="00BA7048">
            <w:pPr>
              <w:spacing w:after="36" w:line="245" w:lineRule="auto"/>
            </w:pPr>
          </w:p>
        </w:tc>
      </w:tr>
      <w:tr w:rsidR="00BA7048" w14:paraId="2FD8B725"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4468794" w14:textId="77777777" w:rsidR="00BA7048" w:rsidRDefault="00000000">
            <w:pPr>
              <w:spacing w:after="36" w:line="245" w:lineRule="auto"/>
            </w:pPr>
            <w:r>
              <w:rPr>
                <w:sz w:val="16"/>
              </w:rPr>
              <w:t>adószám</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0CC11EF" w14:textId="77777777" w:rsidR="00BA7048" w:rsidRDefault="00BA7048">
            <w:pPr>
              <w:spacing w:after="36" w:line="245" w:lineRule="auto"/>
            </w:pPr>
          </w:p>
        </w:tc>
      </w:tr>
      <w:tr w:rsidR="00BA7048" w14:paraId="515D8611"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7F6DE8F" w14:textId="77777777" w:rsidR="00BA7048" w:rsidRDefault="00000000">
            <w:pPr>
              <w:spacing w:after="36" w:line="245" w:lineRule="auto"/>
            </w:pPr>
            <w:r>
              <w:rPr>
                <w:sz w:val="16"/>
              </w:rPr>
              <w:t>képviselő</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4C4EA4E" w14:textId="77777777" w:rsidR="00BA7048" w:rsidRDefault="00BA7048">
            <w:pPr>
              <w:spacing w:after="36" w:line="245" w:lineRule="auto"/>
            </w:pPr>
          </w:p>
        </w:tc>
      </w:tr>
      <w:tr w:rsidR="00BA7048" w14:paraId="23AC6303"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BED2687" w14:textId="77777777" w:rsidR="00BA7048" w:rsidRDefault="00000000">
            <w:r>
              <w:t>felelősségbiztosítás (biztosító, kötvényszám, elérhetőség, limit, önrész)</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3EBAF2F" w14:textId="77777777" w:rsidR="00BA7048" w:rsidRDefault="00BA7048">
            <w:pPr>
              <w:spacing w:after="36" w:line="245" w:lineRule="auto"/>
            </w:pPr>
          </w:p>
        </w:tc>
      </w:tr>
      <w:tr w:rsidR="00BA7048" w14:paraId="7BECFA98"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75F21C3" w14:textId="77777777" w:rsidR="00BA7048" w:rsidRDefault="00000000">
            <w:pPr>
              <w:spacing w:after="36" w:line="245" w:lineRule="auto"/>
            </w:pPr>
            <w:r>
              <w:rPr>
                <w:sz w:val="16"/>
              </w:rPr>
              <w:t>képesítések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79F0E1C" w14:textId="77777777" w:rsidR="00BA7048" w:rsidRDefault="00BA7048">
            <w:pPr>
              <w:spacing w:after="36" w:line="245" w:lineRule="auto"/>
            </w:pPr>
          </w:p>
        </w:tc>
      </w:tr>
      <w:tr w:rsidR="00BA7048" w14:paraId="6A0D7300"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D56A2C9" w14:textId="77777777" w:rsidR="00BA7048" w:rsidRDefault="00000000">
            <w:pPr>
              <w:spacing w:after="36" w:line="245" w:lineRule="auto"/>
            </w:pPr>
            <w:r>
              <w:rPr>
                <w:sz w:val="16"/>
              </w:rPr>
              <w:t>alkalmazottak jogszerűsége</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FAFE5BE" w14:textId="77777777" w:rsidR="00BA7048" w:rsidRDefault="00BA7048">
            <w:pPr>
              <w:spacing w:after="36" w:line="245" w:lineRule="auto"/>
            </w:pPr>
          </w:p>
        </w:tc>
      </w:tr>
      <w:tr w:rsidR="00BA7048" w14:paraId="1C89F94C"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101C40F" w14:textId="77777777" w:rsidR="00BA7048" w:rsidRDefault="00000000">
            <w:pPr>
              <w:spacing w:after="36" w:line="245" w:lineRule="auto"/>
            </w:pPr>
            <w:r>
              <w:rPr>
                <w:sz w:val="16"/>
              </w:rPr>
              <w:t>munkavédelmi dokumentumok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BCB2CFE" w14:textId="77777777" w:rsidR="00BA7048" w:rsidRDefault="00BA7048">
            <w:pPr>
              <w:spacing w:after="36" w:line="245" w:lineRule="auto"/>
            </w:pPr>
          </w:p>
        </w:tc>
      </w:tr>
      <w:tr w:rsidR="00BA7048" w14:paraId="72DC9626"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42D9719" w14:textId="77777777" w:rsidR="00BA7048" w:rsidRDefault="00000000">
            <w:pPr>
              <w:spacing w:after="36" w:line="245" w:lineRule="auto"/>
            </w:pPr>
            <w:r>
              <w:rPr>
                <w:sz w:val="16"/>
              </w:rPr>
              <w:t>belső minősítés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40A86A8" w14:textId="77777777" w:rsidR="00BA7048" w:rsidRDefault="00BA7048">
            <w:pPr>
              <w:spacing w:after="36" w:line="245" w:lineRule="auto"/>
            </w:pPr>
          </w:p>
        </w:tc>
      </w:tr>
      <w:tr w:rsidR="00BA7048" w14:paraId="415F88D2" w14:textId="77777777">
        <w:trPr>
          <w:jc w:val="center"/>
        </w:trPr>
        <w:tc>
          <w:tcPr>
            <w:tcW w:w="4734" w:type="dxa"/>
          </w:tcPr>
          <w:p w14:paraId="137915B6" w14:textId="77777777" w:rsidR="00BA7048" w:rsidRDefault="00000000">
            <w:r>
              <w:t>székhely / telephely / kapcsolati cím</w:t>
            </w:r>
          </w:p>
        </w:tc>
        <w:tc>
          <w:tcPr>
            <w:tcW w:w="4734" w:type="dxa"/>
          </w:tcPr>
          <w:p w14:paraId="27429BCB" w14:textId="77777777" w:rsidR="00BA7048" w:rsidRDefault="00BA7048"/>
        </w:tc>
      </w:tr>
      <w:tr w:rsidR="00BA7048" w14:paraId="42F522B2" w14:textId="77777777">
        <w:trPr>
          <w:jc w:val="center"/>
        </w:trPr>
        <w:tc>
          <w:tcPr>
            <w:tcW w:w="4734" w:type="dxa"/>
          </w:tcPr>
          <w:p w14:paraId="0910C479" w14:textId="77777777" w:rsidR="00BA7048" w:rsidRDefault="00000000">
            <w:r>
              <w:t>elérhetőség (e-mail, telefon)</w:t>
            </w:r>
          </w:p>
        </w:tc>
        <w:tc>
          <w:tcPr>
            <w:tcW w:w="4734" w:type="dxa"/>
          </w:tcPr>
          <w:p w14:paraId="634E03D0" w14:textId="77777777" w:rsidR="00BA7048" w:rsidRDefault="00BA7048"/>
        </w:tc>
      </w:tr>
      <w:tr w:rsidR="00BA7048" w14:paraId="751692A4" w14:textId="77777777">
        <w:trPr>
          <w:jc w:val="center"/>
        </w:trPr>
        <w:tc>
          <w:tcPr>
            <w:tcW w:w="4734" w:type="dxa"/>
          </w:tcPr>
          <w:p w14:paraId="5140E23A" w14:textId="77777777" w:rsidR="00BA7048" w:rsidRDefault="00000000">
            <w:r>
              <w:t>vállalkozó kivitelezői nyilvántartási szám</w:t>
            </w:r>
          </w:p>
        </w:tc>
        <w:tc>
          <w:tcPr>
            <w:tcW w:w="4734" w:type="dxa"/>
          </w:tcPr>
          <w:p w14:paraId="4133A390" w14:textId="77777777" w:rsidR="00BA7048" w:rsidRDefault="00BA7048"/>
        </w:tc>
      </w:tr>
      <w:tr w:rsidR="00BA7048" w14:paraId="152B6B3A" w14:textId="77777777">
        <w:trPr>
          <w:jc w:val="center"/>
        </w:trPr>
        <w:tc>
          <w:tcPr>
            <w:tcW w:w="4734" w:type="dxa"/>
          </w:tcPr>
          <w:p w14:paraId="7E049AC8" w14:textId="77777777" w:rsidR="00BA7048" w:rsidRDefault="00000000">
            <w:r>
              <w:t>pénzforgalmi számlaszám</w:t>
            </w:r>
          </w:p>
        </w:tc>
        <w:tc>
          <w:tcPr>
            <w:tcW w:w="4734" w:type="dxa"/>
          </w:tcPr>
          <w:p w14:paraId="11B2D894" w14:textId="77777777" w:rsidR="00BA7048" w:rsidRDefault="00BA7048"/>
        </w:tc>
      </w:tr>
      <w:tr w:rsidR="00BA7048" w14:paraId="2B639A7A" w14:textId="77777777">
        <w:trPr>
          <w:jc w:val="center"/>
        </w:trPr>
        <w:tc>
          <w:tcPr>
            <w:tcW w:w="4734" w:type="dxa"/>
          </w:tcPr>
          <w:p w14:paraId="3DBD5228" w14:textId="77777777" w:rsidR="00BA7048" w:rsidRDefault="00000000">
            <w:r>
              <w:t>képviselő neve</w:t>
            </w:r>
          </w:p>
        </w:tc>
        <w:tc>
          <w:tcPr>
            <w:tcW w:w="4734" w:type="dxa"/>
          </w:tcPr>
          <w:p w14:paraId="2305AA51" w14:textId="77777777" w:rsidR="00BA7048" w:rsidRDefault="00BA7048"/>
        </w:tc>
      </w:tr>
      <w:tr w:rsidR="00BA7048" w14:paraId="1E3B445F" w14:textId="77777777">
        <w:trPr>
          <w:jc w:val="center"/>
        </w:trPr>
        <w:tc>
          <w:tcPr>
            <w:tcW w:w="4734" w:type="dxa"/>
          </w:tcPr>
          <w:p w14:paraId="272A04E0" w14:textId="77777777" w:rsidR="00BA7048" w:rsidRDefault="00000000">
            <w:r>
              <w:t>képviselő kapcsolati címe és elérhetősége</w:t>
            </w:r>
          </w:p>
        </w:tc>
        <w:tc>
          <w:tcPr>
            <w:tcW w:w="4734" w:type="dxa"/>
          </w:tcPr>
          <w:p w14:paraId="1209D4F4" w14:textId="77777777" w:rsidR="00BA7048" w:rsidRDefault="00BA7048"/>
        </w:tc>
      </w:tr>
      <w:tr w:rsidR="00BA7048" w14:paraId="717F6A0C" w14:textId="77777777">
        <w:trPr>
          <w:jc w:val="center"/>
        </w:trPr>
        <w:tc>
          <w:tcPr>
            <w:tcW w:w="4734" w:type="dxa"/>
          </w:tcPr>
          <w:p w14:paraId="62BABF09" w14:textId="77777777" w:rsidR="00BA7048" w:rsidRDefault="00000000">
            <w:r>
              <w:t>NÜJ – ha e-napló vezetendő</w:t>
            </w:r>
          </w:p>
        </w:tc>
        <w:tc>
          <w:tcPr>
            <w:tcW w:w="4734" w:type="dxa"/>
          </w:tcPr>
          <w:p w14:paraId="313FA3E6" w14:textId="77777777" w:rsidR="00BA7048" w:rsidRDefault="00BA7048"/>
        </w:tc>
      </w:tr>
      <w:tr w:rsidR="00BA7048" w14:paraId="1FC0CB53" w14:textId="77777777">
        <w:trPr>
          <w:jc w:val="center"/>
        </w:trPr>
        <w:tc>
          <w:tcPr>
            <w:tcW w:w="4734" w:type="dxa"/>
          </w:tcPr>
          <w:p w14:paraId="401430BE" w14:textId="77777777" w:rsidR="00BA7048" w:rsidRDefault="00000000">
            <w:r>
              <w:t>alvállalkozói kivitelezési szerződésszám</w:t>
            </w:r>
          </w:p>
        </w:tc>
        <w:tc>
          <w:tcPr>
            <w:tcW w:w="4734" w:type="dxa"/>
          </w:tcPr>
          <w:p w14:paraId="619EAF87" w14:textId="77777777" w:rsidR="00BA7048" w:rsidRDefault="00BA7048"/>
        </w:tc>
      </w:tr>
    </w:tbl>
    <w:p w14:paraId="4244FD9A" w14:textId="77777777" w:rsidR="00BA7048" w:rsidRDefault="00BA7048">
      <w:pPr>
        <w:pStyle w:val="SFClause"/>
        <w:rPr>
          <w:rFonts w:hint="eastAsia"/>
        </w:rPr>
      </w:pPr>
    </w:p>
    <w:p w14:paraId="6BC1DD9A" w14:textId="77777777" w:rsidR="00BA7048" w:rsidRDefault="00000000">
      <w:pPr>
        <w:pStyle w:val="Cmsor2"/>
        <w:pBdr>
          <w:left w:val="single" w:sz="10" w:space="5" w:color="F29F05"/>
        </w:pBdr>
      </w:pPr>
      <w:r>
        <w:t>A/3 Eszközbérleti/átadási lap</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402"/>
        <w:gridCol w:w="5669"/>
      </w:tblGrid>
      <w:tr w:rsidR="00BA7048" w14:paraId="0091D7DA"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075F42ED"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6C9739D0" w14:textId="77777777" w:rsidR="00BA7048" w:rsidRDefault="00000000">
            <w:pPr>
              <w:spacing w:after="36" w:line="245" w:lineRule="auto"/>
            </w:pPr>
            <w:r>
              <w:rPr>
                <w:b/>
                <w:color w:val="FFFFFF"/>
                <w:sz w:val="16"/>
              </w:rPr>
              <w:t>Tartalom</w:t>
            </w:r>
          </w:p>
        </w:tc>
      </w:tr>
      <w:tr w:rsidR="00BA7048" w14:paraId="39B282D7"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6128043" w14:textId="77777777" w:rsidR="00BA7048" w:rsidRDefault="00000000">
            <w:pPr>
              <w:spacing w:after="36" w:line="245" w:lineRule="auto"/>
            </w:pPr>
            <w:r>
              <w:rPr>
                <w:sz w:val="16"/>
              </w:rPr>
              <w:t>eszköz</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ECF81C7" w14:textId="77777777" w:rsidR="00BA7048" w:rsidRDefault="00BA7048">
            <w:pPr>
              <w:spacing w:after="36" w:line="245" w:lineRule="auto"/>
            </w:pPr>
          </w:p>
        </w:tc>
      </w:tr>
      <w:tr w:rsidR="00BA7048" w14:paraId="7BC8283A"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05239E4" w14:textId="77777777" w:rsidR="00BA7048" w:rsidRDefault="00000000">
            <w:pPr>
              <w:spacing w:after="36" w:line="245" w:lineRule="auto"/>
            </w:pPr>
            <w:r>
              <w:rPr>
                <w:sz w:val="16"/>
              </w:rPr>
              <w:t>azonosító</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D8393C1" w14:textId="77777777" w:rsidR="00BA7048" w:rsidRDefault="00BA7048">
            <w:pPr>
              <w:spacing w:after="36" w:line="245" w:lineRule="auto"/>
            </w:pPr>
          </w:p>
        </w:tc>
      </w:tr>
      <w:tr w:rsidR="00BA7048" w14:paraId="518BDF76"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8BC4676" w14:textId="77777777" w:rsidR="00BA7048" w:rsidRDefault="00000000">
            <w:pPr>
              <w:spacing w:after="36" w:line="245" w:lineRule="auto"/>
            </w:pPr>
            <w:r>
              <w:rPr>
                <w:sz w:val="16"/>
              </w:rPr>
              <w:t>állapot</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9E7ED69" w14:textId="77777777" w:rsidR="00BA7048" w:rsidRDefault="00BA7048">
            <w:pPr>
              <w:spacing w:after="36" w:line="245" w:lineRule="auto"/>
            </w:pPr>
          </w:p>
        </w:tc>
      </w:tr>
      <w:tr w:rsidR="00BA7048" w14:paraId="4ABC0DA5"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E0897B1" w14:textId="77777777" w:rsidR="00BA7048" w:rsidRDefault="00000000">
            <w:pPr>
              <w:spacing w:after="36" w:line="245" w:lineRule="auto"/>
            </w:pPr>
            <w:r>
              <w:rPr>
                <w:sz w:val="16"/>
              </w:rPr>
              <w:t>díj</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AB05BBC" w14:textId="77777777" w:rsidR="00BA7048" w:rsidRDefault="00BA7048">
            <w:pPr>
              <w:spacing w:after="36" w:line="245" w:lineRule="auto"/>
            </w:pPr>
          </w:p>
        </w:tc>
      </w:tr>
      <w:tr w:rsidR="00BA7048" w14:paraId="0266A903"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B643E52" w14:textId="77777777" w:rsidR="00BA7048" w:rsidRDefault="00000000">
            <w:pPr>
              <w:spacing w:after="36" w:line="245" w:lineRule="auto"/>
            </w:pPr>
            <w:r>
              <w:rPr>
                <w:sz w:val="16"/>
              </w:rPr>
              <w:t>kaució</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FB79F4A" w14:textId="77777777" w:rsidR="00BA7048" w:rsidRDefault="00BA7048">
            <w:pPr>
              <w:spacing w:after="36" w:line="245" w:lineRule="auto"/>
            </w:pPr>
          </w:p>
        </w:tc>
      </w:tr>
      <w:tr w:rsidR="00BA7048" w14:paraId="14719039"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76E8460" w14:textId="77777777" w:rsidR="00BA7048" w:rsidRDefault="00000000">
            <w:pPr>
              <w:spacing w:after="36" w:line="245" w:lineRule="auto"/>
            </w:pPr>
            <w:r>
              <w:rPr>
                <w:sz w:val="16"/>
              </w:rPr>
              <w:t>átadás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5D917C4" w14:textId="77777777" w:rsidR="00BA7048" w:rsidRDefault="00BA7048">
            <w:pPr>
              <w:spacing w:after="36" w:line="245" w:lineRule="auto"/>
            </w:pPr>
          </w:p>
        </w:tc>
      </w:tr>
      <w:tr w:rsidR="00BA7048" w14:paraId="58EABD79"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3B6A243" w14:textId="77777777" w:rsidR="00BA7048" w:rsidRDefault="00000000">
            <w:pPr>
              <w:spacing w:after="36" w:line="245" w:lineRule="auto"/>
            </w:pPr>
            <w:r>
              <w:rPr>
                <w:sz w:val="16"/>
              </w:rPr>
              <w:lastRenderedPageBreak/>
              <w:t>visszavétel</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07BD016" w14:textId="77777777" w:rsidR="00BA7048" w:rsidRDefault="00BA7048">
            <w:pPr>
              <w:spacing w:after="36" w:line="245" w:lineRule="auto"/>
            </w:pPr>
          </w:p>
        </w:tc>
      </w:tr>
      <w:tr w:rsidR="00BA7048" w14:paraId="0A0E8F56"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073B0EF" w14:textId="77777777" w:rsidR="00BA7048" w:rsidRDefault="00000000">
            <w:pPr>
              <w:spacing w:after="36" w:line="245" w:lineRule="auto"/>
            </w:pPr>
            <w:r>
              <w:rPr>
                <w:sz w:val="16"/>
              </w:rPr>
              <w:t>sérülés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157A2D5" w14:textId="77777777" w:rsidR="00BA7048" w:rsidRDefault="00BA7048">
            <w:pPr>
              <w:spacing w:after="36" w:line="245" w:lineRule="auto"/>
            </w:pPr>
          </w:p>
        </w:tc>
      </w:tr>
    </w:tbl>
    <w:p w14:paraId="6B9D946E" w14:textId="77777777" w:rsidR="00BA7048" w:rsidRDefault="00BA7048">
      <w:pPr>
        <w:pStyle w:val="SFClause"/>
        <w:rPr>
          <w:rFonts w:hint="eastAsia"/>
        </w:rPr>
      </w:pPr>
    </w:p>
    <w:p w14:paraId="17543706" w14:textId="77777777" w:rsidR="00BA7048" w:rsidRDefault="00000000">
      <w:pPr>
        <w:pStyle w:val="Cmsor2"/>
        <w:pBdr>
          <w:left w:val="single" w:sz="10" w:space="5" w:color="F29F05"/>
        </w:pBdr>
      </w:pPr>
      <w:r>
        <w:t>A/4 Teljesítmény- és minőségellenőrző lap</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402"/>
        <w:gridCol w:w="5669"/>
      </w:tblGrid>
      <w:tr w:rsidR="00BA7048" w14:paraId="53797D93"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14CFACC9"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7E24590F" w14:textId="77777777" w:rsidR="00BA7048" w:rsidRDefault="00000000">
            <w:pPr>
              <w:spacing w:after="36" w:line="245" w:lineRule="auto"/>
            </w:pPr>
            <w:r>
              <w:rPr>
                <w:b/>
                <w:color w:val="FFFFFF"/>
                <w:sz w:val="16"/>
              </w:rPr>
              <w:t>Tartalom</w:t>
            </w:r>
          </w:p>
        </w:tc>
      </w:tr>
      <w:tr w:rsidR="00BA7048" w14:paraId="43CA8673"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6D3443E" w14:textId="77777777" w:rsidR="00BA7048" w:rsidRDefault="00000000">
            <w:pPr>
              <w:spacing w:after="36" w:line="245" w:lineRule="auto"/>
            </w:pPr>
            <w:r>
              <w:rPr>
                <w:sz w:val="16"/>
              </w:rPr>
              <w:t>munkarész</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1EE088B" w14:textId="77777777" w:rsidR="00BA7048" w:rsidRDefault="00BA7048">
            <w:pPr>
              <w:spacing w:after="36" w:line="245" w:lineRule="auto"/>
            </w:pPr>
          </w:p>
        </w:tc>
      </w:tr>
      <w:tr w:rsidR="00BA7048" w14:paraId="2444F04C"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B94CE55" w14:textId="77777777" w:rsidR="00BA7048" w:rsidRDefault="00000000">
            <w:pPr>
              <w:spacing w:after="36" w:line="245" w:lineRule="auto"/>
            </w:pPr>
            <w:r>
              <w:rPr>
                <w:sz w:val="16"/>
              </w:rPr>
              <w:t>mennyiség</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6BC6394" w14:textId="77777777" w:rsidR="00BA7048" w:rsidRDefault="00BA7048">
            <w:pPr>
              <w:spacing w:after="36" w:line="245" w:lineRule="auto"/>
            </w:pPr>
          </w:p>
        </w:tc>
      </w:tr>
      <w:tr w:rsidR="00BA7048" w14:paraId="1A4075E7"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3C34AB0" w14:textId="77777777" w:rsidR="00BA7048" w:rsidRDefault="00000000">
            <w:pPr>
              <w:spacing w:after="36" w:line="245" w:lineRule="auto"/>
            </w:pPr>
            <w:r>
              <w:rPr>
                <w:sz w:val="16"/>
              </w:rPr>
              <w:t>pontszám</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614E274" w14:textId="77777777" w:rsidR="00BA7048" w:rsidRDefault="00BA7048">
            <w:pPr>
              <w:spacing w:after="36" w:line="245" w:lineRule="auto"/>
            </w:pPr>
          </w:p>
        </w:tc>
      </w:tr>
      <w:tr w:rsidR="00BA7048" w14:paraId="29BFE1C6"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5F7D8D7" w14:textId="77777777" w:rsidR="00BA7048" w:rsidRDefault="00000000">
            <w:pPr>
              <w:spacing w:after="36" w:line="245" w:lineRule="auto"/>
            </w:pPr>
            <w:r>
              <w:rPr>
                <w:sz w:val="16"/>
              </w:rPr>
              <w:t>hiba</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046733F" w14:textId="77777777" w:rsidR="00BA7048" w:rsidRDefault="00BA7048">
            <w:pPr>
              <w:spacing w:after="36" w:line="245" w:lineRule="auto"/>
            </w:pPr>
          </w:p>
        </w:tc>
      </w:tr>
      <w:tr w:rsidR="00BA7048" w14:paraId="4C7449A2"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1453103" w14:textId="77777777" w:rsidR="00BA7048" w:rsidRDefault="00000000">
            <w:pPr>
              <w:spacing w:after="36" w:line="245" w:lineRule="auto"/>
            </w:pPr>
            <w:r>
              <w:rPr>
                <w:sz w:val="16"/>
              </w:rPr>
              <w:t>javítás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6761E47" w14:textId="77777777" w:rsidR="00BA7048" w:rsidRDefault="00BA7048">
            <w:pPr>
              <w:spacing w:after="36" w:line="245" w:lineRule="auto"/>
            </w:pPr>
          </w:p>
        </w:tc>
      </w:tr>
      <w:tr w:rsidR="00BA7048" w14:paraId="005F0769"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4399C67" w14:textId="77777777" w:rsidR="00BA7048" w:rsidRDefault="00000000">
            <w:pPr>
              <w:spacing w:after="36" w:line="245" w:lineRule="auto"/>
            </w:pPr>
            <w:r>
              <w:rPr>
                <w:sz w:val="16"/>
              </w:rPr>
              <w:t>elfogadott mennyiség</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131D902" w14:textId="77777777" w:rsidR="00BA7048" w:rsidRDefault="00BA7048">
            <w:pPr>
              <w:spacing w:after="36" w:line="245" w:lineRule="auto"/>
            </w:pPr>
          </w:p>
        </w:tc>
      </w:tr>
      <w:tr w:rsidR="00BA7048" w14:paraId="3A2DFBDB"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8ABE6EA" w14:textId="77777777" w:rsidR="00BA7048" w:rsidRDefault="00000000">
            <w:pPr>
              <w:spacing w:after="36" w:line="245" w:lineRule="auto"/>
            </w:pPr>
            <w:r>
              <w:rPr>
                <w:sz w:val="16"/>
              </w:rPr>
              <w:t>levonás jogcíme</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5C67972" w14:textId="77777777" w:rsidR="00BA7048" w:rsidRDefault="00BA7048">
            <w:pPr>
              <w:spacing w:after="36" w:line="245" w:lineRule="auto"/>
            </w:pPr>
          </w:p>
        </w:tc>
      </w:tr>
    </w:tbl>
    <w:p w14:paraId="1123DA8D" w14:textId="77777777" w:rsidR="00BA7048" w:rsidRDefault="00BA7048">
      <w:pPr>
        <w:pStyle w:val="SFClause"/>
        <w:rPr>
          <w:rFonts w:hint="eastAsia"/>
        </w:rPr>
      </w:pPr>
    </w:p>
    <w:p w14:paraId="27840C78" w14:textId="77777777" w:rsidR="00BA7048" w:rsidRDefault="00000000">
      <w:pPr>
        <w:pStyle w:val="Cmsor2"/>
        <w:pBdr>
          <w:left w:val="single" w:sz="10" w:space="5" w:color="F29F05"/>
        </w:pBdr>
      </w:pPr>
      <w:r>
        <w:t>A/5 Teljesítésigazolás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402"/>
        <w:gridCol w:w="5669"/>
      </w:tblGrid>
      <w:tr w:rsidR="00BA7048" w14:paraId="287A54B6"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0FDF28BF"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7F2ACFFF" w14:textId="77777777" w:rsidR="00BA7048" w:rsidRDefault="00000000">
            <w:pPr>
              <w:spacing w:after="36" w:line="245" w:lineRule="auto"/>
            </w:pPr>
            <w:r>
              <w:rPr>
                <w:b/>
                <w:color w:val="FFFFFF"/>
                <w:sz w:val="16"/>
              </w:rPr>
              <w:t>Tartalom</w:t>
            </w:r>
          </w:p>
        </w:tc>
      </w:tr>
      <w:tr w:rsidR="00BA7048" w14:paraId="5FAC5582"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8109352" w14:textId="77777777" w:rsidR="00BA7048" w:rsidRDefault="00000000">
            <w:pPr>
              <w:spacing w:after="36" w:line="245" w:lineRule="auto"/>
            </w:pPr>
            <w:r>
              <w:rPr>
                <w:sz w:val="16"/>
              </w:rPr>
              <w:t>projekt</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EF09C63" w14:textId="77777777" w:rsidR="00BA7048" w:rsidRDefault="00BA7048">
            <w:pPr>
              <w:spacing w:after="36" w:line="245" w:lineRule="auto"/>
            </w:pPr>
          </w:p>
        </w:tc>
      </w:tr>
      <w:tr w:rsidR="00BA7048" w14:paraId="1A03A5AB"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1594A5E" w14:textId="77777777" w:rsidR="00BA7048" w:rsidRDefault="00000000">
            <w:pPr>
              <w:spacing w:after="36" w:line="245" w:lineRule="auto"/>
            </w:pPr>
            <w:r>
              <w:rPr>
                <w:sz w:val="16"/>
              </w:rPr>
              <w:t>időszak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986F8CE" w14:textId="77777777" w:rsidR="00BA7048" w:rsidRDefault="00BA7048">
            <w:pPr>
              <w:spacing w:after="36" w:line="245" w:lineRule="auto"/>
            </w:pPr>
          </w:p>
        </w:tc>
      </w:tr>
      <w:tr w:rsidR="00BA7048" w14:paraId="08C2A298"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8F758C1" w14:textId="77777777" w:rsidR="00BA7048" w:rsidRDefault="00000000">
            <w:pPr>
              <w:spacing w:after="36" w:line="245" w:lineRule="auto"/>
            </w:pPr>
            <w:r>
              <w:rPr>
                <w:sz w:val="16"/>
              </w:rPr>
              <w:t>szerződéses teljesítés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414B077" w14:textId="77777777" w:rsidR="00BA7048" w:rsidRDefault="00BA7048">
            <w:pPr>
              <w:spacing w:after="36" w:line="245" w:lineRule="auto"/>
            </w:pPr>
          </w:p>
        </w:tc>
      </w:tr>
      <w:tr w:rsidR="00BA7048" w14:paraId="1D19207C"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DE46122" w14:textId="77777777" w:rsidR="00BA7048" w:rsidRDefault="00000000">
            <w:pPr>
              <w:spacing w:after="36" w:line="245" w:lineRule="auto"/>
            </w:pPr>
            <w:r>
              <w:rPr>
                <w:sz w:val="16"/>
              </w:rPr>
              <w:t>elfogadott mennyiség</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D6F2CDF" w14:textId="77777777" w:rsidR="00BA7048" w:rsidRDefault="00BA7048">
            <w:pPr>
              <w:spacing w:after="36" w:line="245" w:lineRule="auto"/>
            </w:pPr>
          </w:p>
        </w:tc>
      </w:tr>
      <w:tr w:rsidR="00BA7048" w14:paraId="3D3C7843"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7FFF4BC" w14:textId="77777777" w:rsidR="00BA7048" w:rsidRDefault="00000000">
            <w:pPr>
              <w:spacing w:after="36" w:line="245" w:lineRule="auto"/>
            </w:pPr>
            <w:r>
              <w:rPr>
                <w:sz w:val="16"/>
              </w:rPr>
              <w:t>pótmunka</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15CB945" w14:textId="77777777" w:rsidR="00BA7048" w:rsidRDefault="00BA7048">
            <w:pPr>
              <w:spacing w:after="36" w:line="245" w:lineRule="auto"/>
            </w:pPr>
          </w:p>
        </w:tc>
      </w:tr>
      <w:tr w:rsidR="00BA7048" w14:paraId="3E393ACF"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3DE8744" w14:textId="77777777" w:rsidR="00BA7048" w:rsidRDefault="00000000">
            <w:pPr>
              <w:spacing w:after="36" w:line="245" w:lineRule="auto"/>
            </w:pPr>
            <w:r>
              <w:rPr>
                <w:sz w:val="16"/>
              </w:rPr>
              <w:t>visszatartás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AF82F3F" w14:textId="77777777" w:rsidR="00BA7048" w:rsidRDefault="00BA7048">
            <w:pPr>
              <w:spacing w:after="36" w:line="245" w:lineRule="auto"/>
            </w:pPr>
          </w:p>
        </w:tc>
      </w:tr>
      <w:tr w:rsidR="00BA7048" w14:paraId="55E961BE"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491F682" w14:textId="77777777" w:rsidR="00BA7048" w:rsidRDefault="00000000">
            <w:pPr>
              <w:spacing w:after="36" w:line="245" w:lineRule="auto"/>
            </w:pPr>
            <w:r>
              <w:rPr>
                <w:sz w:val="16"/>
              </w:rPr>
              <w:t>számlázható nettó összeg</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EAAB4DD" w14:textId="77777777" w:rsidR="00BA7048" w:rsidRDefault="00BA7048">
            <w:pPr>
              <w:spacing w:after="36" w:line="245" w:lineRule="auto"/>
            </w:pPr>
          </w:p>
        </w:tc>
      </w:tr>
    </w:tbl>
    <w:p w14:paraId="75579F98" w14:textId="77777777" w:rsidR="00BA7048" w:rsidRDefault="00BA7048">
      <w:pPr>
        <w:pStyle w:val="SFClause"/>
        <w:rPr>
          <w:rFonts w:hint="eastAsia"/>
        </w:rPr>
      </w:pPr>
    </w:p>
    <w:p w14:paraId="3D9287CD" w14:textId="77777777" w:rsidR="00BA7048" w:rsidRDefault="00000000">
      <w:pPr>
        <w:pStyle w:val="Cmsor2"/>
        <w:pBdr>
          <w:left w:val="single" w:sz="10" w:space="5" w:color="F29F05"/>
        </w:pBdr>
      </w:pPr>
      <w:r>
        <w:t>A/6 Hibajavítási felszólítás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402"/>
        <w:gridCol w:w="5669"/>
      </w:tblGrid>
      <w:tr w:rsidR="00BA7048" w14:paraId="39C3589D"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3970876F"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2D087D80" w14:textId="77777777" w:rsidR="00BA7048" w:rsidRDefault="00000000">
            <w:pPr>
              <w:spacing w:after="36" w:line="245" w:lineRule="auto"/>
            </w:pPr>
            <w:r>
              <w:rPr>
                <w:b/>
                <w:color w:val="FFFFFF"/>
                <w:sz w:val="16"/>
              </w:rPr>
              <w:t>Tartalom</w:t>
            </w:r>
          </w:p>
        </w:tc>
      </w:tr>
      <w:tr w:rsidR="00BA7048" w14:paraId="65E00762"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62B52F5" w14:textId="77777777" w:rsidR="00BA7048" w:rsidRDefault="00000000">
            <w:pPr>
              <w:spacing w:after="36" w:line="245" w:lineRule="auto"/>
            </w:pPr>
            <w:r>
              <w:rPr>
                <w:sz w:val="16"/>
              </w:rPr>
              <w:t>hiba</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71A4544" w14:textId="77777777" w:rsidR="00BA7048" w:rsidRDefault="00BA7048">
            <w:pPr>
              <w:spacing w:after="36" w:line="245" w:lineRule="auto"/>
            </w:pPr>
          </w:p>
        </w:tc>
      </w:tr>
      <w:tr w:rsidR="00BA7048" w14:paraId="297316C6"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E8837F4" w14:textId="77777777" w:rsidR="00BA7048" w:rsidRDefault="00000000">
            <w:pPr>
              <w:spacing w:after="36" w:line="245" w:lineRule="auto"/>
            </w:pPr>
            <w:r>
              <w:rPr>
                <w:sz w:val="16"/>
              </w:rPr>
              <w:t>bizonyíték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AD7876C" w14:textId="77777777" w:rsidR="00BA7048" w:rsidRDefault="00BA7048">
            <w:pPr>
              <w:spacing w:after="36" w:line="245" w:lineRule="auto"/>
            </w:pPr>
          </w:p>
        </w:tc>
      </w:tr>
      <w:tr w:rsidR="00BA7048" w14:paraId="737FBF45"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F3D69EB" w14:textId="77777777" w:rsidR="00BA7048" w:rsidRDefault="00000000">
            <w:pPr>
              <w:spacing w:after="36" w:line="245" w:lineRule="auto"/>
            </w:pPr>
            <w:r>
              <w:rPr>
                <w:sz w:val="16"/>
              </w:rPr>
              <w:t>feltételezett ok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2153ADB" w14:textId="77777777" w:rsidR="00BA7048" w:rsidRDefault="00BA7048">
            <w:pPr>
              <w:spacing w:after="36" w:line="245" w:lineRule="auto"/>
            </w:pPr>
          </w:p>
        </w:tc>
      </w:tr>
      <w:tr w:rsidR="00BA7048" w14:paraId="192C5389"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6D9A07F" w14:textId="77777777" w:rsidR="00BA7048" w:rsidRDefault="00000000">
            <w:pPr>
              <w:spacing w:after="36" w:line="245" w:lineRule="auto"/>
            </w:pPr>
            <w:r>
              <w:rPr>
                <w:sz w:val="16"/>
              </w:rPr>
              <w:t>javítási határidő</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5EEE74D" w14:textId="77777777" w:rsidR="00BA7048" w:rsidRDefault="00BA7048">
            <w:pPr>
              <w:spacing w:after="36" w:line="245" w:lineRule="auto"/>
            </w:pPr>
          </w:p>
        </w:tc>
      </w:tr>
      <w:tr w:rsidR="00BA7048" w14:paraId="76D5026F"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48D6B16" w14:textId="77777777" w:rsidR="00BA7048" w:rsidRDefault="00000000">
            <w:pPr>
              <w:spacing w:after="36" w:line="245" w:lineRule="auto"/>
            </w:pPr>
            <w:r>
              <w:rPr>
                <w:sz w:val="16"/>
              </w:rPr>
              <w:t>hozzáférés</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0520D4C" w14:textId="77777777" w:rsidR="00BA7048" w:rsidRDefault="00BA7048">
            <w:pPr>
              <w:spacing w:after="36" w:line="245" w:lineRule="auto"/>
            </w:pPr>
          </w:p>
        </w:tc>
      </w:tr>
      <w:tr w:rsidR="00BA7048" w14:paraId="1D60C408"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4CB56C1" w14:textId="77777777" w:rsidR="00BA7048" w:rsidRDefault="00000000">
            <w:pPr>
              <w:spacing w:after="36" w:line="245" w:lineRule="auto"/>
            </w:pPr>
            <w:r>
              <w:rPr>
                <w:sz w:val="16"/>
              </w:rPr>
              <w:t>következmény</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7CC22D2" w14:textId="77777777" w:rsidR="00BA7048" w:rsidRDefault="00BA7048">
            <w:pPr>
              <w:spacing w:after="36" w:line="245" w:lineRule="auto"/>
            </w:pPr>
          </w:p>
        </w:tc>
      </w:tr>
    </w:tbl>
    <w:p w14:paraId="244D3668" w14:textId="77777777" w:rsidR="00BA7048" w:rsidRDefault="00BA7048">
      <w:pPr>
        <w:pStyle w:val="SFClause"/>
        <w:rPr>
          <w:rFonts w:hint="eastAsia"/>
        </w:rPr>
      </w:pPr>
    </w:p>
    <w:p w14:paraId="412D02E8" w14:textId="77777777" w:rsidR="00BA7048" w:rsidRDefault="00000000">
      <w:pPr>
        <w:pStyle w:val="Cmsor2"/>
        <w:pBdr>
          <w:left w:val="single" w:sz="10" w:space="5" w:color="F29F05"/>
        </w:pBdr>
      </w:pPr>
      <w:r>
        <w:t>A/7 Projektátadási jegyzőkönyv</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402"/>
        <w:gridCol w:w="5669"/>
      </w:tblGrid>
      <w:tr w:rsidR="00BA7048" w14:paraId="251EEADD" w14:textId="77777777">
        <w:trPr>
          <w:tblHeade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76D550ED" w14:textId="77777777" w:rsidR="00BA7048" w:rsidRDefault="00000000">
            <w:pPr>
              <w:spacing w:after="36" w:line="245" w:lineRule="auto"/>
            </w:pPr>
            <w:r>
              <w:rPr>
                <w:b/>
                <w:color w:val="FFFFFF"/>
                <w:sz w:val="16"/>
              </w:rPr>
              <w:t>Mező</w:t>
            </w:r>
          </w:p>
        </w:tc>
        <w:tc>
          <w:tcPr>
            <w:tcW w:w="5669"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708E7B59" w14:textId="77777777" w:rsidR="00BA7048" w:rsidRDefault="00000000">
            <w:pPr>
              <w:spacing w:after="36" w:line="245" w:lineRule="auto"/>
            </w:pPr>
            <w:r>
              <w:rPr>
                <w:b/>
                <w:color w:val="FFFFFF"/>
                <w:sz w:val="16"/>
              </w:rPr>
              <w:t>Tartalom</w:t>
            </w:r>
          </w:p>
        </w:tc>
      </w:tr>
      <w:tr w:rsidR="00BA7048" w14:paraId="202D40FC"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E24D88F" w14:textId="77777777" w:rsidR="00BA7048" w:rsidRDefault="00000000">
            <w:pPr>
              <w:spacing w:after="36" w:line="245" w:lineRule="auto"/>
            </w:pPr>
            <w:r>
              <w:rPr>
                <w:sz w:val="16"/>
              </w:rPr>
              <w:lastRenderedPageBreak/>
              <w:t>készültség</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694A93C" w14:textId="77777777" w:rsidR="00BA7048" w:rsidRDefault="00BA7048">
            <w:pPr>
              <w:spacing w:after="36" w:line="245" w:lineRule="auto"/>
            </w:pPr>
          </w:p>
        </w:tc>
      </w:tr>
      <w:tr w:rsidR="00BA7048" w14:paraId="2C11EE8C"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322C364" w14:textId="77777777" w:rsidR="00BA7048" w:rsidRDefault="00000000">
            <w:pPr>
              <w:spacing w:after="36" w:line="245" w:lineRule="auto"/>
            </w:pPr>
            <w:r>
              <w:rPr>
                <w:sz w:val="16"/>
              </w:rPr>
              <w:t>anyagok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7AE7D83" w14:textId="77777777" w:rsidR="00BA7048" w:rsidRDefault="00BA7048">
            <w:pPr>
              <w:spacing w:after="36" w:line="245" w:lineRule="auto"/>
            </w:pPr>
          </w:p>
        </w:tc>
      </w:tr>
      <w:tr w:rsidR="00BA7048" w14:paraId="1755E98F"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6F9472D" w14:textId="77777777" w:rsidR="00BA7048" w:rsidRDefault="00000000">
            <w:pPr>
              <w:spacing w:after="36" w:line="245" w:lineRule="auto"/>
            </w:pPr>
            <w:r>
              <w:rPr>
                <w:sz w:val="16"/>
              </w:rPr>
              <w:t>eszközök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42C6CC7" w14:textId="77777777" w:rsidR="00BA7048" w:rsidRDefault="00BA7048">
            <w:pPr>
              <w:spacing w:after="36" w:line="245" w:lineRule="auto"/>
            </w:pPr>
          </w:p>
        </w:tc>
      </w:tr>
      <w:tr w:rsidR="00BA7048" w14:paraId="12E5481F"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5EDCF91" w14:textId="77777777" w:rsidR="00BA7048" w:rsidRDefault="00000000">
            <w:pPr>
              <w:spacing w:after="36" w:line="245" w:lineRule="auto"/>
            </w:pPr>
            <w:r>
              <w:rPr>
                <w:sz w:val="16"/>
              </w:rPr>
              <w:t>fotók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F40C57E" w14:textId="77777777" w:rsidR="00BA7048" w:rsidRDefault="00BA7048">
            <w:pPr>
              <w:spacing w:after="36" w:line="245" w:lineRule="auto"/>
            </w:pPr>
          </w:p>
        </w:tc>
      </w:tr>
      <w:tr w:rsidR="00BA7048" w14:paraId="14069681"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10C7C79" w14:textId="77777777" w:rsidR="00BA7048" w:rsidRDefault="00000000">
            <w:pPr>
              <w:spacing w:after="36" w:line="245" w:lineRule="auto"/>
            </w:pPr>
            <w:r>
              <w:rPr>
                <w:sz w:val="16"/>
              </w:rPr>
              <w:t>függő hibák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70FCBB4" w14:textId="77777777" w:rsidR="00BA7048" w:rsidRDefault="00BA7048">
            <w:pPr>
              <w:spacing w:after="36" w:line="245" w:lineRule="auto"/>
            </w:pPr>
          </w:p>
        </w:tc>
      </w:tr>
      <w:tr w:rsidR="00BA7048" w14:paraId="4B405395"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BC89732" w14:textId="77777777" w:rsidR="00BA7048" w:rsidRDefault="00000000">
            <w:pPr>
              <w:spacing w:after="36" w:line="245" w:lineRule="auto"/>
            </w:pPr>
            <w:r>
              <w:rPr>
                <w:sz w:val="16"/>
              </w:rPr>
              <w:t>ügyfélkommunikáció</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95D4C2E" w14:textId="77777777" w:rsidR="00BA7048" w:rsidRDefault="00BA7048">
            <w:pPr>
              <w:spacing w:after="36" w:line="245" w:lineRule="auto"/>
            </w:pPr>
          </w:p>
        </w:tc>
      </w:tr>
      <w:tr w:rsidR="00BA7048" w14:paraId="20AB0580" w14:textId="77777777">
        <w:trPr>
          <w:jc w:val="center"/>
        </w:trPr>
        <w:tc>
          <w:tcPr>
            <w:tcW w:w="3402"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DD350EB" w14:textId="77777777" w:rsidR="00BA7048" w:rsidRDefault="00000000">
            <w:pPr>
              <w:spacing w:after="36" w:line="245" w:lineRule="auto"/>
            </w:pPr>
            <w:r>
              <w:rPr>
                <w:sz w:val="16"/>
              </w:rPr>
              <w:t>átadott dokumentumok</w:t>
            </w:r>
          </w:p>
        </w:tc>
        <w:tc>
          <w:tcPr>
            <w:tcW w:w="5669"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ED446C0" w14:textId="77777777" w:rsidR="00BA7048" w:rsidRDefault="00BA7048">
            <w:pPr>
              <w:spacing w:after="36" w:line="245" w:lineRule="auto"/>
            </w:pPr>
          </w:p>
        </w:tc>
      </w:tr>
    </w:tbl>
    <w:p w14:paraId="5BFEB97E" w14:textId="77777777" w:rsidR="00BA7048" w:rsidRDefault="00BA7048">
      <w:pPr>
        <w:pStyle w:val="SFClause"/>
        <w:rPr>
          <w:rFonts w:hint="eastAsia"/>
        </w:rPr>
      </w:pPr>
    </w:p>
    <w:p w14:paraId="561F073D" w14:textId="77777777" w:rsidR="00BA7048" w:rsidRDefault="00000000">
      <w:pPr>
        <w:pStyle w:val="Cmsor1"/>
        <w:pBdr>
          <w:bottom w:val="single" w:sz="8" w:space="3" w:color="F29F05"/>
        </w:pBdr>
      </w:pPr>
      <w:r>
        <w:t>C. Nem munkaviszony-jelleg ellenőrzőlista</w:t>
      </w:r>
    </w:p>
    <w:p w14:paraId="7F65A1A6" w14:textId="77777777" w:rsidR="00BA7048" w:rsidRDefault="00000000">
      <w:pPr>
        <w:pStyle w:val="Felsorols"/>
      </w:pPr>
      <w:r>
        <w:t>az Alvállalkozó több megrendelőnek is dolgozhat;</w:t>
      </w:r>
    </w:p>
    <w:p w14:paraId="78F74C1F" w14:textId="77777777" w:rsidR="00BA7048" w:rsidRDefault="00000000">
      <w:pPr>
        <w:pStyle w:val="Felsorols"/>
      </w:pPr>
      <w:r>
        <w:t>saját vállalkozói kockázatot visel és számláz;</w:t>
      </w:r>
    </w:p>
    <w:p w14:paraId="423033FA" w14:textId="77777777" w:rsidR="00BA7048" w:rsidRDefault="00000000">
      <w:pPr>
        <w:pStyle w:val="Felsorols"/>
      </w:pPr>
      <w:r>
        <w:t>nem kap munkavállalói szabadságot vagy havi garantált bért;</w:t>
      </w:r>
    </w:p>
    <w:p w14:paraId="4E46DB41" w14:textId="77777777" w:rsidR="00BA7048" w:rsidRDefault="00000000">
      <w:pPr>
        <w:pStyle w:val="Felsorols"/>
      </w:pPr>
      <w:r>
        <w:t>saját munkaszervezést és főszabály szerint eszközöket alkalmaz;</w:t>
      </w:r>
    </w:p>
    <w:p w14:paraId="0F5639DD" w14:textId="77777777" w:rsidR="00BA7048" w:rsidRDefault="00000000">
      <w:pPr>
        <w:pStyle w:val="Felsorols"/>
      </w:pPr>
      <w:r>
        <w:t>nem kizárólag személyesen, hanem jóváhagyott közreműködővel is teljesíthet;</w:t>
      </w:r>
    </w:p>
    <w:p w14:paraId="79F68050" w14:textId="77777777" w:rsidR="00BA7048" w:rsidRDefault="00000000">
      <w:pPr>
        <w:pStyle w:val="Felsorols"/>
      </w:pPr>
      <w:r>
        <w:t>a Spirit Floor az eredményt, minőséget, határidőt és biztonságot ellenőrzi, nem a munkaviszonyra jellemző teljes alárendeltséget gyakorolja.</w:t>
      </w:r>
    </w:p>
    <w:p w14:paraId="00A583A3" w14:textId="77777777" w:rsidR="00BA7048" w:rsidRDefault="00000000">
      <w:pPr>
        <w:pStyle w:val="Cmsor1"/>
        <w:pBdr>
          <w:bottom w:val="single" w:sz="8" w:space="3" w:color="F29F05"/>
        </w:pBdr>
      </w:pPr>
      <w:r>
        <w:t>D. Spirit Floor ügyfélgarancia és visszkereset</w:t>
      </w:r>
    </w:p>
    <w:p w14:paraId="68B7C061" w14:textId="77777777" w:rsidR="00BA7048" w:rsidRDefault="00000000">
      <w:pPr>
        <w:pStyle w:val="SFClause"/>
        <w:rPr>
          <w:rFonts w:hint="eastAsia"/>
        </w:rPr>
      </w:pPr>
      <w:r>
        <w:t>1. Az alvállalkozói teljesítés ténye nem változtatja meg a Spirit Floor és a fogyasztó közötti ügyfélkapcsolati garanciát. A fogyasztó felé a Spirit Floor fogadja és koordinálja a hibabejelentést; az Alvállalkozó köteles a kivizsgálásban, mintavételben, javításban és biztosítói ügyintézésben határidőben közreműködni.</w:t>
      </w:r>
    </w:p>
    <w:p w14:paraId="6C5C43F8" w14:textId="77777777" w:rsidR="00BA7048" w:rsidRDefault="00000000">
      <w:pPr>
        <w:pStyle w:val="SFClause"/>
        <w:rPr>
          <w:rFonts w:hint="eastAsia"/>
        </w:rPr>
      </w:pPr>
      <w:r>
        <w:t>2. Az Alvállalkozó által okozott, bizonyított hibából eredő szükséges és arányos kijavítási költség az Alvállalkozóra áthárítható a keretszerződés és a jogszabályok szerint. Automatikus bérlevonás vagy bizonyíték nélküli átalánykár nem alkalmazható.</w:t>
      </w:r>
    </w:p>
    <w:p w14:paraId="2AA87AA1" w14:textId="77777777" w:rsidR="00BA7048" w:rsidRDefault="00000000">
      <w:pPr>
        <w:pStyle w:val="SFClause"/>
        <w:rPr>
          <w:rFonts w:hint="eastAsia"/>
        </w:rPr>
      </w:pPr>
      <w:r>
        <w:t>3. Az Alvállalkozó a projekt fotó-, mérési és anyagazonosító dokumentációját a Spirit Floor központi rendszerébe tölti fel; az ügyféladatot saját marketingre vagy közvetlen megkeresésre nem használhatja.</w:t>
      </w:r>
    </w:p>
    <w:p w14:paraId="1C753DF2" w14:textId="77777777" w:rsidR="00BA7048" w:rsidRDefault="00000000">
      <w:pPr>
        <w:pStyle w:val="Cmsor1"/>
        <w:pageBreakBefore/>
      </w:pPr>
      <w:r>
        <w:lastRenderedPageBreak/>
        <w:t>E. Adatfeldolgozási feltételek – alkalmazandó, ha az Alvállalkozó a Spirit Floor nevében személyes adatot kezel</w:t>
      </w:r>
    </w:p>
    <w:p w14:paraId="58D61D04" w14:textId="77777777" w:rsidR="00BA7048" w:rsidRDefault="00000000">
      <w:r>
        <w:t>1. Tárgy és időtartam. Az adatfeldolgozás kizárólag az adott projekt teljesítéséhez szükséges ügyfél-, kapcsolattartói, helyszíni, fotó-, mérési és dokumentációs adatokra, a projekt és az utólagos garanciális/szavatossági együttműködés szükséges időtartamára terjedhet ki.</w:t>
      </w:r>
    </w:p>
    <w:p w14:paraId="292413D2" w14:textId="77777777" w:rsidR="00BA7048" w:rsidRDefault="00000000">
      <w:r>
        <w:t>2. Utasítás. Az Alvállalkozó személyes adatot kizárólag a Spirit Floor dokumentált utasítása alapján kezelhet, azt saját marketingre, saját ügyfélszerzésre, profilalkotásra vagy más önálló célra nem használhatja.</w:t>
      </w:r>
    </w:p>
    <w:p w14:paraId="6819324F" w14:textId="77777777" w:rsidR="00BA7048" w:rsidRDefault="00000000">
      <w:r>
        <w:t>3. Titoktartás és biztonság. Az adatokhoz csak arra feljogosított, titoktartásra kötelezett személy férhet hozzá. Az Alvállalkozó megfelelő technikai és szervezési intézkedéseket alkalmaz, különösen hozzáférés-védelmet, eszközvédelmet, biztonságos továbbítást és indokolatlan másolatok kerülését.</w:t>
      </w:r>
    </w:p>
    <w:p w14:paraId="29ABE46E" w14:textId="77777777" w:rsidR="00BA7048" w:rsidRDefault="00000000">
      <w:r>
        <w:t>4. További adatfeldolgozó. Az Alvállalkozó személyes adatot kezelő további közreműködőt csak a Spirit Floor előzetes konkrét vagy általános írásbeli engedélyével vehet igénybe; általános engedélynél a változásról előzetesen tájékoztatást ad, hogy a Spirit Floor kifogást emelhessen.</w:t>
      </w:r>
    </w:p>
    <w:p w14:paraId="426720BC" w14:textId="77777777" w:rsidR="00BA7048" w:rsidRDefault="00000000">
      <w:r>
        <w:t>5. Érintetti kérelmek és incidens. Az Alvállalkozó az érintetti kérelmet, hatósági megkeresést, adatvédelmi incidenst, jogosulatlan hozzáférést, elvesztést vagy téves címzettnek küldést indokolatlan késedelem nélkül, lehetőség szerint 24 órán belül jelenti a Spirit Floornak, és a kivizsgálásban együttműködik.</w:t>
      </w:r>
    </w:p>
    <w:p w14:paraId="095F9ECC" w14:textId="77777777" w:rsidR="00BA7048" w:rsidRDefault="00000000">
      <w:r>
        <w:t>6. Törlés/visszaadás. A projekt vagy az adatfeldolgozási feladat lezárásakor a Spirit Floor választása szerint az adatokat vissza kell adni vagy törölni kell, kivéve ha uniós vagy magyar jog kötelező megőrzést ír elő. Magáneszközön, privát felhőben vagy saját marketing-adatbázisban másolat nem maradhat.</w:t>
      </w:r>
    </w:p>
    <w:p w14:paraId="345BAB10" w14:textId="77777777" w:rsidR="00BA7048" w:rsidRDefault="00000000">
      <w:r>
        <w:t>7. Ellenőrizhetőség. Az Alvállalkozó a GDPR 28. cikk szerinti megfelelés igazolásához szükséges információt a Spirit Floor rendelkezésére bocsátja, és észszerű keretek között lehetővé teszi az ellenőrzést/auditot.</w:t>
      </w:r>
    </w:p>
    <w:sectPr w:rsidR="00BA7048">
      <w:headerReference w:type="even" r:id="rId9"/>
      <w:headerReference w:type="default" r:id="rId10"/>
      <w:footerReference w:type="even" r:id="rId11"/>
      <w:footerReference w:type="default" r:id="rId12"/>
      <w:headerReference w:type="first" r:id="rId13"/>
      <w:footerReference w:type="first" r:id="rId14"/>
      <w:pgSz w:w="11909" w:h="16834"/>
      <w:pgMar w:top="1037" w:right="1066" w:bottom="979" w:left="1066" w:header="346"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863BC" w14:textId="77777777" w:rsidR="002333E9" w:rsidRDefault="002333E9">
      <w:pPr>
        <w:spacing w:after="0" w:line="240" w:lineRule="auto"/>
      </w:pPr>
      <w:r>
        <w:separator/>
      </w:r>
    </w:p>
  </w:endnote>
  <w:endnote w:type="continuationSeparator" w:id="0">
    <w:p w14:paraId="5F05115E" w14:textId="77777777" w:rsidR="002333E9" w:rsidRDefault="0023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EAB2" w14:textId="77777777" w:rsidR="00BA7048" w:rsidRDefault="00BA704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6912"/>
      <w:gridCol w:w="2808"/>
    </w:tblGrid>
    <w:tr w:rsidR="00BA7048" w14:paraId="438EBD65" w14:textId="77777777">
      <w:trPr>
        <w:jc w:val="center"/>
      </w:trPr>
      <w:tc>
        <w:tcPr>
          <w:tcW w:w="6912" w:type="dxa"/>
          <w:tcBorders>
            <w:top w:val="single" w:sz="4" w:space="0" w:color="D9D4CE"/>
          </w:tcBorders>
          <w:tcMar>
            <w:top w:w="30" w:type="dxa"/>
            <w:left w:w="20" w:type="dxa"/>
            <w:bottom w:w="10" w:type="dxa"/>
            <w:right w:w="20" w:type="dxa"/>
          </w:tcMar>
        </w:tcPr>
        <w:p w14:paraId="1B92CDF3" w14:textId="77777777" w:rsidR="00BA7048" w:rsidRDefault="00000000">
          <w:r>
            <w:rPr>
              <w:color w:val="676767"/>
              <w:sz w:val="14"/>
            </w:rPr>
            <w:t>SF-JOG-12  •  v3.0  •  Spirit Floor Kft.</w:t>
          </w:r>
        </w:p>
      </w:tc>
      <w:tc>
        <w:tcPr>
          <w:tcW w:w="2808" w:type="dxa"/>
          <w:tcBorders>
            <w:top w:val="single" w:sz="4" w:space="0" w:color="D9D4CE"/>
          </w:tcBorders>
          <w:tcMar>
            <w:top w:w="30" w:type="dxa"/>
            <w:left w:w="20" w:type="dxa"/>
            <w:bottom w:w="10" w:type="dxa"/>
            <w:right w:w="20" w:type="dxa"/>
          </w:tcMar>
        </w:tcPr>
        <w:p w14:paraId="69F3A85C" w14:textId="77777777" w:rsidR="00BA7048" w:rsidRDefault="00000000">
          <w:pPr>
            <w:jc w:val="right"/>
          </w:pPr>
          <w:r>
            <w:rPr>
              <w:color w:val="676767"/>
              <w:sz w:val="14"/>
            </w:rPr>
            <w:t xml:space="preserve">Oldal </w:t>
          </w:r>
          <w:r>
            <w:rPr>
              <w:color w:val="676767"/>
              <w:sz w:val="14"/>
            </w:rPr>
            <w:fldChar w:fldCharType="begin"/>
          </w:r>
          <w:r>
            <w:rPr>
              <w:color w:val="676767"/>
              <w:sz w:val="14"/>
            </w:rPr>
            <w:instrText>PAGE</w:instrText>
          </w:r>
          <w:r>
            <w:rPr>
              <w:color w:val="676767"/>
              <w:sz w:val="14"/>
            </w:rPr>
            <w:fldChar w:fldCharType="separate"/>
          </w:r>
          <w:r w:rsidR="008D371A">
            <w:rPr>
              <w:noProof/>
              <w:color w:val="676767"/>
              <w:sz w:val="14"/>
            </w:rPr>
            <w:t>1</w:t>
          </w:r>
          <w:r>
            <w:rPr>
              <w:color w:val="676767"/>
              <w:sz w:val="14"/>
            </w:rPr>
            <w:fldChar w:fldCharType="end"/>
          </w:r>
          <w:r>
            <w:rPr>
              <w:color w:val="676767"/>
              <w:sz w:val="14"/>
            </w:rPr>
            <w:t xml:space="preserve"> / </w:t>
          </w:r>
          <w:r>
            <w:rPr>
              <w:color w:val="676767"/>
              <w:sz w:val="14"/>
            </w:rPr>
            <w:fldChar w:fldCharType="begin"/>
          </w:r>
          <w:r>
            <w:rPr>
              <w:color w:val="676767"/>
              <w:sz w:val="14"/>
            </w:rPr>
            <w:instrText>NUMPAGES</w:instrText>
          </w:r>
          <w:r>
            <w:rPr>
              <w:color w:val="676767"/>
              <w:sz w:val="14"/>
            </w:rPr>
            <w:fldChar w:fldCharType="separate"/>
          </w:r>
          <w:r w:rsidR="008D371A">
            <w:rPr>
              <w:noProof/>
              <w:color w:val="676767"/>
              <w:sz w:val="14"/>
            </w:rPr>
            <w:t>2</w:t>
          </w:r>
          <w:r>
            <w:rPr>
              <w:color w:val="676767"/>
              <w:sz w:val="14"/>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CB2" w14:textId="77777777" w:rsidR="00BA7048" w:rsidRDefault="00BA704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594B8" w14:textId="77777777" w:rsidR="002333E9" w:rsidRDefault="002333E9">
      <w:pPr>
        <w:spacing w:after="0" w:line="240" w:lineRule="auto"/>
      </w:pPr>
      <w:r>
        <w:separator/>
      </w:r>
    </w:p>
  </w:footnote>
  <w:footnote w:type="continuationSeparator" w:id="0">
    <w:p w14:paraId="66BF51BF" w14:textId="77777777" w:rsidR="002333E9" w:rsidRDefault="00233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AFCE" w14:textId="77777777" w:rsidR="00BA7048" w:rsidRDefault="00BA704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1008"/>
      <w:gridCol w:w="8640"/>
    </w:tblGrid>
    <w:tr w:rsidR="00BA7048" w14:paraId="1EDCE1C7" w14:textId="77777777">
      <w:trPr>
        <w:jc w:val="center"/>
      </w:trPr>
      <w:tc>
        <w:tcPr>
          <w:tcW w:w="1008" w:type="dxa"/>
          <w:tcBorders>
            <w:bottom w:val="single" w:sz="10" w:space="0" w:color="F29F05"/>
          </w:tcBorders>
          <w:tcMar>
            <w:top w:w="20" w:type="dxa"/>
            <w:left w:w="20" w:type="dxa"/>
            <w:bottom w:w="30" w:type="dxa"/>
            <w:right w:w="20" w:type="dxa"/>
          </w:tcMar>
        </w:tcPr>
        <w:p w14:paraId="44B97AEF" w14:textId="77777777" w:rsidR="00BA7048" w:rsidRDefault="00000000">
          <w:r>
            <w:rPr>
              <w:noProof/>
            </w:rPr>
            <w:drawing>
              <wp:inline distT="0" distB="0" distL="0" distR="0" wp14:anchorId="3CCF5E4B" wp14:editId="7A613CA2">
                <wp:extent cx="292608" cy="306905"/>
                <wp:effectExtent l="0" t="0" r="0" b="0"/>
                <wp:docPr id="1574409355" name="Picture 1574409355" descr="Spirit Floor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logo.png"/>
                        <pic:cNvPicPr/>
                      </pic:nvPicPr>
                      <pic:blipFill>
                        <a:blip r:embed="rId1"/>
                        <a:stretch>
                          <a:fillRect/>
                        </a:stretch>
                      </pic:blipFill>
                      <pic:spPr>
                        <a:xfrm>
                          <a:off x="0" y="0"/>
                          <a:ext cx="292608" cy="306905"/>
                        </a:xfrm>
                        <a:prstGeom prst="rect">
                          <a:avLst/>
                        </a:prstGeom>
                      </pic:spPr>
                    </pic:pic>
                  </a:graphicData>
                </a:graphic>
              </wp:inline>
            </w:drawing>
          </w:r>
        </w:p>
      </w:tc>
      <w:tc>
        <w:tcPr>
          <w:tcW w:w="8640" w:type="dxa"/>
          <w:tcBorders>
            <w:bottom w:val="single" w:sz="10" w:space="0" w:color="F29F05"/>
          </w:tcBorders>
          <w:tcMar>
            <w:top w:w="20" w:type="dxa"/>
            <w:left w:w="20" w:type="dxa"/>
            <w:bottom w:w="30" w:type="dxa"/>
            <w:right w:w="20" w:type="dxa"/>
          </w:tcMar>
        </w:tcPr>
        <w:p w14:paraId="1AADF6AC" w14:textId="77777777" w:rsidR="00BA7048" w:rsidRDefault="00000000">
          <w:pPr>
            <w:jc w:val="right"/>
          </w:pPr>
          <w:r>
            <w:rPr>
              <w:b/>
              <w:color w:val="2D2218"/>
              <w:sz w:val="14"/>
            </w:rPr>
            <w:t>SPIRIT FLOOR  •  ALVÁLLALKOZÓI KERET</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9506" w14:textId="77777777" w:rsidR="00BA7048" w:rsidRDefault="00BA704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441678028">
    <w:abstractNumId w:val="8"/>
  </w:num>
  <w:num w:numId="2" w16cid:durableId="2025863930">
    <w:abstractNumId w:val="6"/>
  </w:num>
  <w:num w:numId="3" w16cid:durableId="1320185475">
    <w:abstractNumId w:val="5"/>
  </w:num>
  <w:num w:numId="4" w16cid:durableId="256793393">
    <w:abstractNumId w:val="4"/>
  </w:num>
  <w:num w:numId="5" w16cid:durableId="2034332646">
    <w:abstractNumId w:val="7"/>
  </w:num>
  <w:num w:numId="6" w16cid:durableId="463891659">
    <w:abstractNumId w:val="3"/>
  </w:num>
  <w:num w:numId="7" w16cid:durableId="1583179834">
    <w:abstractNumId w:val="2"/>
  </w:num>
  <w:num w:numId="8" w16cid:durableId="1520661568">
    <w:abstractNumId w:val="1"/>
  </w:num>
  <w:num w:numId="9" w16cid:durableId="330719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6444"/>
    <w:rsid w:val="0015074B"/>
    <w:rsid w:val="00194961"/>
    <w:rsid w:val="002333E9"/>
    <w:rsid w:val="0029639D"/>
    <w:rsid w:val="00326F90"/>
    <w:rsid w:val="0036004A"/>
    <w:rsid w:val="004A69A6"/>
    <w:rsid w:val="004D27A6"/>
    <w:rsid w:val="00623B1A"/>
    <w:rsid w:val="006D796C"/>
    <w:rsid w:val="008D371A"/>
    <w:rsid w:val="00A45FE3"/>
    <w:rsid w:val="00AA1D8D"/>
    <w:rsid w:val="00B47730"/>
    <w:rsid w:val="00B55B21"/>
    <w:rsid w:val="00BA7048"/>
    <w:rsid w:val="00C650E5"/>
    <w:rsid w:val="00CB0664"/>
    <w:rsid w:val="00D14D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8DB51"/>
  <w14:defaultImageDpi w14:val="300"/>
  <w15:docId w15:val="{F8BDD4B5-2835-4737-B400-11BEEDEB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90" w:line="271" w:lineRule="auto"/>
    </w:pPr>
    <w:rPr>
      <w:rFonts w:ascii="Inter" w:eastAsia="Inter" w:hAnsi="Inter"/>
      <w:color w:val="222222"/>
      <w:sz w:val="19"/>
    </w:rPr>
  </w:style>
  <w:style w:type="paragraph" w:styleId="Cmsor1">
    <w:name w:val="heading 1"/>
    <w:basedOn w:val="Norml"/>
    <w:next w:val="Norml"/>
    <w:link w:val="Cmsor1Char"/>
    <w:uiPriority w:val="9"/>
    <w:qFormat/>
    <w:rsid w:val="00FC693F"/>
    <w:pPr>
      <w:keepNext/>
      <w:keepLines/>
      <w:spacing w:before="320" w:after="140"/>
      <w:outlineLvl w:val="0"/>
    </w:pPr>
    <w:rPr>
      <w:rFonts w:asciiTheme="majorHAnsi" w:eastAsiaTheme="majorEastAsia" w:hAnsiTheme="majorHAnsi" w:cstheme="majorBidi"/>
      <w:bCs/>
      <w:color w:val="2D2218"/>
      <w:sz w:val="34"/>
      <w:szCs w:val="28"/>
    </w:rPr>
  </w:style>
  <w:style w:type="paragraph" w:styleId="Cmsor2">
    <w:name w:val="heading 2"/>
    <w:basedOn w:val="Norml"/>
    <w:next w:val="Norml"/>
    <w:link w:val="Cmsor2Char"/>
    <w:uiPriority w:val="9"/>
    <w:unhideWhenUsed/>
    <w:qFormat/>
    <w:rsid w:val="00FC693F"/>
    <w:pPr>
      <w:keepNext/>
      <w:keepLines/>
      <w:spacing w:before="240" w:after="80"/>
      <w:outlineLvl w:val="1"/>
    </w:pPr>
    <w:rPr>
      <w:rFonts w:asciiTheme="majorHAnsi" w:eastAsiaTheme="majorEastAsia" w:hAnsiTheme="majorHAnsi" w:cstheme="majorBidi"/>
      <w:b/>
      <w:bCs/>
      <w:color w:val="2D2218"/>
      <w:sz w:val="23"/>
      <w:szCs w:val="26"/>
    </w:rPr>
  </w:style>
  <w:style w:type="paragraph" w:styleId="Cmsor3">
    <w:name w:val="heading 3"/>
    <w:basedOn w:val="Norml"/>
    <w:next w:val="Norml"/>
    <w:link w:val="Cmsor3Char"/>
    <w:uiPriority w:val="9"/>
    <w:unhideWhenUsed/>
    <w:qFormat/>
    <w:rsid w:val="00FC693F"/>
    <w:pPr>
      <w:keepNext/>
      <w:keepLines/>
      <w:spacing w:before="160" w:after="60"/>
      <w:outlineLvl w:val="2"/>
    </w:pPr>
    <w:rPr>
      <w:rFonts w:asciiTheme="majorHAnsi" w:eastAsiaTheme="majorEastAsia" w:hAnsiTheme="majorHAnsi" w:cstheme="majorBidi"/>
      <w:b/>
      <w:bCs/>
      <w:color w:val="D98900"/>
      <w:sz w:val="20"/>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rPr>
      <w:sz w:val="18"/>
    </w:rPr>
  </w:style>
  <w:style w:type="paragraph" w:styleId="Felsorols2">
    <w:name w:val="List Bullet 2"/>
    <w:basedOn w:val="Norml"/>
    <w:uiPriority w:val="99"/>
    <w:unhideWhenUsed/>
    <w:rsid w:val="00326F90"/>
    <w:pPr>
      <w:numPr>
        <w:numId w:val="2"/>
      </w:numPr>
      <w:contextualSpacing/>
    </w:pPr>
    <w:rPr>
      <w:sz w:val="18"/>
    </w:r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rPr>
      <w:sz w:val="18"/>
    </w:rPr>
  </w:style>
  <w:style w:type="paragraph" w:styleId="Szmozottlista2">
    <w:name w:val="List Number 2"/>
    <w:basedOn w:val="Norml"/>
    <w:uiPriority w:val="99"/>
    <w:unhideWhenUsed/>
    <w:rsid w:val="0029639D"/>
    <w:pPr>
      <w:numPr>
        <w:numId w:val="6"/>
      </w:numPr>
      <w:contextualSpacing/>
    </w:pPr>
    <w:rPr>
      <w:sz w:val="18"/>
    </w:r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FEyebrow">
    <w:name w:val="SF Eyebrow"/>
    <w:pPr>
      <w:keepNext/>
      <w:spacing w:after="80"/>
    </w:pPr>
    <w:rPr>
      <w:rFonts w:ascii="Inter" w:hAnsi="Inter"/>
      <w:b/>
      <w:caps/>
      <w:color w:val="D98900"/>
      <w:sz w:val="16"/>
    </w:rPr>
  </w:style>
  <w:style w:type="paragraph" w:customStyle="1" w:styleId="SFLead">
    <w:name w:val="SF Lead"/>
    <w:pPr>
      <w:spacing w:after="160" w:line="288" w:lineRule="auto"/>
    </w:pPr>
    <w:rPr>
      <w:rFonts w:ascii="Inter" w:hAnsi="Inter"/>
      <w:color w:val="676767"/>
      <w:sz w:val="21"/>
    </w:rPr>
  </w:style>
  <w:style w:type="paragraph" w:customStyle="1" w:styleId="SFNote">
    <w:name w:val="SF Note"/>
    <w:pPr>
      <w:spacing w:before="100" w:after="120"/>
      <w:ind w:left="173" w:right="115"/>
    </w:pPr>
    <w:rPr>
      <w:rFonts w:ascii="Inter" w:hAnsi="Inter"/>
      <w:color w:val="222222"/>
      <w:sz w:val="17"/>
    </w:rPr>
  </w:style>
  <w:style w:type="paragraph" w:customStyle="1" w:styleId="SFSource">
    <w:name w:val="SF Source"/>
    <w:pPr>
      <w:spacing w:after="40"/>
    </w:pPr>
    <w:rPr>
      <w:rFonts w:ascii="Inter" w:hAnsi="Inter"/>
      <w:color w:val="676767"/>
      <w:sz w:val="15"/>
    </w:rPr>
  </w:style>
  <w:style w:type="paragraph" w:customStyle="1" w:styleId="SFSmall">
    <w:name w:val="SF Small"/>
    <w:pPr>
      <w:spacing w:after="40"/>
    </w:pPr>
    <w:rPr>
      <w:rFonts w:ascii="Inter" w:hAnsi="Inter"/>
      <w:color w:val="676767"/>
      <w:sz w:val="16"/>
    </w:rPr>
  </w:style>
  <w:style w:type="paragraph" w:customStyle="1" w:styleId="SFClause">
    <w:name w:val="SF Clause"/>
    <w:pPr>
      <w:spacing w:after="100" w:line="274" w:lineRule="auto"/>
    </w:pPr>
    <w:rPr>
      <w:rFonts w:ascii="Inter" w:hAnsi="Inter"/>
      <w:color w:val="22222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1746</Words>
  <Characters>13414</Characters>
  <Application>Microsoft Office Word</Application>
  <DocSecurity>0</DocSecurity>
  <Lines>447</Lines>
  <Paragraphs>270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Gergő Nagy</cp:lastModifiedBy>
  <cp:revision>10</cp:revision>
  <dcterms:created xsi:type="dcterms:W3CDTF">2013-12-23T23:15:00Z</dcterms:created>
  <dcterms:modified xsi:type="dcterms:W3CDTF">2026-09-15T11:28:00Z</dcterms:modified>
  <cp:category/>
</cp:coreProperties>
</file>