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40105" w14:textId="77777777" w:rsidR="00711411" w:rsidRDefault="00000000">
      <w:pPr>
        <w:pStyle w:val="SFClause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5B63BAF5" wp14:editId="1C082AF0">
            <wp:extent cx="987552" cy="1035804"/>
            <wp:effectExtent l="0" t="0" r="0" b="0"/>
            <wp:docPr id="1" name="Picture 1" descr="Spirit Floor log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irit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103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7F0A9" w14:textId="77777777" w:rsidR="00711411" w:rsidRDefault="00000000">
      <w:pPr>
        <w:pStyle w:val="SFEyebrow"/>
        <w:jc w:val="center"/>
        <w:rPr>
          <w:rFonts w:hint="eastAsia"/>
        </w:rPr>
      </w:pPr>
      <w:r>
        <w:t>SZERZŐDÉSES DOKUMENTÁCIÓ</w:t>
      </w:r>
    </w:p>
    <w:p w14:paraId="45E8670D" w14:textId="77777777" w:rsidR="00711411" w:rsidRDefault="00000000">
      <w:pPr>
        <w:pStyle w:val="SFClause"/>
        <w:jc w:val="center"/>
        <w:rPr>
          <w:rFonts w:hint="eastAsia"/>
        </w:rPr>
      </w:pPr>
      <w:r>
        <w:rPr>
          <w:rFonts w:ascii="Noto Serif Display" w:eastAsia="Noto Serif Display" w:hAnsi="Noto Serif Display"/>
          <w:color w:val="2D2218"/>
          <w:sz w:val="50"/>
        </w:rPr>
        <w:t>Átadás-átvételi és projektzárási jegyzőkönyvek</w:t>
      </w:r>
    </w:p>
    <w:p w14:paraId="7FC62786" w14:textId="77777777" w:rsidR="00711411" w:rsidRDefault="00000000">
      <w:pPr>
        <w:pStyle w:val="SFLead"/>
        <w:jc w:val="center"/>
        <w:rPr>
          <w:rFonts w:hint="eastAsia"/>
        </w:rPr>
      </w:pPr>
      <w:r>
        <w:t>Részteljesítés, készre jelentés, hibajegyzék, garanciaindítás és karbantartási átadás</w:t>
      </w:r>
    </w:p>
    <w:p w14:paraId="6FE73CA8" w14:textId="77777777" w:rsidR="00711411" w:rsidRDefault="00000000">
      <w:pPr>
        <w:pStyle w:val="SFClause"/>
        <w:jc w:val="center"/>
        <w:rPr>
          <w:rFonts w:hint="eastAsia"/>
        </w:rPr>
      </w:pPr>
      <w:r>
        <w:rPr>
          <w:color w:val="F29F05"/>
          <w:sz w:val="16"/>
        </w:rPr>
        <w:t>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6696"/>
      </w:tblGrid>
      <w:tr w:rsidR="00711411" w14:paraId="6111722A" w14:textId="77777777">
        <w:trPr>
          <w:tblHeader/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0EF856" w14:textId="77777777" w:rsidR="00711411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Dokumentumazonosító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59C618" w14:textId="77777777" w:rsidR="00711411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SF-JOG-08</w:t>
            </w:r>
          </w:p>
        </w:tc>
      </w:tr>
      <w:tr w:rsidR="00711411" w14:paraId="7C6B49F9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55A160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Verzió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CE432" w14:textId="77777777" w:rsidR="00711411" w:rsidRDefault="00000000">
            <w:r>
              <w:t>3.0</w:t>
            </w:r>
          </w:p>
        </w:tc>
      </w:tr>
      <w:tr w:rsidR="00711411" w14:paraId="64FF7A7C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01C061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Keltezés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3E2ADF" w14:textId="77777777" w:rsidR="00711411" w:rsidRDefault="00000000">
            <w:r>
              <w:t>2026. 09. 15.</w:t>
            </w:r>
          </w:p>
        </w:tc>
      </w:tr>
      <w:tr w:rsidR="00711411" w14:paraId="2E037C67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0AE035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Kibocsátó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482015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Spirit Floor Kft.</w:t>
            </w:r>
          </w:p>
        </w:tc>
      </w:tr>
      <w:tr w:rsidR="00711411" w14:paraId="193A7A0D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C84CCA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Weboldal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6C543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https://spiritfloor.com</w:t>
            </w:r>
          </w:p>
        </w:tc>
      </w:tr>
      <w:tr w:rsidR="00711411" w14:paraId="1327D2D5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690EF9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Állapot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7066E3" w14:textId="77777777" w:rsidR="00711411" w:rsidRDefault="00000000">
            <w:r>
              <w:t>MASTER v3.0 átadás-átvételi és projektzárási sablon – projektspecifikus mezők kitöltendők</w:t>
            </w:r>
          </w:p>
        </w:tc>
      </w:tr>
    </w:tbl>
    <w:p w14:paraId="79CFE9FA" w14:textId="77777777" w:rsidR="00711411" w:rsidRDefault="00000000">
      <w:pPr>
        <w:pStyle w:val="SFNote"/>
        <w:pBdr>
          <w:left w:val="single" w:sz="14" w:space="6" w:color="F29F05"/>
        </w:pBdr>
        <w:shd w:val="clear" w:color="auto" w:fill="FAF8F5"/>
        <w:rPr>
          <w:rFonts w:hint="eastAsia"/>
        </w:rPr>
      </w:pPr>
      <w:r>
        <w:rPr>
          <w:b/>
        </w:rPr>
        <w:t xml:space="preserve">Alapelv: </w:t>
      </w:r>
      <w:r>
        <w:t>átlátható feltételek, dokumentált műszaki döntések és egyértelmű felelősségi határok. A fogyasztót megillető kötelező jogokat a dokumentum nem korlátozza.</w:t>
      </w:r>
    </w:p>
    <w:p w14:paraId="3850094B" w14:textId="77777777" w:rsidR="00711411" w:rsidRDefault="00000000">
      <w:pPr>
        <w:pStyle w:val="SFClause"/>
        <w:jc w:val="center"/>
        <w:rPr>
          <w:rFonts w:hint="eastAsia"/>
        </w:rPr>
      </w:pPr>
      <w:r>
        <w:rPr>
          <w:color w:val="676767"/>
          <w:sz w:val="15"/>
        </w:rPr>
        <w:t>Spirit Floor Kereskedelmi és Szolgáltató Korlátolt Felelősségű Társaság</w:t>
      </w:r>
      <w:r>
        <w:rPr>
          <w:color w:val="676767"/>
          <w:sz w:val="15"/>
        </w:rPr>
        <w:br/>
        <w:t>2141 Csömör, Boglárka utca 19.  •  kapcsolat@spiritfloor.hu  •  +36 30 931 0990</w:t>
      </w:r>
    </w:p>
    <w:p w14:paraId="71814441" w14:textId="77777777" w:rsidR="00711411" w:rsidRDefault="00000000">
      <w:pPr>
        <w:pStyle w:val="SFClause"/>
        <w:rPr>
          <w:rFonts w:hint="eastAsia"/>
        </w:rPr>
      </w:pPr>
      <w:r>
        <w:br w:type="page"/>
      </w:r>
    </w:p>
    <w:p w14:paraId="072472CB" w14:textId="77777777" w:rsidR="00711411" w:rsidRDefault="00000000">
      <w:pPr>
        <w:pStyle w:val="Cmsor1"/>
        <w:pBdr>
          <w:bottom w:val="single" w:sz="8" w:space="3" w:color="F29F05"/>
        </w:pBdr>
      </w:pPr>
      <w:r>
        <w:lastRenderedPageBreak/>
        <w:t>0. Spirit Floor átadási sorrend</w:t>
      </w:r>
    </w:p>
    <w:p w14:paraId="1C548EEB" w14:textId="77777777" w:rsidR="00711411" w:rsidRDefault="00000000">
      <w:pPr>
        <w:pStyle w:val="Szmozottlista"/>
      </w:pPr>
      <w:r>
        <w:t>Kivitelezői készre jelentés.</w:t>
      </w:r>
    </w:p>
    <w:p w14:paraId="72FB978C" w14:textId="77777777" w:rsidR="00711411" w:rsidRDefault="00000000">
      <w:pPr>
        <w:pStyle w:val="Szmozottlista"/>
      </w:pPr>
      <w:r>
        <w:t>Spirit Floor belső minőségellenőrzés (QC).</w:t>
      </w:r>
    </w:p>
    <w:p w14:paraId="38F1CF52" w14:textId="77777777" w:rsidR="00711411" w:rsidRDefault="00000000">
      <w:pPr>
        <w:pStyle w:val="Szmozottlista"/>
      </w:pPr>
      <w:r>
        <w:t>Belső hibák javítása és dokumentálása.</w:t>
      </w:r>
    </w:p>
    <w:p w14:paraId="2FAB4133" w14:textId="77777777" w:rsidR="00711411" w:rsidRDefault="00000000">
      <w:pPr>
        <w:pStyle w:val="Szmozottlista"/>
      </w:pPr>
      <w:r>
        <w:t>Megrendelői műszaki átadás-átvétel.</w:t>
      </w:r>
    </w:p>
    <w:p w14:paraId="57F11525" w14:textId="77777777" w:rsidR="00711411" w:rsidRDefault="00000000">
      <w:pPr>
        <w:pStyle w:val="Szmozottlista"/>
      </w:pPr>
      <w:r>
        <w:t>Hibajegyzék és javítási határidők rögzítése, ha szükséges.</w:t>
      </w:r>
    </w:p>
    <w:p w14:paraId="56C5218E" w14:textId="77777777" w:rsidR="00711411" w:rsidRDefault="00000000">
      <w:pPr>
        <w:pStyle w:val="Szmozottlista"/>
      </w:pPr>
      <w:r>
        <w:t>Karbantartási és garanciális dokumentumok átadása; pénzügyi lezárás.</w:t>
      </w:r>
    </w:p>
    <w:p w14:paraId="63A51AC0" w14:textId="77777777" w:rsidR="00711411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M/16 – Részteljesítési felmérés és teljesítésigazolás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1859"/>
        <w:gridCol w:w="1122"/>
        <w:gridCol w:w="1582"/>
        <w:gridCol w:w="963"/>
        <w:gridCol w:w="1020"/>
        <w:gridCol w:w="1105"/>
        <w:gridCol w:w="1512"/>
        <w:gridCol w:w="794"/>
      </w:tblGrid>
      <w:tr w:rsidR="00711411" w14:paraId="32C8A4D1" w14:textId="77777777">
        <w:trPr>
          <w:jc w:val="center"/>
        </w:trPr>
        <w:tc>
          <w:tcPr>
            <w:tcW w:w="9866" w:type="dxa"/>
            <w:gridSpan w:val="8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000339B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Részszámlázási ütem mennyiségi és minőségi alapjának dokumentálása.</w:t>
            </w:r>
          </w:p>
        </w:tc>
      </w:tr>
      <w:tr w:rsidR="00711411" w14:paraId="60B6C79B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8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667A1CB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A vitatott és nem vitatott tételeket külön kell rögzíteni. Jelentéktelen hiba miatt a teljes részteljesítést nem szabad automatikusan visszautasítani.</w:t>
            </w:r>
          </w:p>
        </w:tc>
      </w:tr>
      <w:tr w:rsidR="00711411" w14:paraId="485F361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F145D7F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Projekt / szerződés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B53C953" w14:textId="61395EDA" w:rsidR="00711411" w:rsidRDefault="00711411">
            <w:pPr>
              <w:spacing w:after="0" w:line="240" w:lineRule="auto"/>
            </w:pPr>
          </w:p>
        </w:tc>
      </w:tr>
      <w:tr w:rsidR="00711411" w14:paraId="7222333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7ABE2E3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Teljesítési ütem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82BC49A" w14:textId="70F8B094" w:rsidR="00711411" w:rsidRDefault="00711411">
            <w:pPr>
              <w:spacing w:after="0" w:line="240" w:lineRule="auto"/>
            </w:pPr>
          </w:p>
        </w:tc>
      </w:tr>
      <w:tr w:rsidR="00711411" w14:paraId="005FCBA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514AF8F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Időszak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59FD94B" w14:textId="0F9B0060" w:rsidR="00711411" w:rsidRDefault="00711411">
            <w:pPr>
              <w:spacing w:after="0" w:line="240" w:lineRule="auto"/>
            </w:pPr>
          </w:p>
        </w:tc>
      </w:tr>
      <w:tr w:rsidR="00711411" w14:paraId="528C6E9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61431A9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Felmérés dátuma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FC20D7D" w14:textId="486A17D9" w:rsidR="00711411" w:rsidRDefault="00711411">
            <w:pPr>
              <w:spacing w:after="0" w:line="240" w:lineRule="auto"/>
            </w:pPr>
          </w:p>
        </w:tc>
      </w:tr>
      <w:tr w:rsidR="00711411" w14:paraId="0DDA847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07C8720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Teljesítésigazoló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458CDC2" w14:textId="2921C9C8" w:rsidR="00711411" w:rsidRDefault="00711411">
            <w:pPr>
              <w:spacing w:after="0" w:line="240" w:lineRule="auto"/>
            </w:pPr>
          </w:p>
        </w:tc>
      </w:tr>
      <w:tr w:rsidR="00711411" w14:paraId="5781657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tblHeader/>
          <w:jc w:val="center"/>
        </w:trPr>
        <w:tc>
          <w:tcPr>
            <w:tcW w:w="204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3197060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Költségvetési tétel</w:t>
            </w: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1F8D8DB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Szerződéses mennyiség</w:t>
            </w: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2A43C6C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Korábban igazolt</w:t>
            </w: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1AEE689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Jelen ütem</w:t>
            </w: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DCECD71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Összesen</w:t>
            </w: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1AC4051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Egységár</w:t>
            </w: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82C5337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Jelen érték</w:t>
            </w:r>
          </w:p>
        </w:tc>
      </w:tr>
      <w:tr w:rsidR="00711411" w14:paraId="2EA5531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04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A1F0D4E" w14:textId="72E3450F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44E3936" w14:textId="34AD2EA5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7F59838" w14:textId="143E4A18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3DD80BF" w14:textId="5E4EE89A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3A10883" w14:textId="6A26671E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3D05D5D" w14:textId="004820FE" w:rsidR="00711411" w:rsidRDefault="00711411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B9A6F1C" w14:textId="0FC7D522" w:rsidR="00711411" w:rsidRDefault="00711411">
            <w:pPr>
              <w:spacing w:after="0" w:line="240" w:lineRule="auto"/>
            </w:pPr>
          </w:p>
        </w:tc>
      </w:tr>
      <w:tr w:rsidR="00711411" w14:paraId="082A427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04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771BC54" w14:textId="25E4A791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152989E" w14:textId="01654A6B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B59E6B" w14:textId="4407FC42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A8B517A" w14:textId="08446CA0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DC19C1F" w14:textId="06550F9B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78F3331" w14:textId="28A613DF" w:rsidR="00711411" w:rsidRDefault="00711411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ABC826" w14:textId="13DD377B" w:rsidR="00711411" w:rsidRDefault="00711411">
            <w:pPr>
              <w:spacing w:after="0" w:line="240" w:lineRule="auto"/>
            </w:pPr>
          </w:p>
        </w:tc>
      </w:tr>
      <w:tr w:rsidR="00711411" w14:paraId="4512976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04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453915" w14:textId="54DDD398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2ABB0A5" w14:textId="2AD1FCD9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A497DD" w14:textId="5C0AF125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862BEBF" w14:textId="29CDED07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F3C6779" w14:textId="7618A063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5A6EBC" w14:textId="3C7881CE" w:rsidR="00711411" w:rsidRDefault="00711411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7572426" w14:textId="4FFD1E19" w:rsidR="00711411" w:rsidRDefault="00711411">
            <w:pPr>
              <w:spacing w:after="0" w:line="240" w:lineRule="auto"/>
            </w:pPr>
          </w:p>
        </w:tc>
      </w:tr>
      <w:tr w:rsidR="00711411" w14:paraId="614CE85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04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5471CD6" w14:textId="5EB37546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42A3674" w14:textId="2A8F8379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277CB98" w14:textId="7904070D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8CA5CAF" w14:textId="04E8FB79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65296F1" w14:textId="61CCB281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9756E93" w14:textId="13EF6399" w:rsidR="00711411" w:rsidRDefault="00711411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91FBAC5" w14:textId="5D0B41FD" w:rsidR="00711411" w:rsidRDefault="00711411">
            <w:pPr>
              <w:spacing w:after="0" w:line="240" w:lineRule="auto"/>
            </w:pPr>
          </w:p>
        </w:tc>
      </w:tr>
      <w:tr w:rsidR="00711411" w14:paraId="0C5DB94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04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E7A241A" w14:textId="031E7255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EC7D2C3" w14:textId="38B1412F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2ED4A19" w14:textId="0EADB2CE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44070F6" w14:textId="5CF3C3DC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73A329B" w14:textId="750F09B1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EB448B6" w14:textId="0E087221" w:rsidR="00711411" w:rsidRDefault="00711411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556573D" w14:textId="25A6E0BD" w:rsidR="00711411" w:rsidRDefault="00711411">
            <w:pPr>
              <w:spacing w:after="0" w:line="240" w:lineRule="auto"/>
            </w:pPr>
          </w:p>
        </w:tc>
      </w:tr>
      <w:tr w:rsidR="00711411" w14:paraId="6C6B605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04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29A4F16" w14:textId="6AADD1E0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4D8B47D" w14:textId="2D95E639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89113C7" w14:textId="4A68B288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0B08725" w14:textId="35850049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F3D65B6" w14:textId="19218200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173FE0F" w14:textId="35124659" w:rsidR="00711411" w:rsidRDefault="00711411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9E68AE6" w14:textId="4214DA94" w:rsidR="00711411" w:rsidRDefault="00711411">
            <w:pPr>
              <w:spacing w:after="0" w:line="240" w:lineRule="auto"/>
            </w:pPr>
          </w:p>
        </w:tc>
      </w:tr>
      <w:tr w:rsidR="00711411" w14:paraId="463FF8C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04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E5C9C36" w14:textId="235BC47F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1E1A7F2" w14:textId="5F463493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8F4D124" w14:textId="77825D67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3085760" w14:textId="227EDA1D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20CDD1C" w14:textId="2C7BBFEE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28B4FD7" w14:textId="67010077" w:rsidR="00711411" w:rsidRDefault="00711411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582CEAF" w14:textId="29596EEB" w:rsidR="00711411" w:rsidRDefault="00711411">
            <w:pPr>
              <w:spacing w:after="0" w:line="240" w:lineRule="auto"/>
            </w:pPr>
          </w:p>
        </w:tc>
      </w:tr>
      <w:tr w:rsidR="00711411" w14:paraId="076C04A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04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F379EAC" w14:textId="30B8BC56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3CEDEB0" w14:textId="427229C2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241D43D" w14:textId="78507A56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277FAE1" w14:textId="3F13DEA0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FE077F5" w14:textId="122F63C9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166D343" w14:textId="6A030DA5" w:rsidR="00711411" w:rsidRDefault="00711411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0C38257" w14:textId="128DEE7E" w:rsidR="00711411" w:rsidRDefault="00711411">
            <w:pPr>
              <w:spacing w:after="0" w:line="240" w:lineRule="auto"/>
            </w:pPr>
          </w:p>
        </w:tc>
      </w:tr>
      <w:tr w:rsidR="00711411" w14:paraId="5C6C19C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04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5FAFAE4" w14:textId="6A11F552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877EB93" w14:textId="44541E0F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B952BB6" w14:textId="58620B30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4BABFA2" w14:textId="6E233981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566D82" w14:textId="639BE168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DB41541" w14:textId="2CE4E116" w:rsidR="00711411" w:rsidRDefault="00711411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0A0305C" w14:textId="3A1E064F" w:rsidR="00711411" w:rsidRDefault="00711411">
            <w:pPr>
              <w:spacing w:after="0" w:line="240" w:lineRule="auto"/>
            </w:pPr>
          </w:p>
        </w:tc>
      </w:tr>
      <w:tr w:rsidR="00711411" w14:paraId="55208D6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04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A25D7C3" w14:textId="1B0D1DB5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D31FF7" w14:textId="4EAB41EE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67E358D" w14:textId="78AAE1F4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2D92E80" w14:textId="036C9C0A" w:rsidR="00711411" w:rsidRDefault="00711411">
            <w:pPr>
              <w:spacing w:after="0" w:line="240" w:lineRule="auto"/>
            </w:pPr>
          </w:p>
        </w:tc>
        <w:tc>
          <w:tcPr>
            <w:tcW w:w="10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0D9BAE6" w14:textId="23515D14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BE3A73A" w14:textId="07109C85" w:rsidR="00711411" w:rsidRDefault="00711411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7933337" w14:textId="4DFD3CC1" w:rsidR="00711411" w:rsidRDefault="00711411">
            <w:pPr>
              <w:spacing w:after="0" w:line="240" w:lineRule="auto"/>
            </w:pPr>
          </w:p>
        </w:tc>
      </w:tr>
      <w:tr w:rsidR="00711411" w14:paraId="3DD1B6A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CDECDF7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Jelen ütem nettó értéke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A90531F" w14:textId="1046D15B" w:rsidR="00711411" w:rsidRDefault="00711411">
            <w:pPr>
              <w:spacing w:after="0" w:line="240" w:lineRule="auto"/>
            </w:pPr>
          </w:p>
        </w:tc>
      </w:tr>
      <w:tr w:rsidR="00711411" w14:paraId="4D5906E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159488A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Jóváhagyott változások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9409320" w14:textId="07DA3F6B" w:rsidR="00711411" w:rsidRDefault="00711411">
            <w:pPr>
              <w:spacing w:after="0" w:line="240" w:lineRule="auto"/>
            </w:pPr>
          </w:p>
        </w:tc>
      </w:tr>
      <w:tr w:rsidR="00711411" w14:paraId="50AD42F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B6B4C78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Levonás / visszatartás jogcíme és összege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E619567" w14:textId="5ABF978E" w:rsidR="00711411" w:rsidRDefault="00711411">
            <w:pPr>
              <w:spacing w:after="0" w:line="240" w:lineRule="auto"/>
            </w:pPr>
          </w:p>
        </w:tc>
      </w:tr>
      <w:tr w:rsidR="00711411" w14:paraId="50C5B4A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1EFFB6B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Igazolható nettó összeg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E8CF5FD" w14:textId="0325F875" w:rsidR="00711411" w:rsidRDefault="00711411">
            <w:pPr>
              <w:spacing w:after="0" w:line="240" w:lineRule="auto"/>
            </w:pPr>
          </w:p>
        </w:tc>
      </w:tr>
      <w:tr w:rsidR="00711411" w14:paraId="50E8B7C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BAFC73A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Vitatott tételek és indok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17AD922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1851DDC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DE4F1E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Hibák / hiányok és javítási határidő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D8DE9E0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3228AC3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7B656B1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Számla benyújtható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92882A4" w14:textId="62B95A1F" w:rsidR="00711411" w:rsidRDefault="00000000">
            <w:pPr>
              <w:spacing w:after="0" w:line="240" w:lineRule="auto"/>
            </w:pPr>
            <w:r w:rsidRPr="008B5828">
              <w:rPr>
                <w:sz w:val="16"/>
              </w:rPr>
              <w:t xml:space="preserve">□ </w:t>
            </w:r>
            <w:proofErr w:type="gramStart"/>
            <w:r w:rsidRPr="008B5828">
              <w:rPr>
                <w:sz w:val="16"/>
              </w:rPr>
              <w:t>igen  □</w:t>
            </w:r>
            <w:proofErr w:type="gramEnd"/>
            <w:r w:rsidRPr="008B5828">
              <w:rPr>
                <w:sz w:val="16"/>
              </w:rPr>
              <w:t xml:space="preserve"> </w:t>
            </w:r>
            <w:proofErr w:type="gramStart"/>
            <w:r w:rsidRPr="008B5828">
              <w:rPr>
                <w:sz w:val="16"/>
              </w:rPr>
              <w:t>részben  □</w:t>
            </w:r>
            <w:proofErr w:type="gramEnd"/>
            <w:r w:rsidRPr="008B5828">
              <w:rPr>
                <w:sz w:val="16"/>
              </w:rPr>
              <w:t xml:space="preserve"> nem; indok: </w:t>
            </w:r>
          </w:p>
        </w:tc>
      </w:tr>
    </w:tbl>
    <w:p w14:paraId="5D637D44" w14:textId="77777777" w:rsidR="00711411" w:rsidRDefault="00711411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711411" w14:paraId="41F6E1AB" w14:textId="77777777" w:rsidTr="008B5828">
        <w:trPr>
          <w:trHeight w:val="492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CC977E3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680925AA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711411" w14:paraId="1F5B2944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373C4114" w14:textId="73E056D2" w:rsidR="00711411" w:rsidRDefault="00711411">
            <w:pPr>
              <w:spacing w:after="0" w:line="240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D995B95" w14:textId="7BC34B40" w:rsidR="00711411" w:rsidRDefault="00711411">
            <w:pPr>
              <w:spacing w:after="0" w:line="240" w:lineRule="auto"/>
              <w:jc w:val="center"/>
            </w:pPr>
          </w:p>
        </w:tc>
      </w:tr>
      <w:tr w:rsidR="00711411" w14:paraId="3798C71E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74AC9C8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Spirit Floor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5B2BBA59" w14:textId="77777777" w:rsidR="00711411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Teljesítésigazoló</w:t>
            </w:r>
          </w:p>
        </w:tc>
      </w:tr>
    </w:tbl>
    <w:p w14:paraId="7B1B9B1E" w14:textId="77777777" w:rsidR="00711411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M/17 – Készre jelentés és műszaki átadás-átvételi jegyzőkönyv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4057"/>
        <w:gridCol w:w="5185"/>
        <w:gridCol w:w="715"/>
      </w:tblGrid>
      <w:tr w:rsidR="00711411" w14:paraId="37CC13EB" w14:textId="77777777">
        <w:trPr>
          <w:jc w:val="center"/>
        </w:trPr>
        <w:tc>
          <w:tcPr>
            <w:tcW w:w="9866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1ACA34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 szerződéses munka befejezésének, használhatóságának, hibáinak és dokumentumainak közös lezárása.</w:t>
            </w:r>
          </w:p>
        </w:tc>
      </w:tr>
      <w:tr w:rsidR="00711411" w14:paraId="42EE9153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24EEEC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Az átvétel, a teljesítésigazolás és a pénzügyi elszámolás kapcsolódik, de nem minden esetben azonos jogi aktus. Mindegyiket külön jelölni kell.</w:t>
            </w:r>
          </w:p>
        </w:tc>
      </w:tr>
      <w:tr w:rsidR="00711411" w14:paraId="35385B0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4A02D4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Projekt / szerződés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B6B84" w14:textId="006F9E98" w:rsidR="00711411" w:rsidRDefault="00711411">
            <w:pPr>
              <w:spacing w:after="36" w:line="245" w:lineRule="auto"/>
            </w:pPr>
          </w:p>
        </w:tc>
      </w:tr>
      <w:tr w:rsidR="00711411" w14:paraId="31F9715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08FE99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Készre jelentés dátuma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1C125E" w14:textId="5523DAB3" w:rsidR="00711411" w:rsidRDefault="00711411">
            <w:pPr>
              <w:spacing w:after="36" w:line="245" w:lineRule="auto"/>
            </w:pPr>
          </w:p>
        </w:tc>
      </w:tr>
      <w:tr w:rsidR="00711411" w14:paraId="23993E3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7F1F74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Átadás időpontja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68C18" w14:textId="5B89E8AF" w:rsidR="00711411" w:rsidRDefault="00711411">
            <w:pPr>
              <w:spacing w:after="36" w:line="245" w:lineRule="auto"/>
            </w:pPr>
          </w:p>
        </w:tc>
      </w:tr>
      <w:tr w:rsidR="00711411" w14:paraId="726C303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4F1D0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Jelenlévők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EDA1FC" w14:textId="54B056D7" w:rsidR="00711411" w:rsidRDefault="00711411">
            <w:pPr>
              <w:spacing w:after="36" w:line="245" w:lineRule="auto"/>
            </w:pPr>
          </w:p>
        </w:tc>
      </w:tr>
      <w:tr w:rsidR="00711411" w14:paraId="06CEF63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819427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Átadott munkaterület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1D799A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23D1A9D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C78958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Szerződés szerinti fő munkák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CE31E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03826BB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6CD8C5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Mennyiségi eltérés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C4E499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6647138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6A424A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Használat megkezdésének legkorábbi időpontja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7DD452" w14:textId="0C006B12" w:rsidR="00711411" w:rsidRDefault="00711411">
            <w:pPr>
              <w:spacing w:after="36" w:line="245" w:lineRule="auto"/>
            </w:pPr>
          </w:p>
        </w:tc>
      </w:tr>
      <w:tr w:rsidR="00711411" w14:paraId="2E55D36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C5BFD2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Korlátozások / védelmi idő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5CAC95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01E48D9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BF940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Átvételi döntés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B5D621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 hiba és hiány nélkül átvéve  □ hibajegyzékkel átvéve  □ érintett rész átvétele megtagadva</w:t>
            </w:r>
          </w:p>
        </w:tc>
      </w:tr>
      <w:tr w:rsidR="00711411" w14:paraId="19F54DE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181539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Megtagadás esetén használatot akadályozó ok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F2F6DE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14D6740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B9A985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Hibajegyzék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A94C06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 nincs  □ M/18 csatolva</w:t>
            </w:r>
          </w:p>
        </w:tc>
      </w:tr>
      <w:tr w:rsidR="00711411" w14:paraId="69C4309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CD41C" w14:textId="77777777" w:rsidR="00711411" w:rsidRPr="008B5828" w:rsidRDefault="00000000">
            <w:pPr>
              <w:spacing w:after="36" w:line="245" w:lineRule="auto"/>
            </w:pPr>
            <w:r w:rsidRPr="008B5828">
              <w:rPr>
                <w:b/>
                <w:sz w:val="16"/>
              </w:rPr>
              <w:t>Dokumentumok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1DAD1" w14:textId="4C38B84D" w:rsidR="00711411" w:rsidRPr="008B5828" w:rsidRDefault="00000000">
            <w:pPr>
              <w:spacing w:after="36" w:line="245" w:lineRule="auto"/>
            </w:pPr>
            <w:r w:rsidRPr="008B5828">
              <w:rPr>
                <w:sz w:val="16"/>
              </w:rPr>
              <w:t xml:space="preserve">□ M/20 </w:t>
            </w:r>
            <w:proofErr w:type="spellStart"/>
            <w:r w:rsidRPr="008B5828">
              <w:rPr>
                <w:sz w:val="16"/>
              </w:rPr>
              <w:t>szerint</w:t>
            </w:r>
            <w:proofErr w:type="spellEnd"/>
            <w:r w:rsidRPr="008B5828">
              <w:rPr>
                <w:sz w:val="16"/>
              </w:rPr>
              <w:t xml:space="preserve"> </w:t>
            </w:r>
            <w:proofErr w:type="spellStart"/>
            <w:proofErr w:type="gramStart"/>
            <w:r w:rsidRPr="008B5828">
              <w:rPr>
                <w:sz w:val="16"/>
              </w:rPr>
              <w:t>átadva</w:t>
            </w:r>
            <w:proofErr w:type="spellEnd"/>
            <w:r w:rsidRPr="008B5828">
              <w:rPr>
                <w:sz w:val="16"/>
              </w:rPr>
              <w:t xml:space="preserve">  □</w:t>
            </w:r>
            <w:proofErr w:type="gramEnd"/>
            <w:r w:rsidRPr="008B5828">
              <w:rPr>
                <w:sz w:val="16"/>
              </w:rPr>
              <w:t xml:space="preserve"> </w:t>
            </w:r>
            <w:proofErr w:type="spellStart"/>
            <w:r w:rsidRPr="008B5828">
              <w:rPr>
                <w:sz w:val="16"/>
              </w:rPr>
              <w:t>hiány</w:t>
            </w:r>
            <w:proofErr w:type="spellEnd"/>
            <w:r w:rsidR="008B5828" w:rsidRPr="008B5828">
              <w:rPr>
                <w:sz w:val="16"/>
              </w:rPr>
              <w:t>:</w:t>
            </w:r>
          </w:p>
        </w:tc>
      </w:tr>
      <w:tr w:rsidR="00711411" w14:paraId="34B6616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88BEDB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Pénzügyi állapot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0E8FFA" w14:textId="370344BB" w:rsidR="00711411" w:rsidRDefault="00711411">
            <w:pPr>
              <w:spacing w:after="36" w:line="245" w:lineRule="auto"/>
            </w:pPr>
          </w:p>
        </w:tc>
      </w:tr>
      <w:tr w:rsidR="00711411" w14:paraId="103BF66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3A8B9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Kulcs / terület visszaadva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2CA829" w14:textId="13707CD9" w:rsidR="00711411" w:rsidRDefault="00000000">
            <w:pPr>
              <w:spacing w:after="36" w:line="245" w:lineRule="auto"/>
            </w:pPr>
            <w:r w:rsidRPr="008B5828">
              <w:rPr>
                <w:sz w:val="16"/>
              </w:rPr>
              <w:t xml:space="preserve">□ </w:t>
            </w:r>
            <w:proofErr w:type="gramStart"/>
            <w:r w:rsidRPr="008B5828">
              <w:rPr>
                <w:sz w:val="16"/>
              </w:rPr>
              <w:t>igen  □</w:t>
            </w:r>
            <w:proofErr w:type="gramEnd"/>
            <w:r w:rsidRPr="008B5828">
              <w:rPr>
                <w:sz w:val="16"/>
              </w:rPr>
              <w:t xml:space="preserve"> nem / feltétel: </w:t>
            </w:r>
          </w:p>
        </w:tc>
      </w:tr>
      <w:tr w:rsidR="00711411" w14:paraId="1A93F11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688829" w14:textId="77777777" w:rsidR="00711411" w:rsidRDefault="00000000">
            <w:pPr>
              <w:spacing w:after="36" w:line="245" w:lineRule="auto"/>
            </w:pPr>
            <w:proofErr w:type="spellStart"/>
            <w:r>
              <w:rPr>
                <w:b/>
                <w:sz w:val="16"/>
              </w:rPr>
              <w:t>Fotódokumentáció</w:t>
            </w:r>
            <w:proofErr w:type="spellEnd"/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3C7652" w14:textId="21C8DF05" w:rsidR="00711411" w:rsidRDefault="00711411">
            <w:pPr>
              <w:spacing w:after="36" w:line="245" w:lineRule="auto"/>
            </w:pPr>
          </w:p>
        </w:tc>
      </w:tr>
      <w:tr w:rsidR="00711411" w14:paraId="0728CEF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940BBE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Egyéb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934773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69551ED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3061" w:type="dxa"/>
          </w:tcPr>
          <w:p w14:paraId="43977D97" w14:textId="77777777" w:rsidR="00711411" w:rsidRDefault="00000000">
            <w:r>
              <w:t>Spirit Floor önkéntes garancia kezdőnapja</w:t>
            </w:r>
          </w:p>
        </w:tc>
        <w:tc>
          <w:tcPr>
            <w:tcW w:w="5839" w:type="dxa"/>
          </w:tcPr>
          <w:p w14:paraId="25B9F0BC" w14:textId="77777777" w:rsidR="00711411" w:rsidRDefault="00000000">
            <w:r>
              <w:t>[KITÖLTENDŐ – főszabály szerint az átadás-átvétel lezárásának napja; ha az eljárás a Megrendelő érdekkörében elmarad, de tényleges birtokbavétel történik: a Ptk. 6:247. § (4) szerinti joghatás beállásának napja]</w:t>
            </w:r>
          </w:p>
        </w:tc>
      </w:tr>
      <w:tr w:rsidR="00711411" w14:paraId="0E46415D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8CB69C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Minőségi elv: </w:t>
            </w:r>
            <w:r>
              <w:rPr>
                <w:sz w:val="16"/>
              </w:rPr>
              <w:t>A rendeltetésszerű használatot nem akadályozó, jelentéktelen hiba önmagában nem indokolja a teljes munka átvételének megtagadását; azt javítási határidővel kell rögzíteni.</w:t>
            </w:r>
          </w:p>
        </w:tc>
      </w:tr>
    </w:tbl>
    <w:p w14:paraId="3846333A" w14:textId="77777777" w:rsidR="00711411" w:rsidRDefault="00711411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289"/>
        <w:gridCol w:w="3289"/>
        <w:gridCol w:w="3289"/>
      </w:tblGrid>
      <w:tr w:rsidR="00711411" w14:paraId="493BFA1D" w14:textId="77777777">
        <w:trPr>
          <w:tblHeader/>
          <w:jc w:val="center"/>
        </w:trPr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27FE03" w14:textId="77777777" w:rsidR="00711411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br/>
            </w:r>
            <w:r>
              <w:rPr>
                <w:b/>
                <w:color w:val="FFFFFF"/>
                <w:sz w:val="16"/>
              </w:rPr>
              <w:br/>
              <w:t>____________________________</w:t>
            </w:r>
          </w:p>
        </w:tc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8BB9E" w14:textId="77777777" w:rsidR="00711411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br/>
            </w:r>
            <w:r>
              <w:rPr>
                <w:b/>
                <w:color w:val="FFFFFF"/>
                <w:sz w:val="16"/>
              </w:rPr>
              <w:br/>
              <w:t>____________________________</w:t>
            </w:r>
          </w:p>
        </w:tc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52600F" w14:textId="77777777" w:rsidR="00711411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br/>
            </w:r>
            <w:r>
              <w:rPr>
                <w:b/>
                <w:color w:val="FFFFFF"/>
                <w:sz w:val="16"/>
              </w:rPr>
              <w:br/>
              <w:t>____________________________</w:t>
            </w:r>
          </w:p>
        </w:tc>
      </w:tr>
      <w:tr w:rsidR="00711411" w14:paraId="12C0DB2D" w14:textId="77777777">
        <w:trPr>
          <w:jc w:val="center"/>
        </w:trPr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F6FC22" w14:textId="77777777" w:rsidR="00711411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[KITÖLTENDŐ]</w:t>
            </w:r>
          </w:p>
        </w:tc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3376C6" w14:textId="77777777" w:rsidR="00711411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[KITÖLTENDŐ]</w:t>
            </w:r>
          </w:p>
        </w:tc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605C47" w14:textId="77777777" w:rsidR="00711411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[KITÖLTENDŐ]</w:t>
            </w:r>
          </w:p>
        </w:tc>
      </w:tr>
      <w:tr w:rsidR="00711411" w14:paraId="43D0DBBD" w14:textId="77777777">
        <w:trPr>
          <w:jc w:val="center"/>
        </w:trPr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A4F67D" w14:textId="77777777" w:rsidR="00711411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Spirit Floor átadó</w:t>
            </w:r>
          </w:p>
        </w:tc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90C22C" w14:textId="77777777" w:rsidR="00711411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Megrendelő / átvevő</w:t>
            </w:r>
          </w:p>
        </w:tc>
        <w:tc>
          <w:tcPr>
            <w:tcW w:w="3289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75E4A2" w14:textId="77777777" w:rsidR="00711411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Műszaki ellenőr, ha van</w:t>
            </w:r>
          </w:p>
        </w:tc>
      </w:tr>
    </w:tbl>
    <w:p w14:paraId="3E8AC70A" w14:textId="77777777" w:rsidR="00711411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M/18 – Hibajegyzék, javítási terv és lezárás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615"/>
        <w:gridCol w:w="1127"/>
        <w:gridCol w:w="2666"/>
        <w:gridCol w:w="1402"/>
        <w:gridCol w:w="1045"/>
        <w:gridCol w:w="1294"/>
        <w:gridCol w:w="891"/>
        <w:gridCol w:w="917"/>
      </w:tblGrid>
      <w:tr w:rsidR="00711411" w14:paraId="180AF78A" w14:textId="77777777">
        <w:trPr>
          <w:jc w:val="center"/>
        </w:trPr>
        <w:tc>
          <w:tcPr>
            <w:tcW w:w="9866" w:type="dxa"/>
            <w:gridSpan w:val="8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D029B41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Az átadáskor vagy később azonosított eltérések egységes osztályozása, javítása és lezárása.</w:t>
            </w:r>
          </w:p>
        </w:tc>
      </w:tr>
      <w:tr w:rsidR="00711411" w14:paraId="2DCC50E5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8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7C72466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Hibának csak szerződéses vagy jogszabályi követelménytől való eltérés minősíthető. Esztétikai vita esetén rögzíteni kell a vizsgálati fényt, távolságot és mintát.</w:t>
            </w:r>
          </w:p>
        </w:tc>
      </w:tr>
      <w:tr w:rsidR="00711411" w14:paraId="6412520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tblHeader/>
          <w:jc w:val="center"/>
        </w:trPr>
        <w:tc>
          <w:tcPr>
            <w:tcW w:w="45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2483424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Sorsz.</w:t>
            </w: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704FF79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Hely / tétel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5C9C038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Hiba tényszerű leírása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7DFD02C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Követelmény</w:t>
            </w: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0423227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Osztály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68AD9E8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Javítás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7D68E04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Határidő</w:t>
            </w: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D132F81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Lezárás</w:t>
            </w:r>
          </w:p>
        </w:tc>
      </w:tr>
      <w:tr w:rsidR="00711411" w14:paraId="31532EE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5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DE20BF2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1</w:t>
            </w: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3F1133C" w14:textId="15EEC358" w:rsidR="00711411" w:rsidRDefault="00711411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27BDA35" w14:textId="277A3277" w:rsidR="00711411" w:rsidRDefault="00711411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46F154B" w14:textId="32209829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490C99E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□ kritikus □ súlyos □ közepes □ enyhe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1939766" w14:textId="1A84E069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6241E90" w14:textId="680B7498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2B5538D" w14:textId="2D8BD231" w:rsidR="00711411" w:rsidRDefault="00711411">
            <w:pPr>
              <w:spacing w:after="0" w:line="240" w:lineRule="auto"/>
            </w:pPr>
          </w:p>
        </w:tc>
      </w:tr>
      <w:tr w:rsidR="00711411" w14:paraId="572AD76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5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F3A1B85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2</w:t>
            </w: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33E967B" w14:textId="62D0AE26" w:rsidR="00711411" w:rsidRDefault="00711411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31FCC5E" w14:textId="474951B7" w:rsidR="00711411" w:rsidRDefault="00711411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5F00A44" w14:textId="03C8BEB8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4C69D8F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□ kritikus □ súlyos □ közepes □ enyhe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2973C09" w14:textId="67E4270D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EE6EAE1" w14:textId="392552BE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BCD89C3" w14:textId="76A1D2EA" w:rsidR="00711411" w:rsidRDefault="00711411">
            <w:pPr>
              <w:spacing w:after="0" w:line="240" w:lineRule="auto"/>
            </w:pPr>
          </w:p>
        </w:tc>
      </w:tr>
      <w:tr w:rsidR="00711411" w14:paraId="63A3C2B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5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1958067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3</w:t>
            </w: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F6BB2ED" w14:textId="115D2E37" w:rsidR="00711411" w:rsidRDefault="00711411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1BC2130" w14:textId="2B4857CD" w:rsidR="00711411" w:rsidRDefault="00711411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9520848" w14:textId="7AB5CB62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B145D77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□ kritikus □ súlyos □ közepes □ enyhe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752779F" w14:textId="7AE00F7D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1C3DCFD" w14:textId="4089A086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201A1AA" w14:textId="36BB0A5F" w:rsidR="00711411" w:rsidRDefault="00711411">
            <w:pPr>
              <w:spacing w:after="0" w:line="240" w:lineRule="auto"/>
            </w:pPr>
          </w:p>
        </w:tc>
      </w:tr>
      <w:tr w:rsidR="00711411" w14:paraId="78795DB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5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C72872F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4</w:t>
            </w: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0B8C43A" w14:textId="38E96099" w:rsidR="00711411" w:rsidRDefault="00711411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4CE113" w14:textId="4C6E2760" w:rsidR="00711411" w:rsidRDefault="00711411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F63876B" w14:textId="3EC2A62F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84EF4E7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□ kritikus □ súlyos □ közepes □ enyhe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8162460" w14:textId="26675EB5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47E4447" w14:textId="424684F4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B0E239F" w14:textId="00BF3450" w:rsidR="00711411" w:rsidRDefault="00711411">
            <w:pPr>
              <w:spacing w:after="0" w:line="240" w:lineRule="auto"/>
            </w:pPr>
          </w:p>
        </w:tc>
      </w:tr>
      <w:tr w:rsidR="00711411" w14:paraId="6FCD1F2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5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30CC583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5</w:t>
            </w: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C022DFE" w14:textId="22467710" w:rsidR="00711411" w:rsidRDefault="00711411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AAB6FB1" w14:textId="5F10CAF1" w:rsidR="00711411" w:rsidRDefault="00711411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DE8D469" w14:textId="6C2B9570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8298468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□ kritikus □ súlyos □ közepes □ enyhe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BC94F77" w14:textId="6D5D65E1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4FA5F39" w14:textId="7F0E9454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423E321" w14:textId="66A9116E" w:rsidR="00711411" w:rsidRDefault="00711411">
            <w:pPr>
              <w:spacing w:after="0" w:line="240" w:lineRule="auto"/>
            </w:pPr>
          </w:p>
        </w:tc>
      </w:tr>
      <w:tr w:rsidR="00711411" w14:paraId="4090FDB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5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B314E40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6</w:t>
            </w: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D93A586" w14:textId="6EDB2AD9" w:rsidR="00711411" w:rsidRDefault="00711411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441C8F7" w14:textId="69975D17" w:rsidR="00711411" w:rsidRDefault="00711411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AC789EB" w14:textId="04526FCA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402BC36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□ kritikus □ súlyos □ közepes □ enyhe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7FB342A" w14:textId="38F54F47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B0D1336" w14:textId="165E4121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FA6E44B" w14:textId="331A633F" w:rsidR="00711411" w:rsidRDefault="00711411">
            <w:pPr>
              <w:spacing w:after="0" w:line="240" w:lineRule="auto"/>
            </w:pPr>
          </w:p>
        </w:tc>
      </w:tr>
      <w:tr w:rsidR="00711411" w14:paraId="71B210C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5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5633C77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7</w:t>
            </w: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B135DED" w14:textId="3263200C" w:rsidR="00711411" w:rsidRDefault="00711411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1070585" w14:textId="6649A59B" w:rsidR="00711411" w:rsidRDefault="00711411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56B908B" w14:textId="6907AB75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A94D413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□ kritikus □ súlyos □ közepes □ enyhe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A98C3DB" w14:textId="1EF3129A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19E7210" w14:textId="3349529D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68AB0EB" w14:textId="35EF2ACA" w:rsidR="00711411" w:rsidRDefault="00711411">
            <w:pPr>
              <w:spacing w:after="0" w:line="240" w:lineRule="auto"/>
            </w:pPr>
          </w:p>
        </w:tc>
      </w:tr>
      <w:tr w:rsidR="00711411" w14:paraId="174878C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5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73B2B63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8</w:t>
            </w: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3FC67AF" w14:textId="54787E22" w:rsidR="00711411" w:rsidRDefault="00711411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5225B92" w14:textId="3A792475" w:rsidR="00711411" w:rsidRDefault="00711411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21FD651" w14:textId="1FD1460D" w:rsidR="00711411" w:rsidRDefault="00711411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A6DB8F1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□ kritikus □ súlyos □ közepes □ enyhe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E5CD563" w14:textId="1476905B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A72F6A7" w14:textId="756A922C" w:rsidR="00711411" w:rsidRDefault="00711411">
            <w:pPr>
              <w:spacing w:after="0" w:line="240" w:lineRule="auto"/>
            </w:pPr>
          </w:p>
        </w:tc>
        <w:tc>
          <w:tcPr>
            <w:tcW w:w="90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76D4DA4" w14:textId="6E1D4EF2" w:rsidR="00711411" w:rsidRDefault="00711411">
            <w:pPr>
              <w:spacing w:after="0" w:line="240" w:lineRule="auto"/>
            </w:pPr>
          </w:p>
        </w:tc>
      </w:tr>
      <w:tr w:rsidR="00711411" w14:paraId="70D4955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24E28DB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Javítás alatt szükséges hozzáférés / kiürítés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B824D1A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098EDE8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6731676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Megrendelő közreműködése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8316225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647B8F6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8FC1758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Javítási ellenőrzés módszere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186230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303072D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3390C3A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Visszatartott összeg, ha van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E96F48B" w14:textId="238CBBF7" w:rsidR="00711411" w:rsidRDefault="00711411">
            <w:pPr>
              <w:spacing w:after="0" w:line="240" w:lineRule="auto"/>
            </w:pPr>
          </w:p>
        </w:tc>
      </w:tr>
      <w:tr w:rsidR="00711411" w14:paraId="71FA692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DB306DC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Lezáró fotók / mérés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81B14D0" w14:textId="6913C274" w:rsidR="00711411" w:rsidRDefault="00711411">
            <w:pPr>
              <w:spacing w:after="0" w:line="240" w:lineRule="auto"/>
            </w:pPr>
          </w:p>
        </w:tc>
      </w:tr>
      <w:tr w:rsidR="00711411" w14:paraId="63B8B85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EA18F42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Végső állapot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7019B8A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□ lezárva  □ részben lezárva  □ vitatott</w:t>
            </w:r>
          </w:p>
        </w:tc>
      </w:tr>
    </w:tbl>
    <w:p w14:paraId="40843506" w14:textId="77777777" w:rsidR="00711411" w:rsidRDefault="00711411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711411" w14:paraId="0561E911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2AF2FE19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70AD388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711411" w14:paraId="03E56149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836F0CB" w14:textId="48341E44" w:rsidR="00711411" w:rsidRDefault="00711411">
            <w:pPr>
              <w:spacing w:after="0" w:line="240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EC05764" w14:textId="3617C02C" w:rsidR="00711411" w:rsidRDefault="00711411">
            <w:pPr>
              <w:spacing w:after="0" w:line="240" w:lineRule="auto"/>
              <w:jc w:val="center"/>
            </w:pPr>
          </w:p>
        </w:tc>
      </w:tr>
      <w:tr w:rsidR="00711411" w14:paraId="39509E74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1D1EBB7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Spirit Floor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3D4C75D1" w14:textId="77777777" w:rsidR="00711411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Megrendelő / ellenőr</w:t>
            </w:r>
          </w:p>
        </w:tc>
      </w:tr>
    </w:tbl>
    <w:p w14:paraId="64DBA593" w14:textId="77777777" w:rsidR="00711411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M/19 – Műszaki hibabejelentő és kivitelezési vizsgálati lap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4414"/>
        <w:gridCol w:w="4710"/>
        <w:gridCol w:w="833"/>
      </w:tblGrid>
      <w:tr w:rsidR="00711411" w14:paraId="1B55E4B4" w14:textId="77777777">
        <w:trPr>
          <w:jc w:val="center"/>
        </w:trPr>
        <w:tc>
          <w:tcPr>
            <w:tcW w:w="9866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96BE5A6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Cél: Utólagos kivitelezési vagy helyszíni műszaki hibák tényszerű dokumentálása és az SF-JOG-09 szerinti igénykezelés műszaki alátámasztása.</w:t>
            </w:r>
          </w:p>
        </w:tc>
      </w:tr>
      <w:tr w:rsidR="00711411" w14:paraId="58D7EB54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933873C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Használati szabály: Ez a lap műszaki vizsgálati melléklet, nem önálló szavatossági/jótállási eljárás. A fogyasztói panaszt és jogi igényt az SF-JOG-09 szerint kell nyilvántartani és határidőzni. A lap kitöltése nem feltétele a törvényi jogoknak; sürgős kárveszélyt telefonon is azonnal jelezni kell.</w:t>
            </w:r>
          </w:p>
        </w:tc>
      </w:tr>
      <w:tr w:rsidR="00711411" w14:paraId="2A61586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E6BC9E2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Bejelentő neve / cége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82CD12C" w14:textId="1279FF15" w:rsidR="00711411" w:rsidRDefault="00711411">
            <w:pPr>
              <w:spacing w:after="0" w:line="240" w:lineRule="auto"/>
            </w:pPr>
          </w:p>
        </w:tc>
      </w:tr>
      <w:tr w:rsidR="00711411" w14:paraId="2C6EFC5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3886172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Projekt / cím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20F34F2" w14:textId="6D3B7D14" w:rsidR="00711411" w:rsidRDefault="00711411">
            <w:pPr>
              <w:spacing w:after="0" w:line="240" w:lineRule="auto"/>
            </w:pPr>
          </w:p>
        </w:tc>
      </w:tr>
      <w:tr w:rsidR="00711411" w14:paraId="7E537DC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8D42419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Szerződés / számla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D79A248" w14:textId="1E3A47CD" w:rsidR="00711411" w:rsidRDefault="00711411">
            <w:pPr>
              <w:spacing w:after="0" w:line="240" w:lineRule="auto"/>
            </w:pPr>
          </w:p>
        </w:tc>
      </w:tr>
      <w:tr w:rsidR="00711411" w14:paraId="4B88D8D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40CD1B2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Elérhetőség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AD57F7E" w14:textId="3CE14DBA" w:rsidR="00711411" w:rsidRDefault="00711411">
            <w:pPr>
              <w:spacing w:after="0" w:line="240" w:lineRule="auto"/>
            </w:pPr>
          </w:p>
        </w:tc>
      </w:tr>
      <w:tr w:rsidR="00711411" w14:paraId="17371D0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BF3A8AA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Bejelentés dátuma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D9A6590" w14:textId="2A6FB2A3" w:rsidR="00711411" w:rsidRDefault="00711411">
            <w:pPr>
              <w:spacing w:after="0" w:line="240" w:lineRule="auto"/>
            </w:pPr>
          </w:p>
        </w:tc>
      </w:tr>
      <w:tr w:rsidR="00711411" w14:paraId="7F6389A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8627076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Hiba első észlelése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381388F" w14:textId="1A24D76E" w:rsidR="00711411" w:rsidRDefault="00711411">
            <w:pPr>
              <w:spacing w:after="0" w:line="240" w:lineRule="auto"/>
            </w:pPr>
          </w:p>
        </w:tc>
      </w:tr>
      <w:tr w:rsidR="00711411" w14:paraId="06859E9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8A5E035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Helyiség / pontos hely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E971ECD" w14:textId="126963FE" w:rsidR="00711411" w:rsidRDefault="00711411">
            <w:pPr>
              <w:spacing w:after="0" w:line="240" w:lineRule="auto"/>
            </w:pPr>
          </w:p>
        </w:tc>
      </w:tr>
      <w:tr w:rsidR="00711411" w14:paraId="1898008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F2244CC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Hiba leírása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0B6318E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2FAB46B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A5A3E0D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Használat / terhelés körülményei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30B32DF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6106C92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C3B82F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Tisztítási és karbantartási mód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77DD2A4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3971A8B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C6096E4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Előzmény: beázás, más szakág, átalakítás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08996FA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1D06928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637C81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Azonnali kármegelőző intézkedés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AC535A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6709D9F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02F9E4F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Csatolt fotó / videó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DD8F3B2" w14:textId="702DB042" w:rsidR="00711411" w:rsidRDefault="00711411">
            <w:pPr>
              <w:spacing w:after="0" w:line="240" w:lineRule="auto"/>
            </w:pPr>
          </w:p>
        </w:tc>
      </w:tr>
    </w:tbl>
    <w:p w14:paraId="7FFACA10" w14:textId="77777777" w:rsidR="00711411" w:rsidRDefault="00000000">
      <w:pPr>
        <w:pStyle w:val="Cmsor2"/>
        <w:pBdr>
          <w:left w:val="single" w:sz="10" w:space="5" w:color="F29F05"/>
        </w:pBdr>
      </w:pPr>
      <w:r>
        <w:t>Spirit Floor vizsgálati rész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711411" w14:paraId="05F28324" w14:textId="77777777">
        <w:trPr>
          <w:tblHeader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326CE02" w14:textId="735A0514" w:rsidR="00711411" w:rsidRDefault="00711411">
            <w:pPr>
              <w:spacing w:after="0" w:line="240" w:lineRule="auto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2BA08DB" w14:textId="23CFBB88" w:rsidR="00711411" w:rsidRDefault="00711411">
            <w:pPr>
              <w:spacing w:after="0" w:line="240" w:lineRule="auto"/>
            </w:pPr>
          </w:p>
        </w:tc>
      </w:tr>
      <w:tr w:rsidR="00711411" w14:paraId="7073D097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39DBDCA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Jelenlévők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586D3B0" w14:textId="106411B9" w:rsidR="00711411" w:rsidRDefault="00711411">
            <w:pPr>
              <w:spacing w:after="0" w:line="240" w:lineRule="auto"/>
            </w:pPr>
          </w:p>
        </w:tc>
      </w:tr>
      <w:tr w:rsidR="00711411" w14:paraId="5FB32B6E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6161FE7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Mérés / feltárás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9D29BE3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5CE8390E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795FE3D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Valószínű ok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0475DD9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45A11100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3E1A527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Minősítés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289A58F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□ jogos igény  □ részben jogos  □ nem igazolt  □ további szakértő szükséges</w:t>
            </w:r>
          </w:p>
        </w:tc>
      </w:tr>
      <w:tr w:rsidR="00711411" w14:paraId="15E4CBE1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F1613BA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Javasolt intézkedés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CFFA189" w14:textId="77777777" w:rsidR="00711411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239D21F5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56E38AE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Határidő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08118B1" w14:textId="6A08A1FF" w:rsidR="00711411" w:rsidRDefault="00711411">
            <w:pPr>
              <w:spacing w:after="0" w:line="240" w:lineRule="auto"/>
            </w:pPr>
          </w:p>
        </w:tc>
      </w:tr>
      <w:tr w:rsidR="00711411" w14:paraId="6560B2A5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E2C7DF5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Költségviselés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BE9048E" w14:textId="683BB1E4" w:rsidR="00711411" w:rsidRDefault="00711411">
            <w:pPr>
              <w:spacing w:after="0" w:line="240" w:lineRule="auto"/>
            </w:pPr>
          </w:p>
        </w:tc>
      </w:tr>
    </w:tbl>
    <w:p w14:paraId="49B255E8" w14:textId="77777777" w:rsidR="00711411" w:rsidRDefault="00711411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711411" w14:paraId="78C191CB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599689AF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7F2CE7B2" w14:textId="77777777" w:rsidR="00711411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711411" w14:paraId="55FEF62A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35031BF2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[KITÖLTENDŐ]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5353EEDA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[KITÖLTENDŐ]</w:t>
            </w:r>
          </w:p>
        </w:tc>
      </w:tr>
      <w:tr w:rsidR="00711411" w14:paraId="3651CD99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31368259" w14:textId="77777777" w:rsidR="00711411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Bejelentő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333690D" w14:textId="77777777" w:rsidR="00711411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Spirit Floor vizsgáló</w:t>
            </w:r>
          </w:p>
        </w:tc>
      </w:tr>
    </w:tbl>
    <w:p w14:paraId="7B49310F" w14:textId="77777777" w:rsidR="00711411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M/20 – Átadási dokumentumjegyzék és karbantartási tájékoztató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2276"/>
        <w:gridCol w:w="2239"/>
        <w:gridCol w:w="794"/>
        <w:gridCol w:w="1504"/>
        <w:gridCol w:w="2328"/>
        <w:gridCol w:w="816"/>
      </w:tblGrid>
      <w:tr w:rsidR="00711411" w14:paraId="1519122A" w14:textId="77777777">
        <w:trPr>
          <w:jc w:val="center"/>
        </w:trPr>
        <w:tc>
          <w:tcPr>
            <w:tcW w:w="9866" w:type="dxa"/>
            <w:gridSpan w:val="6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EBFB6B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 projekthez tartozó műszaki iratok, használati korlátozások és karbantartási szabályok átadása.</w:t>
            </w:r>
          </w:p>
        </w:tc>
      </w:tr>
      <w:tr w:rsidR="00711411" w14:paraId="43074E1E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6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DA8402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Csak ténylegesen átadott dokumentumot szabad bejelölni. A gyártói útmutató elsőbbséget élvez az általános tanácshoz képest.</w:t>
            </w:r>
          </w:p>
        </w:tc>
      </w:tr>
      <w:tr w:rsidR="00711411" w14:paraId="669A1D9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tblHeader/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4CA573" w14:textId="77777777" w:rsidR="00711411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Dokumentum</w:t>
            </w:r>
          </w:p>
        </w:tc>
        <w:tc>
          <w:tcPr>
            <w:tcW w:w="209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3EA5E" w14:textId="77777777" w:rsidR="00711411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Azonosító / termék</w:t>
            </w:r>
          </w:p>
        </w:tc>
        <w:tc>
          <w:tcPr>
            <w:tcW w:w="7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2FDD4" w14:textId="77777777" w:rsidR="00711411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Átadva</w:t>
            </w: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007426" w14:textId="77777777" w:rsidR="00711411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Formátum</w:t>
            </w: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74B03F" w14:textId="77777777" w:rsidR="00711411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Megjegyzés</w:t>
            </w:r>
          </w:p>
        </w:tc>
      </w:tr>
      <w:tr w:rsidR="00711411" w14:paraId="34B9A81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6D958D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Burkolat műszaki adatlap</w:t>
            </w:r>
          </w:p>
        </w:tc>
        <w:tc>
          <w:tcPr>
            <w:tcW w:w="209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0F1372" w14:textId="22273D49" w:rsidR="00711411" w:rsidRDefault="00711411">
            <w:pPr>
              <w:spacing w:after="36" w:line="245" w:lineRule="auto"/>
            </w:pPr>
          </w:p>
        </w:tc>
        <w:tc>
          <w:tcPr>
            <w:tcW w:w="7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69D25B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</w:t>
            </w: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7D404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 papír □ e-mail</w:t>
            </w: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D40BF" w14:textId="55245424" w:rsidR="00711411" w:rsidRDefault="00711411">
            <w:pPr>
              <w:spacing w:after="36" w:line="245" w:lineRule="auto"/>
            </w:pPr>
          </w:p>
        </w:tc>
      </w:tr>
      <w:tr w:rsidR="00711411" w14:paraId="12075B8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71755B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Teljesítménynyilatkozat</w:t>
            </w:r>
          </w:p>
        </w:tc>
        <w:tc>
          <w:tcPr>
            <w:tcW w:w="209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B01474" w14:textId="5666CCFF" w:rsidR="00711411" w:rsidRDefault="00711411">
            <w:pPr>
              <w:spacing w:after="36" w:line="245" w:lineRule="auto"/>
            </w:pPr>
          </w:p>
        </w:tc>
        <w:tc>
          <w:tcPr>
            <w:tcW w:w="7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0D6B4C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</w:t>
            </w: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DA358D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 papír □ e-mail</w:t>
            </w: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452E1F" w14:textId="6DBCBA86" w:rsidR="00711411" w:rsidRDefault="00711411">
            <w:pPr>
              <w:spacing w:after="36" w:line="245" w:lineRule="auto"/>
            </w:pPr>
          </w:p>
        </w:tc>
      </w:tr>
      <w:tr w:rsidR="00711411" w14:paraId="2B09D0E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4F95C6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Segédanyag adatlapok</w:t>
            </w:r>
          </w:p>
        </w:tc>
        <w:tc>
          <w:tcPr>
            <w:tcW w:w="209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1A232" w14:textId="40D3244F" w:rsidR="00711411" w:rsidRDefault="00711411">
            <w:pPr>
              <w:spacing w:after="36" w:line="245" w:lineRule="auto"/>
            </w:pPr>
          </w:p>
        </w:tc>
        <w:tc>
          <w:tcPr>
            <w:tcW w:w="7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284D20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</w:t>
            </w: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23B34C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 papír □ e-mail</w:t>
            </w: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A228F4" w14:textId="7C4C9186" w:rsidR="00711411" w:rsidRDefault="00711411">
            <w:pPr>
              <w:spacing w:after="36" w:line="245" w:lineRule="auto"/>
            </w:pPr>
          </w:p>
        </w:tc>
      </w:tr>
      <w:tr w:rsidR="00711411" w14:paraId="0E66611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0644B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Biztonsági adatlap, ha releváns</w:t>
            </w:r>
          </w:p>
        </w:tc>
        <w:tc>
          <w:tcPr>
            <w:tcW w:w="209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346F6E" w14:textId="7F24C416" w:rsidR="00711411" w:rsidRDefault="00711411">
            <w:pPr>
              <w:spacing w:after="36" w:line="245" w:lineRule="auto"/>
            </w:pPr>
          </w:p>
        </w:tc>
        <w:tc>
          <w:tcPr>
            <w:tcW w:w="7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A3B52A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</w:t>
            </w: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69DCCE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 papír □ e-mail</w:t>
            </w: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48AECA" w14:textId="2077C2C9" w:rsidR="00711411" w:rsidRDefault="00711411">
            <w:pPr>
              <w:spacing w:after="36" w:line="245" w:lineRule="auto"/>
            </w:pPr>
          </w:p>
        </w:tc>
      </w:tr>
      <w:tr w:rsidR="00711411" w14:paraId="3F0816F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A668F3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Karbantartási útmutató</w:t>
            </w:r>
          </w:p>
        </w:tc>
        <w:tc>
          <w:tcPr>
            <w:tcW w:w="209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14E65A" w14:textId="40837495" w:rsidR="00711411" w:rsidRDefault="00711411">
            <w:pPr>
              <w:spacing w:after="36" w:line="245" w:lineRule="auto"/>
            </w:pPr>
          </w:p>
        </w:tc>
        <w:tc>
          <w:tcPr>
            <w:tcW w:w="7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5EDC1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</w:t>
            </w: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0EBDAF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 papír □ e-mail</w:t>
            </w: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8FC1BB" w14:textId="2D784B4C" w:rsidR="00711411" w:rsidRDefault="00711411">
            <w:pPr>
              <w:spacing w:after="36" w:line="245" w:lineRule="auto"/>
            </w:pPr>
          </w:p>
        </w:tc>
      </w:tr>
      <w:tr w:rsidR="00711411" w14:paraId="68E4FA9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671C6A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Mérési / aljzatvizsgálati lap</w:t>
            </w:r>
          </w:p>
        </w:tc>
        <w:tc>
          <w:tcPr>
            <w:tcW w:w="209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B9D7EF" w14:textId="0E1C43E3" w:rsidR="00711411" w:rsidRDefault="00711411">
            <w:pPr>
              <w:spacing w:after="36" w:line="245" w:lineRule="auto"/>
            </w:pPr>
          </w:p>
        </w:tc>
        <w:tc>
          <w:tcPr>
            <w:tcW w:w="7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9DEC53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</w:t>
            </w: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8019C5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 papír □ e-mail</w:t>
            </w: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990CE" w14:textId="7AED77E0" w:rsidR="00711411" w:rsidRDefault="00711411">
            <w:pPr>
              <w:spacing w:after="36" w:line="245" w:lineRule="auto"/>
            </w:pPr>
          </w:p>
        </w:tc>
      </w:tr>
      <w:tr w:rsidR="00711411" w14:paraId="7BE1541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6E3ED5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Fotódokumentáció</w:t>
            </w:r>
          </w:p>
        </w:tc>
        <w:tc>
          <w:tcPr>
            <w:tcW w:w="209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6D5243" w14:textId="6D650114" w:rsidR="00711411" w:rsidRDefault="00711411">
            <w:pPr>
              <w:spacing w:after="36" w:line="245" w:lineRule="auto"/>
            </w:pPr>
          </w:p>
        </w:tc>
        <w:tc>
          <w:tcPr>
            <w:tcW w:w="7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F9A8DC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</w:t>
            </w: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FD591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 link □ adathordozó</w:t>
            </w: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40E6C1" w14:textId="031CC158" w:rsidR="00711411" w:rsidRDefault="00711411">
            <w:pPr>
              <w:spacing w:after="36" w:line="245" w:lineRule="auto"/>
            </w:pPr>
          </w:p>
        </w:tc>
      </w:tr>
      <w:tr w:rsidR="00711411" w14:paraId="5CFADB4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4490F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Jótállási nyilatkozat / jegy</w:t>
            </w:r>
          </w:p>
        </w:tc>
        <w:tc>
          <w:tcPr>
            <w:tcW w:w="209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36F3C" w14:textId="56E73D26" w:rsidR="00711411" w:rsidRDefault="00711411">
            <w:pPr>
              <w:spacing w:after="36" w:line="245" w:lineRule="auto"/>
            </w:pPr>
          </w:p>
        </w:tc>
        <w:tc>
          <w:tcPr>
            <w:tcW w:w="7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DF1FC5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</w:t>
            </w: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D2B3A3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 papír □ e-mail</w:t>
            </w: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263C9" w14:textId="0131EEEA" w:rsidR="00711411" w:rsidRDefault="00711411">
            <w:pPr>
              <w:spacing w:after="36" w:line="245" w:lineRule="auto"/>
            </w:pPr>
          </w:p>
        </w:tc>
      </w:tr>
      <w:tr w:rsidR="00711411" w14:paraId="5938CA4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238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A2029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Egyéb</w:t>
            </w:r>
          </w:p>
        </w:tc>
        <w:tc>
          <w:tcPr>
            <w:tcW w:w="209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08CAD" w14:textId="0021AF67" w:rsidR="00711411" w:rsidRDefault="00711411">
            <w:pPr>
              <w:spacing w:after="36" w:line="245" w:lineRule="auto"/>
            </w:pPr>
          </w:p>
        </w:tc>
        <w:tc>
          <w:tcPr>
            <w:tcW w:w="79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D1A323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□</w:t>
            </w: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6C4AD5" w14:textId="731C5CF6" w:rsidR="00711411" w:rsidRDefault="00711411">
            <w:pPr>
              <w:spacing w:after="36" w:line="245" w:lineRule="auto"/>
            </w:pPr>
          </w:p>
        </w:tc>
        <w:tc>
          <w:tcPr>
            <w:tcW w:w="2268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FB467" w14:textId="73A74559" w:rsidR="00711411" w:rsidRDefault="00711411">
            <w:pPr>
              <w:spacing w:after="36" w:line="245" w:lineRule="auto"/>
            </w:pPr>
          </w:p>
        </w:tc>
      </w:tr>
      <w:tr w:rsidR="00711411" w14:paraId="3D676C5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B3FC99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Első terhelés / járhatóság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EE6361" w14:textId="2752B8AB" w:rsidR="00711411" w:rsidRDefault="00711411">
            <w:pPr>
              <w:spacing w:after="36" w:line="245" w:lineRule="auto"/>
            </w:pPr>
          </w:p>
        </w:tc>
      </w:tr>
      <w:tr w:rsidR="00711411" w14:paraId="0910795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B4E375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Teljes terhelhetőség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86D7C6" w14:textId="2B833F15" w:rsidR="00711411" w:rsidRDefault="00711411">
            <w:pPr>
              <w:spacing w:after="36" w:line="245" w:lineRule="auto"/>
            </w:pPr>
          </w:p>
        </w:tc>
      </w:tr>
      <w:tr w:rsidR="00711411" w14:paraId="78AC7CC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0C7B43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Első nedves tisztítás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E1A60F" w14:textId="6517CB03" w:rsidR="00711411" w:rsidRDefault="00711411">
            <w:pPr>
              <w:spacing w:after="36" w:line="245" w:lineRule="auto"/>
            </w:pPr>
          </w:p>
        </w:tc>
      </w:tr>
      <w:tr w:rsidR="00711411" w14:paraId="0B58ADE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3C4E97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Ajánlott tisztítószer / módszer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FBE6B" w14:textId="5CD42FBE" w:rsidR="00711411" w:rsidRDefault="00711411">
            <w:pPr>
              <w:spacing w:after="36" w:line="245" w:lineRule="auto"/>
            </w:pPr>
          </w:p>
        </w:tc>
      </w:tr>
      <w:tr w:rsidR="00711411" w14:paraId="3F71441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3E54F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Kerülendő vegyszer / eszköz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50F91A" w14:textId="53387D50" w:rsidR="00711411" w:rsidRDefault="00711411">
            <w:pPr>
              <w:spacing w:after="36" w:line="245" w:lineRule="auto"/>
            </w:pPr>
          </w:p>
        </w:tc>
      </w:tr>
      <w:tr w:rsidR="00711411" w14:paraId="404D63C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4E2AE7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Bútorvédő / görgő / szennyfogó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0C620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2063D40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FAE027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Klimatikus üzemeltetés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761DD8" w14:textId="392C587B" w:rsidR="00711411" w:rsidRDefault="00711411">
            <w:pPr>
              <w:spacing w:after="36" w:line="245" w:lineRule="auto"/>
            </w:pPr>
          </w:p>
        </w:tc>
      </w:tr>
      <w:tr w:rsidR="00711411" w14:paraId="160F76B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CA651E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Padlófűtés szabály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95EF70" w14:textId="754B282B" w:rsidR="00711411" w:rsidRDefault="00711411">
            <w:pPr>
              <w:spacing w:after="36" w:line="245" w:lineRule="auto"/>
            </w:pPr>
          </w:p>
        </w:tc>
      </w:tr>
      <w:tr w:rsidR="00711411" w14:paraId="3F56027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4A8BA5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Időszakos karbantartás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DC1D1F" w14:textId="77777777" w:rsidR="00711411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711411" w14:paraId="374234E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AA08D1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Hibabejelentés elérhetősége</w:t>
            </w:r>
          </w:p>
        </w:tc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21157D" w14:textId="77777777" w:rsidR="00711411" w:rsidRDefault="00000000">
            <w:pPr>
              <w:spacing w:after="36" w:line="245" w:lineRule="auto"/>
            </w:pPr>
            <w:r w:rsidRPr="008B5828">
              <w:rPr>
                <w:sz w:val="16"/>
              </w:rPr>
              <w:t>kapcsolat@spiritfloor.hu / +36 30 931 0990</w:t>
            </w:r>
          </w:p>
        </w:tc>
      </w:tr>
    </w:tbl>
    <w:p w14:paraId="01F44941" w14:textId="77777777" w:rsidR="00711411" w:rsidRDefault="00711411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711411" w14:paraId="51E74B4F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AF318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3CA734" w14:textId="77777777" w:rsidR="00711411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711411" w14:paraId="5E86664A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0F23D" w14:textId="3F22B5B2" w:rsidR="00711411" w:rsidRDefault="00711411">
            <w:pPr>
              <w:spacing w:after="36" w:line="245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99CE27" w14:textId="5F50F061" w:rsidR="00711411" w:rsidRDefault="00711411">
            <w:pPr>
              <w:spacing w:after="36" w:line="245" w:lineRule="auto"/>
              <w:jc w:val="center"/>
            </w:pPr>
          </w:p>
        </w:tc>
      </w:tr>
      <w:tr w:rsidR="00711411" w14:paraId="2E907865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F0098" w14:textId="77777777" w:rsidR="00711411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Spirit Floor átadó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96ADA6" w14:textId="77777777" w:rsidR="00711411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Átvevő</w:t>
            </w:r>
          </w:p>
        </w:tc>
      </w:tr>
    </w:tbl>
    <w:p w14:paraId="77679248" w14:textId="77777777" w:rsidR="00711411" w:rsidRDefault="00000000">
      <w:pPr>
        <w:pStyle w:val="SFNote"/>
        <w:pBdr>
          <w:left w:val="single" w:sz="14" w:space="6" w:color="F29F05"/>
        </w:pBdr>
        <w:shd w:val="clear" w:color="auto" w:fill="FAF8F5"/>
        <w:rPr>
          <w:rFonts w:hint="eastAsia"/>
        </w:rPr>
      </w:pPr>
      <w:r>
        <w:rPr>
          <w:b/>
        </w:rPr>
        <w:t xml:space="preserve">Fontos. </w:t>
      </w:r>
      <w:r>
        <w:t>A Spirit Floor belső QC nem „saját magától történő jogi átvétel”. Ez egy megelőző minőségkapu. A fogyasztói átadás-átvétel és a hibás teljesítésre vonatkozó jogok ettől elkülönülnek.</w:t>
      </w:r>
    </w:p>
    <w:sectPr w:rsidR="007114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037" w:right="1066" w:bottom="979" w:left="1066" w:header="346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2BD9E" w14:textId="77777777" w:rsidR="00BF3EF7" w:rsidRDefault="00BF3EF7">
      <w:pPr>
        <w:spacing w:after="0" w:line="240" w:lineRule="auto"/>
      </w:pPr>
      <w:r>
        <w:separator/>
      </w:r>
    </w:p>
  </w:endnote>
  <w:endnote w:type="continuationSeparator" w:id="0">
    <w:p w14:paraId="226F8A0C" w14:textId="77777777" w:rsidR="00BF3EF7" w:rsidRDefault="00BF3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erif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380B" w14:textId="77777777" w:rsidR="00711411" w:rsidRDefault="0071141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912"/>
      <w:gridCol w:w="2808"/>
    </w:tblGrid>
    <w:tr w:rsidR="00711411" w14:paraId="67672E35" w14:textId="77777777">
      <w:trPr>
        <w:jc w:val="center"/>
      </w:trPr>
      <w:tc>
        <w:tcPr>
          <w:tcW w:w="6912" w:type="dxa"/>
          <w:tcBorders>
            <w:top w:val="single" w:sz="4" w:space="0" w:color="D9D4CE"/>
          </w:tcBorders>
          <w:tcMar>
            <w:top w:w="30" w:type="dxa"/>
            <w:left w:w="20" w:type="dxa"/>
            <w:bottom w:w="10" w:type="dxa"/>
            <w:right w:w="20" w:type="dxa"/>
          </w:tcMar>
        </w:tcPr>
        <w:p w14:paraId="6FF0F72B" w14:textId="77777777" w:rsidR="00711411" w:rsidRDefault="00000000">
          <w:r>
            <w:rPr>
              <w:color w:val="676767"/>
              <w:sz w:val="14"/>
            </w:rPr>
            <w:t>SF-JOG-</w:t>
          </w:r>
          <w:proofErr w:type="gramStart"/>
          <w:r>
            <w:rPr>
              <w:color w:val="676767"/>
              <w:sz w:val="14"/>
            </w:rPr>
            <w:t>08  •</w:t>
          </w:r>
          <w:proofErr w:type="gramEnd"/>
          <w:r>
            <w:rPr>
              <w:color w:val="676767"/>
              <w:sz w:val="14"/>
            </w:rPr>
            <w:t xml:space="preserve">  </w:t>
          </w:r>
          <w:proofErr w:type="gramStart"/>
          <w:r>
            <w:rPr>
              <w:color w:val="676767"/>
              <w:sz w:val="14"/>
            </w:rPr>
            <w:t>v3.0  •</w:t>
          </w:r>
          <w:proofErr w:type="gramEnd"/>
          <w:r>
            <w:rPr>
              <w:color w:val="676767"/>
              <w:sz w:val="14"/>
            </w:rPr>
            <w:t xml:space="preserve">  Spirit Floor Kft.</w:t>
          </w:r>
        </w:p>
      </w:tc>
      <w:tc>
        <w:tcPr>
          <w:tcW w:w="2808" w:type="dxa"/>
          <w:tcBorders>
            <w:top w:val="single" w:sz="4" w:space="0" w:color="D9D4CE"/>
          </w:tcBorders>
          <w:tcMar>
            <w:top w:w="30" w:type="dxa"/>
            <w:left w:w="20" w:type="dxa"/>
            <w:bottom w:w="10" w:type="dxa"/>
            <w:right w:w="20" w:type="dxa"/>
          </w:tcMar>
        </w:tcPr>
        <w:p w14:paraId="0A472BC7" w14:textId="77777777" w:rsidR="00711411" w:rsidRDefault="00000000">
          <w:pPr>
            <w:jc w:val="right"/>
          </w:pPr>
          <w:r>
            <w:rPr>
              <w:color w:val="676767"/>
              <w:sz w:val="14"/>
            </w:rPr>
            <w:t xml:space="preserve">Oldal </w:t>
          </w:r>
          <w:r>
            <w:rPr>
              <w:color w:val="676767"/>
              <w:sz w:val="14"/>
            </w:rPr>
            <w:fldChar w:fldCharType="begin"/>
          </w:r>
          <w:r>
            <w:rPr>
              <w:color w:val="676767"/>
              <w:sz w:val="14"/>
            </w:rPr>
            <w:instrText>PAGE</w:instrText>
          </w:r>
          <w:r w:rsidR="008B5828">
            <w:rPr>
              <w:color w:val="676767"/>
              <w:sz w:val="14"/>
            </w:rPr>
            <w:fldChar w:fldCharType="separate"/>
          </w:r>
          <w:r w:rsidR="008B5828">
            <w:rPr>
              <w:noProof/>
              <w:color w:val="676767"/>
              <w:sz w:val="14"/>
            </w:rPr>
            <w:t>1</w:t>
          </w:r>
          <w:r>
            <w:rPr>
              <w:color w:val="676767"/>
              <w:sz w:val="14"/>
            </w:rPr>
            <w:fldChar w:fldCharType="end"/>
          </w:r>
          <w:r>
            <w:rPr>
              <w:color w:val="676767"/>
              <w:sz w:val="14"/>
            </w:rPr>
            <w:t xml:space="preserve"> / </w:t>
          </w:r>
          <w:r>
            <w:rPr>
              <w:color w:val="676767"/>
              <w:sz w:val="14"/>
            </w:rPr>
            <w:fldChar w:fldCharType="begin"/>
          </w:r>
          <w:r>
            <w:rPr>
              <w:color w:val="676767"/>
              <w:sz w:val="14"/>
            </w:rPr>
            <w:instrText>NUMPAGES</w:instrText>
          </w:r>
          <w:r w:rsidR="008B5828">
            <w:rPr>
              <w:color w:val="676767"/>
              <w:sz w:val="14"/>
            </w:rPr>
            <w:fldChar w:fldCharType="separate"/>
          </w:r>
          <w:r w:rsidR="008B5828">
            <w:rPr>
              <w:noProof/>
              <w:color w:val="676767"/>
              <w:sz w:val="14"/>
            </w:rPr>
            <w:t>2</w:t>
          </w:r>
          <w:r>
            <w:rPr>
              <w:color w:val="676767"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176E5" w14:textId="77777777" w:rsidR="00711411" w:rsidRDefault="0071141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C786A" w14:textId="77777777" w:rsidR="00BF3EF7" w:rsidRDefault="00BF3EF7">
      <w:pPr>
        <w:spacing w:after="0" w:line="240" w:lineRule="auto"/>
      </w:pPr>
      <w:r>
        <w:separator/>
      </w:r>
    </w:p>
  </w:footnote>
  <w:footnote w:type="continuationSeparator" w:id="0">
    <w:p w14:paraId="60F41F12" w14:textId="77777777" w:rsidR="00BF3EF7" w:rsidRDefault="00BF3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AA870" w14:textId="77777777" w:rsidR="00711411" w:rsidRDefault="0071141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008"/>
      <w:gridCol w:w="8640"/>
    </w:tblGrid>
    <w:tr w:rsidR="00711411" w14:paraId="3A8C23C7" w14:textId="77777777">
      <w:trPr>
        <w:jc w:val="center"/>
      </w:trPr>
      <w:tc>
        <w:tcPr>
          <w:tcW w:w="1008" w:type="dxa"/>
          <w:tcBorders>
            <w:bottom w:val="single" w:sz="10" w:space="0" w:color="F29F05"/>
          </w:tcBorders>
          <w:tcMar>
            <w:top w:w="20" w:type="dxa"/>
            <w:left w:w="20" w:type="dxa"/>
            <w:bottom w:w="30" w:type="dxa"/>
            <w:right w:w="20" w:type="dxa"/>
          </w:tcMar>
        </w:tcPr>
        <w:p w14:paraId="0D679190" w14:textId="77777777" w:rsidR="00711411" w:rsidRDefault="00000000">
          <w:r>
            <w:rPr>
              <w:noProof/>
            </w:rPr>
            <w:drawing>
              <wp:inline distT="0" distB="0" distL="0" distR="0" wp14:anchorId="1196F040" wp14:editId="668B79C0">
                <wp:extent cx="292608" cy="306905"/>
                <wp:effectExtent l="0" t="0" r="0" b="0"/>
                <wp:docPr id="1096481384" name="Picture 1" descr="Spirit Floor logó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irit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608" cy="306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0" w:type="dxa"/>
          <w:tcBorders>
            <w:bottom w:val="single" w:sz="10" w:space="0" w:color="F29F05"/>
          </w:tcBorders>
          <w:tcMar>
            <w:top w:w="20" w:type="dxa"/>
            <w:left w:w="20" w:type="dxa"/>
            <w:bottom w:w="30" w:type="dxa"/>
            <w:right w:w="20" w:type="dxa"/>
          </w:tcMar>
        </w:tcPr>
        <w:p w14:paraId="59480246" w14:textId="77777777" w:rsidR="00711411" w:rsidRDefault="00000000">
          <w:pPr>
            <w:jc w:val="right"/>
          </w:pPr>
          <w:r>
            <w:rPr>
              <w:b/>
              <w:color w:val="2D2218"/>
              <w:sz w:val="14"/>
            </w:rPr>
            <w:t xml:space="preserve">SPIRIT </w:t>
          </w:r>
          <w:proofErr w:type="gramStart"/>
          <w:r>
            <w:rPr>
              <w:b/>
              <w:color w:val="2D2218"/>
              <w:sz w:val="14"/>
            </w:rPr>
            <w:t>FLOOR  •</w:t>
          </w:r>
          <w:proofErr w:type="gramEnd"/>
          <w:r>
            <w:rPr>
              <w:b/>
              <w:color w:val="2D2218"/>
              <w:sz w:val="14"/>
            </w:rPr>
            <w:t xml:space="preserve">  ÁTADÁS-ÁTVÉTEL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8FAC6" w14:textId="77777777" w:rsidR="00711411" w:rsidRDefault="0071141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3457148">
    <w:abstractNumId w:val="8"/>
  </w:num>
  <w:num w:numId="2" w16cid:durableId="895161288">
    <w:abstractNumId w:val="6"/>
  </w:num>
  <w:num w:numId="3" w16cid:durableId="2023897473">
    <w:abstractNumId w:val="5"/>
  </w:num>
  <w:num w:numId="4" w16cid:durableId="311912774">
    <w:abstractNumId w:val="4"/>
  </w:num>
  <w:num w:numId="5" w16cid:durableId="918369682">
    <w:abstractNumId w:val="7"/>
  </w:num>
  <w:num w:numId="6" w16cid:durableId="899291775">
    <w:abstractNumId w:val="3"/>
  </w:num>
  <w:num w:numId="7" w16cid:durableId="1373460337">
    <w:abstractNumId w:val="2"/>
  </w:num>
  <w:num w:numId="8" w16cid:durableId="1033918665">
    <w:abstractNumId w:val="1"/>
  </w:num>
  <w:num w:numId="9" w16cid:durableId="650140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11411"/>
    <w:rsid w:val="008B5828"/>
    <w:rsid w:val="00AA1D8D"/>
    <w:rsid w:val="00B47730"/>
    <w:rsid w:val="00B55B21"/>
    <w:rsid w:val="00BF3EF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A966D4"/>
  <w14:defaultImageDpi w14:val="300"/>
  <w15:docId w15:val="{59605E79-18A7-4474-9801-3B63B5E7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90" w:line="271" w:lineRule="auto"/>
    </w:pPr>
    <w:rPr>
      <w:rFonts w:ascii="Inter" w:eastAsia="Inter" w:hAnsi="Inter"/>
      <w:color w:val="222222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/>
      <w:bCs/>
      <w:color w:val="2D2218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2D2218"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D9890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  <w:rPr>
      <w:sz w:val="18"/>
    </w:r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  <w:rPr>
      <w:sz w:val="18"/>
    </w:r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  <w:rPr>
      <w:sz w:val="18"/>
    </w:r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FEyebrow">
    <w:name w:val="SF Eyebrow"/>
    <w:pPr>
      <w:keepNext/>
      <w:spacing w:after="80"/>
    </w:pPr>
    <w:rPr>
      <w:rFonts w:ascii="Inter" w:hAnsi="Inter"/>
      <w:b/>
      <w:caps/>
      <w:color w:val="D98900"/>
      <w:sz w:val="16"/>
    </w:rPr>
  </w:style>
  <w:style w:type="paragraph" w:customStyle="1" w:styleId="SFLead">
    <w:name w:val="SF Lead"/>
    <w:pPr>
      <w:spacing w:after="160" w:line="288" w:lineRule="auto"/>
    </w:pPr>
    <w:rPr>
      <w:rFonts w:ascii="Inter" w:hAnsi="Inter"/>
      <w:color w:val="676767"/>
      <w:sz w:val="21"/>
    </w:rPr>
  </w:style>
  <w:style w:type="paragraph" w:customStyle="1" w:styleId="SFNote">
    <w:name w:val="SF Note"/>
    <w:pPr>
      <w:spacing w:before="100" w:after="120"/>
      <w:ind w:left="173" w:right="115"/>
    </w:pPr>
    <w:rPr>
      <w:rFonts w:ascii="Inter" w:hAnsi="Inter"/>
      <w:color w:val="222222"/>
      <w:sz w:val="17"/>
    </w:rPr>
  </w:style>
  <w:style w:type="paragraph" w:customStyle="1" w:styleId="SFSource">
    <w:name w:val="SF Source"/>
    <w:pPr>
      <w:spacing w:after="40"/>
    </w:pPr>
    <w:rPr>
      <w:rFonts w:ascii="Inter" w:hAnsi="Inter"/>
      <w:color w:val="676767"/>
      <w:sz w:val="15"/>
    </w:rPr>
  </w:style>
  <w:style w:type="paragraph" w:customStyle="1" w:styleId="SFSmall">
    <w:name w:val="SF Small"/>
    <w:pPr>
      <w:spacing w:after="40"/>
    </w:pPr>
    <w:rPr>
      <w:rFonts w:ascii="Inter" w:hAnsi="Inter"/>
      <w:color w:val="676767"/>
      <w:sz w:val="16"/>
    </w:rPr>
  </w:style>
  <w:style w:type="paragraph" w:customStyle="1" w:styleId="SFClause">
    <w:name w:val="SF Clause"/>
    <w:pPr>
      <w:spacing w:after="100" w:line="274" w:lineRule="auto"/>
    </w:pPr>
    <w:rPr>
      <w:rFonts w:ascii="Inter" w:hAnsi="Inter"/>
      <w:color w:val="22222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947</Words>
  <Characters>11198</Characters>
  <Application>Microsoft Office Word</Application>
  <DocSecurity>0</DocSecurity>
  <Lines>486</Lines>
  <Paragraphs>328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Gergő Nagy</cp:lastModifiedBy>
  <cp:revision>2</cp:revision>
  <dcterms:created xsi:type="dcterms:W3CDTF">2013-12-23T23:15:00Z</dcterms:created>
  <dcterms:modified xsi:type="dcterms:W3CDTF">2026-09-15T10:52:00Z</dcterms:modified>
  <cp:category/>
</cp:coreProperties>
</file>