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B1BA2" w14:textId="77777777" w:rsidR="00E3008D" w:rsidRDefault="00000000">
      <w:pPr>
        <w:pStyle w:val="SFClause"/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459BCB6B" wp14:editId="04D7A071">
            <wp:extent cx="987552" cy="1035804"/>
            <wp:effectExtent l="0" t="0" r="0" b="0"/>
            <wp:docPr id="1" name="Picture 1" descr="Spirit Floor log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irit_log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87552" cy="1035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A01EBF" w14:textId="77777777" w:rsidR="00E3008D" w:rsidRDefault="00000000">
      <w:pPr>
        <w:pStyle w:val="SFEyebrow"/>
        <w:jc w:val="center"/>
        <w:rPr>
          <w:rFonts w:hint="eastAsia"/>
        </w:rPr>
      </w:pPr>
      <w:r>
        <w:t>SZERZŐDÉSES DOKUMENTÁCIÓ</w:t>
      </w:r>
    </w:p>
    <w:p w14:paraId="41C859D5" w14:textId="77777777" w:rsidR="00E3008D" w:rsidRDefault="00000000">
      <w:pPr>
        <w:pStyle w:val="SFClause"/>
        <w:jc w:val="center"/>
        <w:rPr>
          <w:rFonts w:hint="eastAsia"/>
        </w:rPr>
      </w:pPr>
      <w:r>
        <w:rPr>
          <w:rFonts w:ascii="Noto Serif Display" w:eastAsia="Noto Serif Display" w:hAnsi="Noto Serif Display"/>
          <w:color w:val="2D2218"/>
          <w:sz w:val="50"/>
        </w:rPr>
        <w:t>Munkaterület-átadási és változáskezelési feltételek</w:t>
      </w:r>
    </w:p>
    <w:p w14:paraId="3E2B0F0E" w14:textId="77777777" w:rsidR="00E3008D" w:rsidRDefault="00000000">
      <w:pPr>
        <w:pStyle w:val="SFLead"/>
        <w:jc w:val="center"/>
        <w:rPr>
          <w:rFonts w:hint="eastAsia"/>
        </w:rPr>
      </w:pPr>
      <w:r>
        <w:t>Munkaterület, ingóságok, logisztika, pótmunka, akadály, rejtett körülmény és minőségkapuk</w:t>
      </w:r>
    </w:p>
    <w:p w14:paraId="14ED5B4A" w14:textId="77777777" w:rsidR="00E3008D" w:rsidRDefault="00000000">
      <w:pPr>
        <w:pStyle w:val="SFClause"/>
        <w:jc w:val="center"/>
        <w:rPr>
          <w:rFonts w:hint="eastAsia"/>
        </w:rPr>
      </w:pPr>
      <w:r>
        <w:rPr>
          <w:color w:val="F29F05"/>
          <w:sz w:val="16"/>
        </w:rPr>
        <w:t>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20"/>
        <w:gridCol w:w="6696"/>
      </w:tblGrid>
      <w:tr w:rsidR="00E3008D" w14:paraId="0073E484" w14:textId="77777777">
        <w:trPr>
          <w:tblHeader/>
          <w:jc w:val="center"/>
        </w:trPr>
        <w:tc>
          <w:tcPr>
            <w:tcW w:w="252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D3D922" w14:textId="77777777" w:rsidR="00E3008D" w:rsidRDefault="00000000">
            <w:pPr>
              <w:spacing w:after="36" w:line="245" w:lineRule="auto"/>
            </w:pPr>
            <w:r>
              <w:rPr>
                <w:b/>
                <w:color w:val="FFFFFF"/>
                <w:sz w:val="16"/>
              </w:rPr>
              <w:t>Dokumentumazonosító</w:t>
            </w:r>
          </w:p>
        </w:tc>
        <w:tc>
          <w:tcPr>
            <w:tcW w:w="6696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3DD07C" w14:textId="77777777" w:rsidR="00E3008D" w:rsidRDefault="00000000">
            <w:pPr>
              <w:spacing w:after="36" w:line="245" w:lineRule="auto"/>
            </w:pPr>
            <w:r>
              <w:rPr>
                <w:b/>
                <w:color w:val="FFFFFF"/>
                <w:sz w:val="16"/>
              </w:rPr>
              <w:t>SF-JOG-05</w:t>
            </w:r>
          </w:p>
        </w:tc>
      </w:tr>
      <w:tr w:rsidR="00E3008D" w14:paraId="27BD5247" w14:textId="77777777">
        <w:trPr>
          <w:jc w:val="center"/>
        </w:trPr>
        <w:tc>
          <w:tcPr>
            <w:tcW w:w="252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1249A8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Verzió</w:t>
            </w:r>
          </w:p>
        </w:tc>
        <w:tc>
          <w:tcPr>
            <w:tcW w:w="6696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A0AA97" w14:textId="77777777" w:rsidR="00E3008D" w:rsidRDefault="00000000">
            <w:r>
              <w:t>3.0</w:t>
            </w:r>
          </w:p>
        </w:tc>
      </w:tr>
      <w:tr w:rsidR="00E3008D" w14:paraId="08DAB57A" w14:textId="77777777">
        <w:trPr>
          <w:jc w:val="center"/>
        </w:trPr>
        <w:tc>
          <w:tcPr>
            <w:tcW w:w="252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0A2518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Keltezés</w:t>
            </w:r>
          </w:p>
        </w:tc>
        <w:tc>
          <w:tcPr>
            <w:tcW w:w="6696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3DBF25" w14:textId="77777777" w:rsidR="00E3008D" w:rsidRDefault="00000000">
            <w:r>
              <w:t>2026. 09. 15.</w:t>
            </w:r>
          </w:p>
        </w:tc>
      </w:tr>
      <w:tr w:rsidR="00E3008D" w14:paraId="2670C21D" w14:textId="77777777">
        <w:trPr>
          <w:jc w:val="center"/>
        </w:trPr>
        <w:tc>
          <w:tcPr>
            <w:tcW w:w="252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70C44A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Kibocsátó</w:t>
            </w:r>
          </w:p>
        </w:tc>
        <w:tc>
          <w:tcPr>
            <w:tcW w:w="6696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2722DA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Spirit Floor Kft.</w:t>
            </w:r>
          </w:p>
        </w:tc>
      </w:tr>
      <w:tr w:rsidR="00E3008D" w14:paraId="0BFAB083" w14:textId="77777777">
        <w:trPr>
          <w:jc w:val="center"/>
        </w:trPr>
        <w:tc>
          <w:tcPr>
            <w:tcW w:w="252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D39FDC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Weboldal</w:t>
            </w:r>
          </w:p>
        </w:tc>
        <w:tc>
          <w:tcPr>
            <w:tcW w:w="6696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A8A625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https://spiritfloor.com</w:t>
            </w:r>
          </w:p>
        </w:tc>
      </w:tr>
      <w:tr w:rsidR="00E3008D" w14:paraId="18736482" w14:textId="77777777">
        <w:trPr>
          <w:jc w:val="center"/>
        </w:trPr>
        <w:tc>
          <w:tcPr>
            <w:tcW w:w="252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52479D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Állapot</w:t>
            </w:r>
          </w:p>
        </w:tc>
        <w:tc>
          <w:tcPr>
            <w:tcW w:w="6696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922A74" w14:textId="77777777" w:rsidR="00E3008D" w:rsidRDefault="00000000">
            <w:r>
              <w:t>MASTER v3.0 munkaterületi és változáskezelési sablon – projektspecifikus mezők kitöltendők</w:t>
            </w:r>
          </w:p>
        </w:tc>
      </w:tr>
    </w:tbl>
    <w:p w14:paraId="1DE383D4" w14:textId="77777777" w:rsidR="00E3008D" w:rsidRDefault="00000000">
      <w:pPr>
        <w:pStyle w:val="SFNote"/>
        <w:pBdr>
          <w:left w:val="single" w:sz="14" w:space="6" w:color="F29F05"/>
        </w:pBdr>
        <w:shd w:val="clear" w:color="auto" w:fill="FAF8F5"/>
        <w:rPr>
          <w:rFonts w:hint="eastAsia"/>
        </w:rPr>
      </w:pPr>
      <w:r>
        <w:rPr>
          <w:b/>
        </w:rPr>
        <w:t xml:space="preserve">Alapelv: </w:t>
      </w:r>
      <w:r>
        <w:t>átlátható feltételek, dokumentált műszaki döntések és egyértelmű felelősségi határok. A fogyasztót megillető kötelező jogokat a dokumentum nem korlátozza.</w:t>
      </w:r>
    </w:p>
    <w:p w14:paraId="3C452320" w14:textId="77777777" w:rsidR="00E3008D" w:rsidRDefault="00000000">
      <w:pPr>
        <w:pStyle w:val="SFClause"/>
        <w:jc w:val="center"/>
        <w:rPr>
          <w:rFonts w:hint="eastAsia"/>
        </w:rPr>
      </w:pPr>
      <w:r>
        <w:rPr>
          <w:color w:val="676767"/>
          <w:sz w:val="15"/>
        </w:rPr>
        <w:t>Spirit Floor Kereskedelmi és Szolgáltató Korlátolt Felelősségű Társaság</w:t>
      </w:r>
      <w:r>
        <w:rPr>
          <w:color w:val="676767"/>
          <w:sz w:val="15"/>
        </w:rPr>
        <w:br/>
        <w:t>2141 Csömör, Boglárka utca 19.  •  kapcsolat@spiritfloor.hu  •  +36 30 931 0990</w:t>
      </w:r>
    </w:p>
    <w:p w14:paraId="43614490" w14:textId="77777777" w:rsidR="00E3008D" w:rsidRDefault="00000000">
      <w:pPr>
        <w:pStyle w:val="SFClause"/>
        <w:rPr>
          <w:rFonts w:hint="eastAsia"/>
        </w:rPr>
      </w:pPr>
      <w:r>
        <w:br w:type="page"/>
      </w:r>
    </w:p>
    <w:p w14:paraId="05901C29" w14:textId="77777777" w:rsidR="00E3008D" w:rsidRDefault="00000000">
      <w:pPr>
        <w:pStyle w:val="Cmsor1"/>
        <w:pageBreakBefore/>
        <w:pBdr>
          <w:bottom w:val="single" w:sz="8" w:space="3" w:color="F29F05"/>
        </w:pBdr>
      </w:pPr>
      <w:r>
        <w:lastRenderedPageBreak/>
        <w:t>M/6 – Munkaterület-átadási jegyzőkönyv</w:t>
      </w:r>
    </w:p>
    <w:tbl>
      <w:tblPr>
        <w:tblW w:w="0" w:type="auto"/>
        <w:jc w:val="center"/>
        <w:tblBorders>
          <w:top w:val="single" w:sz="6" w:space="0" w:color="AAB3BB"/>
          <w:left w:val="single" w:sz="6" w:space="0" w:color="AAB3BB"/>
          <w:bottom w:val="single" w:sz="6" w:space="0" w:color="AAB3BB"/>
          <w:right w:val="single" w:sz="6" w:space="0" w:color="AAB3BB"/>
          <w:insideH w:val="single" w:sz="6" w:space="0" w:color="AAB3BB"/>
          <w:insideV w:val="single" w:sz="6" w:space="0" w:color="AAB3BB"/>
        </w:tblBorders>
        <w:tblLook w:val="04A0" w:firstRow="1" w:lastRow="0" w:firstColumn="1" w:lastColumn="0" w:noHBand="0" w:noVBand="1"/>
      </w:tblPr>
      <w:tblGrid>
        <w:gridCol w:w="4426"/>
        <w:gridCol w:w="4703"/>
        <w:gridCol w:w="828"/>
      </w:tblGrid>
      <w:tr w:rsidR="00E3008D" w14:paraId="654E113D" w14:textId="77777777">
        <w:trPr>
          <w:jc w:val="center"/>
        </w:trPr>
        <w:tc>
          <w:tcPr>
            <w:tcW w:w="9866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EEF1F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950E31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 xml:space="preserve">Cél: </w:t>
            </w:r>
            <w:r>
              <w:rPr>
                <w:sz w:val="16"/>
              </w:rPr>
              <w:t>A munkaterület fizikai, szervezési és felelősségi állapotának dokumentált átadása.</w:t>
            </w:r>
          </w:p>
        </w:tc>
      </w:tr>
      <w:tr w:rsidR="00E3008D" w14:paraId="16DA9405" w14:textId="77777777">
        <w:tblPrEx>
          <w:tblBorders>
            <w:top w:val="single" w:sz="6" w:space="0" w:color="D3B35C"/>
            <w:left w:val="single" w:sz="6" w:space="0" w:color="D3B35C"/>
            <w:bottom w:val="single" w:sz="6" w:space="0" w:color="D3B35C"/>
            <w:right w:val="single" w:sz="6" w:space="0" w:color="D3B35C"/>
            <w:insideH w:val="single" w:sz="6" w:space="0" w:color="D3B35C"/>
            <w:insideV w:val="single" w:sz="6" w:space="0" w:color="D3B35C"/>
          </w:tblBorders>
        </w:tblPrEx>
        <w:trPr>
          <w:jc w:val="center"/>
        </w:trPr>
        <w:tc>
          <w:tcPr>
            <w:tcW w:w="9866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FF3C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F84E23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 xml:space="preserve">Használati szabály: </w:t>
            </w:r>
            <w:r>
              <w:rPr>
                <w:sz w:val="16"/>
              </w:rPr>
              <w:t>A jegyzőkönyv nem igazolja automatikusan az aljzat műszaki alkalmasságát; arra az M/8 szolgál.</w:t>
            </w:r>
          </w:p>
        </w:tc>
      </w:tr>
      <w:tr w:rsidR="00E3008D" w14:paraId="152D63A6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6D4EAB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Projekt / helyszín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6FE192" w14:textId="44CABEED" w:rsidR="00E3008D" w:rsidRDefault="00E3008D">
            <w:pPr>
              <w:spacing w:after="36" w:line="245" w:lineRule="auto"/>
            </w:pPr>
          </w:p>
        </w:tc>
      </w:tr>
      <w:tr w:rsidR="00E3008D" w14:paraId="25AEC440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54A755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Átadás dátuma és időpontja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A41B0F" w14:textId="310B58EC" w:rsidR="00E3008D" w:rsidRDefault="00E3008D">
            <w:pPr>
              <w:spacing w:after="36" w:line="245" w:lineRule="auto"/>
            </w:pPr>
          </w:p>
        </w:tc>
      </w:tr>
      <w:tr w:rsidR="00E3008D" w14:paraId="72ACE383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AB8EC3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Átadó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909B92" w14:textId="1B5F32DF" w:rsidR="00E3008D" w:rsidRDefault="00E3008D">
            <w:pPr>
              <w:spacing w:after="36" w:line="245" w:lineRule="auto"/>
            </w:pPr>
          </w:p>
        </w:tc>
      </w:tr>
      <w:tr w:rsidR="00E3008D" w14:paraId="5B1E8CFE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A1109F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Átvevő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07A3AA" w14:textId="2E2F6663" w:rsidR="00E3008D" w:rsidRDefault="00E3008D">
            <w:pPr>
              <w:spacing w:after="36" w:line="245" w:lineRule="auto"/>
            </w:pPr>
          </w:p>
        </w:tc>
      </w:tr>
      <w:tr w:rsidR="00E3008D" w14:paraId="4BB27F14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13DD1E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Átadott terület pontos lehatárolása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169082" w14:textId="77777777" w:rsidR="00E3008D" w:rsidRDefault="00000000">
            <w:pPr>
              <w:spacing w:after="36" w:line="245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E3008D" w14:paraId="327FE621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C1F06B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Bejutás / kulcs / kártya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30FDA8" w14:textId="2EFFE09C" w:rsidR="00E3008D" w:rsidRDefault="00E3008D">
            <w:pPr>
              <w:spacing w:after="36" w:line="245" w:lineRule="auto"/>
            </w:pPr>
          </w:p>
        </w:tc>
      </w:tr>
      <w:tr w:rsidR="00E3008D" w14:paraId="421F68AC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AC607E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Munkavégzési idő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FEC02D" w14:textId="2958902C" w:rsidR="00E3008D" w:rsidRDefault="00E3008D">
            <w:pPr>
              <w:spacing w:after="36" w:line="245" w:lineRule="auto"/>
            </w:pPr>
          </w:p>
        </w:tc>
      </w:tr>
      <w:tr w:rsidR="00E3008D" w14:paraId="62D46125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FF5EA8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Vízvétel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DF3A81" w14:textId="459FB71C" w:rsidR="00E3008D" w:rsidRDefault="00E3008D">
            <w:pPr>
              <w:spacing w:after="36" w:line="245" w:lineRule="auto"/>
            </w:pPr>
          </w:p>
        </w:tc>
      </w:tr>
      <w:tr w:rsidR="00E3008D" w14:paraId="6F4EC6E9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9FB311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Áramvétel / teljesítmény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A558DB" w14:textId="1B407FD2" w:rsidR="00E3008D" w:rsidRDefault="00E3008D">
            <w:pPr>
              <w:spacing w:after="36" w:line="245" w:lineRule="auto"/>
            </w:pPr>
          </w:p>
        </w:tc>
      </w:tr>
      <w:tr w:rsidR="00E3008D" w14:paraId="7105E676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31D480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Világítás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B21614" w14:textId="14745C2E" w:rsidR="00E3008D" w:rsidRDefault="00E3008D">
            <w:pPr>
              <w:spacing w:after="36" w:line="245" w:lineRule="auto"/>
            </w:pPr>
          </w:p>
        </w:tc>
      </w:tr>
      <w:tr w:rsidR="00E3008D" w14:paraId="4EB7A091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673DF9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Szociális helyiség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C12BBC" w14:textId="4F010FBA" w:rsidR="00E3008D" w:rsidRDefault="00E3008D">
            <w:pPr>
              <w:spacing w:after="36" w:line="245" w:lineRule="auto"/>
            </w:pPr>
          </w:p>
        </w:tc>
      </w:tr>
      <w:tr w:rsidR="00E3008D" w14:paraId="4F70B0EA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97A946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Tárolóhely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45D106" w14:textId="76C52331" w:rsidR="00E3008D" w:rsidRDefault="00E3008D">
            <w:pPr>
              <w:spacing w:after="36" w:line="245" w:lineRule="auto"/>
            </w:pPr>
          </w:p>
        </w:tc>
      </w:tr>
      <w:tr w:rsidR="00E3008D" w14:paraId="6D2BCF3D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3FE3C4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Hulladékhely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11991C" w14:textId="03E3F9BA" w:rsidR="00E3008D" w:rsidRDefault="00E3008D">
            <w:pPr>
              <w:spacing w:after="36" w:line="245" w:lineRule="auto"/>
            </w:pPr>
          </w:p>
        </w:tc>
      </w:tr>
      <w:tr w:rsidR="00E3008D" w14:paraId="5A3AE5A3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BA51F8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Őrzés / kamerarendszer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E765D8" w14:textId="5BF00FD6" w:rsidR="00E3008D" w:rsidRDefault="00E3008D">
            <w:pPr>
              <w:spacing w:after="36" w:line="245" w:lineRule="auto"/>
            </w:pPr>
          </w:p>
        </w:tc>
      </w:tr>
      <w:tr w:rsidR="00E3008D" w14:paraId="7E1B2834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8873B6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Tűz- és munkavédelmi szabály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CBCA43" w14:textId="239C7895" w:rsidR="00E3008D" w:rsidRDefault="00E3008D">
            <w:pPr>
              <w:spacing w:after="36" w:line="245" w:lineRule="auto"/>
            </w:pPr>
          </w:p>
        </w:tc>
      </w:tr>
      <w:tr w:rsidR="00E3008D" w14:paraId="743BF935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E2581C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Más szakágak és ütközések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5B28DF" w14:textId="77777777" w:rsidR="00E3008D" w:rsidRDefault="00000000">
            <w:pPr>
              <w:spacing w:after="36" w:line="245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E3008D" w14:paraId="71D34DA7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D44C62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Munkaterület induló sérülései / hiányai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831541" w14:textId="77777777" w:rsidR="00E3008D" w:rsidRDefault="00000000">
            <w:pPr>
              <w:spacing w:after="36" w:line="245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E3008D" w14:paraId="30637F1F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570736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Fotók azonosítói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BC9315" w14:textId="677ACA64" w:rsidR="00E3008D" w:rsidRDefault="00E3008D">
            <w:pPr>
              <w:spacing w:after="36" w:line="245" w:lineRule="auto"/>
            </w:pPr>
          </w:p>
        </w:tc>
      </w:tr>
      <w:tr w:rsidR="00E3008D" w14:paraId="42270ECE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tblHeader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1090B7" w14:textId="77777777" w:rsidR="00E3008D" w:rsidRDefault="00000000">
            <w:pPr>
              <w:spacing w:after="36" w:line="245" w:lineRule="auto"/>
            </w:pPr>
            <w:r>
              <w:rPr>
                <w:b/>
                <w:color w:val="FFFFFF"/>
                <w:sz w:val="16"/>
              </w:rPr>
              <w:t>Átadás minősítése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8CAF1F" w14:textId="77777777" w:rsidR="00E3008D" w:rsidRDefault="00000000">
            <w:pPr>
              <w:spacing w:after="36" w:line="245" w:lineRule="auto"/>
            </w:pPr>
            <w:r>
              <w:rPr>
                <w:b/>
                <w:color w:val="FFFFFF"/>
                <w:sz w:val="16"/>
              </w:rPr>
              <w:t>□ korlátozás nélkül  □ feltételekkel  □ nem átadható</w:t>
            </w:r>
          </w:p>
        </w:tc>
      </w:tr>
      <w:tr w:rsidR="00E3008D" w14:paraId="39651D43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6FC6CE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Feltételek / hiánypótlás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2AC21A" w14:textId="77777777" w:rsidR="00E3008D" w:rsidRDefault="00000000">
            <w:pPr>
              <w:spacing w:after="36" w:line="245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E3008D" w14:paraId="5B963644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20678E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Átadás várható visszaadása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31B915" w14:textId="6CB34EF1" w:rsidR="00E3008D" w:rsidRDefault="00E3008D">
            <w:pPr>
              <w:spacing w:after="36" w:line="245" w:lineRule="auto"/>
            </w:pPr>
          </w:p>
        </w:tc>
      </w:tr>
    </w:tbl>
    <w:p w14:paraId="2CACAE2A" w14:textId="77777777" w:rsidR="00E3008D" w:rsidRDefault="00E3008D">
      <w:pPr>
        <w:pStyle w:val="SFClause"/>
        <w:rPr>
          <w:rFonts w:hint="eastAsia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933"/>
        <w:gridCol w:w="4933"/>
      </w:tblGrid>
      <w:tr w:rsidR="00E3008D" w14:paraId="7F259D85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A24477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br/>
            </w:r>
            <w:r>
              <w:rPr>
                <w:b/>
                <w:sz w:val="16"/>
              </w:rPr>
              <w:br/>
              <w:t>____________________________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2986D0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br/>
            </w:r>
            <w:r>
              <w:rPr>
                <w:b/>
                <w:sz w:val="16"/>
              </w:rPr>
              <w:br/>
              <w:t>____________________________</w:t>
            </w:r>
          </w:p>
        </w:tc>
      </w:tr>
      <w:tr w:rsidR="00E3008D" w14:paraId="34F17925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18EDDA" w14:textId="31B6248C" w:rsidR="00E3008D" w:rsidRDefault="00E3008D">
            <w:pPr>
              <w:spacing w:after="36" w:line="245" w:lineRule="auto"/>
              <w:jc w:val="center"/>
            </w:pP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69ABD3" w14:textId="35E873FB" w:rsidR="00E3008D" w:rsidRDefault="00E3008D">
            <w:pPr>
              <w:spacing w:after="36" w:line="245" w:lineRule="auto"/>
              <w:jc w:val="center"/>
            </w:pPr>
          </w:p>
        </w:tc>
      </w:tr>
      <w:tr w:rsidR="00E3008D" w14:paraId="2A5EBEF1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C162D3" w14:textId="77777777" w:rsidR="00E3008D" w:rsidRDefault="00000000">
            <w:pPr>
              <w:spacing w:after="36" w:line="245" w:lineRule="auto"/>
              <w:jc w:val="center"/>
            </w:pPr>
            <w:r>
              <w:rPr>
                <w:b/>
                <w:sz w:val="16"/>
              </w:rPr>
              <w:t>Átadó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F8FF16" w14:textId="77777777" w:rsidR="00E3008D" w:rsidRDefault="00000000">
            <w:pPr>
              <w:spacing w:after="36" w:line="245" w:lineRule="auto"/>
              <w:jc w:val="center"/>
            </w:pPr>
            <w:r>
              <w:rPr>
                <w:sz w:val="16"/>
              </w:rPr>
              <w:t>Spirit Floor átvevő</w:t>
            </w:r>
          </w:p>
        </w:tc>
      </w:tr>
    </w:tbl>
    <w:p w14:paraId="0FCFF620" w14:textId="77777777" w:rsidR="00E3008D" w:rsidRDefault="00000000">
      <w:pPr>
        <w:pStyle w:val="Cmsor1"/>
        <w:pageBreakBefore/>
        <w:pBdr>
          <w:bottom w:val="single" w:sz="8" w:space="3" w:color="F29F05"/>
        </w:pBdr>
      </w:pPr>
      <w:r>
        <w:lastRenderedPageBreak/>
        <w:t>M/7 – Bútor-, ingóság-, kulcs- és állapotjegyzék</w:t>
      </w:r>
    </w:p>
    <w:tbl>
      <w:tblPr>
        <w:tblW w:w="0" w:type="auto"/>
        <w:jc w:val="center"/>
        <w:tblBorders>
          <w:top w:val="single" w:sz="6" w:space="0" w:color="AAB3BB"/>
          <w:left w:val="single" w:sz="6" w:space="0" w:color="AAB3BB"/>
          <w:bottom w:val="single" w:sz="6" w:space="0" w:color="AAB3BB"/>
          <w:right w:val="single" w:sz="6" w:space="0" w:color="AAB3BB"/>
          <w:insideH w:val="single" w:sz="6" w:space="0" w:color="AAB3BB"/>
          <w:insideV w:val="single" w:sz="6" w:space="0" w:color="AAB3BB"/>
        </w:tblBorders>
        <w:tblLook w:val="04A0" w:firstRow="1" w:lastRow="0" w:firstColumn="1" w:lastColumn="0" w:noHBand="0" w:noVBand="1"/>
      </w:tblPr>
      <w:tblGrid>
        <w:gridCol w:w="616"/>
        <w:gridCol w:w="1583"/>
        <w:gridCol w:w="2217"/>
        <w:gridCol w:w="1417"/>
        <w:gridCol w:w="1787"/>
        <w:gridCol w:w="853"/>
        <w:gridCol w:w="568"/>
        <w:gridCol w:w="916"/>
      </w:tblGrid>
      <w:tr w:rsidR="00E3008D" w14:paraId="07233500" w14:textId="77777777">
        <w:trPr>
          <w:jc w:val="center"/>
        </w:trPr>
        <w:tc>
          <w:tcPr>
            <w:tcW w:w="9866" w:type="dxa"/>
            <w:gridSpan w:val="8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EEF1F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21E38C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 xml:space="preserve">Cél: </w:t>
            </w:r>
            <w:r>
              <w:rPr>
                <w:sz w:val="16"/>
              </w:rPr>
              <w:t>Berendezett munkaterületen a mozgatott vagy átvett tárgyak és a már meglévő sérülések bizonyítható rögzítése.</w:t>
            </w:r>
          </w:p>
        </w:tc>
      </w:tr>
      <w:tr w:rsidR="00E3008D" w14:paraId="73A3CE8B" w14:textId="77777777">
        <w:tblPrEx>
          <w:tblBorders>
            <w:top w:val="single" w:sz="6" w:space="0" w:color="D3B35C"/>
            <w:left w:val="single" w:sz="6" w:space="0" w:color="D3B35C"/>
            <w:bottom w:val="single" w:sz="6" w:space="0" w:color="D3B35C"/>
            <w:right w:val="single" w:sz="6" w:space="0" w:color="D3B35C"/>
            <w:insideH w:val="single" w:sz="6" w:space="0" w:color="D3B35C"/>
            <w:insideV w:val="single" w:sz="6" w:space="0" w:color="D3B35C"/>
          </w:tblBorders>
        </w:tblPrEx>
        <w:trPr>
          <w:jc w:val="center"/>
        </w:trPr>
        <w:tc>
          <w:tcPr>
            <w:tcW w:w="9866" w:type="dxa"/>
            <w:gridSpan w:val="8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FF3C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B4EAE2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 xml:space="preserve">Használati szabály: </w:t>
            </w:r>
            <w:r>
              <w:rPr>
                <w:sz w:val="16"/>
              </w:rPr>
              <w:t>Készpénzt, ékszert, okmányt, adatot és különleges értéket a Spirit Floor főszabály szerint nem vesz át megőrzésre.</w:t>
            </w:r>
          </w:p>
        </w:tc>
      </w:tr>
      <w:tr w:rsidR="00E3008D" w14:paraId="2CB2A486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tblHeader/>
          <w:jc w:val="center"/>
        </w:trPr>
        <w:tc>
          <w:tcPr>
            <w:tcW w:w="56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37A0CE" w14:textId="77777777" w:rsidR="00E3008D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Sorsz.</w:t>
            </w:r>
          </w:p>
        </w:tc>
        <w:tc>
          <w:tcPr>
            <w:tcW w:w="181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20F7D8" w14:textId="77777777" w:rsidR="00E3008D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Tárgy / bútor</w:t>
            </w:r>
          </w:p>
        </w:tc>
        <w:tc>
          <w:tcPr>
            <w:tcW w:w="124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D100CB" w14:textId="77777777" w:rsidR="00E3008D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Helyiség</w:t>
            </w:r>
          </w:p>
        </w:tc>
        <w:tc>
          <w:tcPr>
            <w:tcW w:w="147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185818" w14:textId="77777777" w:rsidR="00E3008D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Mozgatás / takarás</w:t>
            </w:r>
          </w:p>
        </w:tc>
        <w:tc>
          <w:tcPr>
            <w:tcW w:w="198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F85D5E" w14:textId="77777777" w:rsidR="00E3008D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Induló állapot / sérülés</w:t>
            </w:r>
          </w:p>
        </w:tc>
        <w:tc>
          <w:tcPr>
            <w:tcW w:w="90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22D861" w14:textId="77777777" w:rsidR="00E3008D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Fotó</w:t>
            </w:r>
          </w:p>
        </w:tc>
        <w:tc>
          <w:tcPr>
            <w:tcW w:w="1417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D3FD8C" w14:textId="77777777" w:rsidR="00E3008D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Visszahelyezés</w:t>
            </w:r>
          </w:p>
        </w:tc>
      </w:tr>
      <w:tr w:rsidR="00E3008D" w14:paraId="00D07DEF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56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5E7927" w14:textId="77777777" w:rsidR="00E3008D" w:rsidRDefault="00000000">
            <w:pPr>
              <w:spacing w:after="36" w:line="245" w:lineRule="auto"/>
            </w:pPr>
            <w:r>
              <w:rPr>
                <w:sz w:val="16"/>
              </w:rPr>
              <w:t>1</w:t>
            </w:r>
          </w:p>
        </w:tc>
        <w:tc>
          <w:tcPr>
            <w:tcW w:w="181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5AAA28" w14:textId="2292C251" w:rsidR="00E3008D" w:rsidRDefault="00E3008D">
            <w:pPr>
              <w:spacing w:after="36" w:line="245" w:lineRule="auto"/>
            </w:pPr>
          </w:p>
        </w:tc>
        <w:tc>
          <w:tcPr>
            <w:tcW w:w="124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3E83F7" w14:textId="3EE2EC5F" w:rsidR="00E3008D" w:rsidRDefault="00E3008D">
            <w:pPr>
              <w:spacing w:after="36" w:line="245" w:lineRule="auto"/>
            </w:pPr>
          </w:p>
        </w:tc>
        <w:tc>
          <w:tcPr>
            <w:tcW w:w="147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5986DA" w14:textId="0F335224" w:rsidR="00E3008D" w:rsidRDefault="00E3008D">
            <w:pPr>
              <w:spacing w:after="36" w:line="245" w:lineRule="auto"/>
            </w:pPr>
          </w:p>
        </w:tc>
        <w:tc>
          <w:tcPr>
            <w:tcW w:w="198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973727" w14:textId="34C89CC7" w:rsidR="00E3008D" w:rsidRDefault="00E3008D">
            <w:pPr>
              <w:spacing w:after="36" w:line="245" w:lineRule="auto"/>
            </w:pPr>
          </w:p>
        </w:tc>
        <w:tc>
          <w:tcPr>
            <w:tcW w:w="90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2BCAD4" w14:textId="58AB0AC2" w:rsidR="00E3008D" w:rsidRDefault="00E3008D">
            <w:pPr>
              <w:spacing w:after="36" w:line="245" w:lineRule="auto"/>
            </w:pPr>
          </w:p>
        </w:tc>
        <w:tc>
          <w:tcPr>
            <w:tcW w:w="1417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1103EE" w14:textId="33A4E9D3" w:rsidR="00E3008D" w:rsidRDefault="00E3008D">
            <w:pPr>
              <w:spacing w:after="36" w:line="245" w:lineRule="auto"/>
            </w:pPr>
          </w:p>
        </w:tc>
      </w:tr>
      <w:tr w:rsidR="00E3008D" w14:paraId="428C3B07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56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7BDD57" w14:textId="77777777" w:rsidR="00E3008D" w:rsidRDefault="00000000">
            <w:pPr>
              <w:spacing w:after="36" w:line="245" w:lineRule="auto"/>
            </w:pPr>
            <w:r>
              <w:rPr>
                <w:sz w:val="16"/>
              </w:rPr>
              <w:t>2</w:t>
            </w:r>
          </w:p>
        </w:tc>
        <w:tc>
          <w:tcPr>
            <w:tcW w:w="181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E73030" w14:textId="77C8622E" w:rsidR="00E3008D" w:rsidRDefault="00E3008D">
            <w:pPr>
              <w:spacing w:after="36" w:line="245" w:lineRule="auto"/>
            </w:pPr>
          </w:p>
        </w:tc>
        <w:tc>
          <w:tcPr>
            <w:tcW w:w="124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30A815" w14:textId="6DB9463C" w:rsidR="00E3008D" w:rsidRDefault="00E3008D">
            <w:pPr>
              <w:spacing w:after="36" w:line="245" w:lineRule="auto"/>
            </w:pPr>
          </w:p>
        </w:tc>
        <w:tc>
          <w:tcPr>
            <w:tcW w:w="147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AD1734" w14:textId="4AA31714" w:rsidR="00E3008D" w:rsidRDefault="00E3008D">
            <w:pPr>
              <w:spacing w:after="36" w:line="245" w:lineRule="auto"/>
            </w:pPr>
          </w:p>
        </w:tc>
        <w:tc>
          <w:tcPr>
            <w:tcW w:w="198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5FFD1B" w14:textId="0DC49C0B" w:rsidR="00E3008D" w:rsidRDefault="00E3008D">
            <w:pPr>
              <w:spacing w:after="36" w:line="245" w:lineRule="auto"/>
            </w:pPr>
          </w:p>
        </w:tc>
        <w:tc>
          <w:tcPr>
            <w:tcW w:w="90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7DDF22" w14:textId="64B1A2EF" w:rsidR="00E3008D" w:rsidRDefault="00E3008D">
            <w:pPr>
              <w:spacing w:after="36" w:line="245" w:lineRule="auto"/>
            </w:pPr>
          </w:p>
        </w:tc>
        <w:tc>
          <w:tcPr>
            <w:tcW w:w="1417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E5EB99" w14:textId="7335740A" w:rsidR="00E3008D" w:rsidRDefault="00E3008D">
            <w:pPr>
              <w:spacing w:after="36" w:line="245" w:lineRule="auto"/>
            </w:pPr>
          </w:p>
        </w:tc>
      </w:tr>
      <w:tr w:rsidR="00E3008D" w14:paraId="23F0E8C0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56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C14B58" w14:textId="77777777" w:rsidR="00E3008D" w:rsidRDefault="00000000">
            <w:pPr>
              <w:spacing w:after="36" w:line="245" w:lineRule="auto"/>
            </w:pPr>
            <w:r>
              <w:rPr>
                <w:sz w:val="16"/>
              </w:rPr>
              <w:t>3</w:t>
            </w:r>
          </w:p>
        </w:tc>
        <w:tc>
          <w:tcPr>
            <w:tcW w:w="181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74339A" w14:textId="39B4EB2A" w:rsidR="00E3008D" w:rsidRDefault="00E3008D">
            <w:pPr>
              <w:spacing w:after="36" w:line="245" w:lineRule="auto"/>
            </w:pPr>
          </w:p>
        </w:tc>
        <w:tc>
          <w:tcPr>
            <w:tcW w:w="124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EC8378" w14:textId="5035C434" w:rsidR="00E3008D" w:rsidRDefault="00E3008D">
            <w:pPr>
              <w:spacing w:after="36" w:line="245" w:lineRule="auto"/>
            </w:pPr>
          </w:p>
        </w:tc>
        <w:tc>
          <w:tcPr>
            <w:tcW w:w="147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7C7B59" w14:textId="1860AF67" w:rsidR="00E3008D" w:rsidRDefault="00E3008D">
            <w:pPr>
              <w:spacing w:after="36" w:line="245" w:lineRule="auto"/>
            </w:pPr>
          </w:p>
        </w:tc>
        <w:tc>
          <w:tcPr>
            <w:tcW w:w="198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94B643" w14:textId="156D2CE9" w:rsidR="00E3008D" w:rsidRDefault="00E3008D">
            <w:pPr>
              <w:spacing w:after="36" w:line="245" w:lineRule="auto"/>
            </w:pPr>
          </w:p>
        </w:tc>
        <w:tc>
          <w:tcPr>
            <w:tcW w:w="90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20F345" w14:textId="7FE52945" w:rsidR="00E3008D" w:rsidRDefault="00E3008D">
            <w:pPr>
              <w:spacing w:after="36" w:line="245" w:lineRule="auto"/>
            </w:pPr>
          </w:p>
        </w:tc>
        <w:tc>
          <w:tcPr>
            <w:tcW w:w="1417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216A1F" w14:textId="5D6B7E9D" w:rsidR="00E3008D" w:rsidRDefault="00E3008D">
            <w:pPr>
              <w:spacing w:after="36" w:line="245" w:lineRule="auto"/>
            </w:pPr>
          </w:p>
        </w:tc>
      </w:tr>
      <w:tr w:rsidR="00E3008D" w14:paraId="7BA4A97A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56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1DDE25" w14:textId="77777777" w:rsidR="00E3008D" w:rsidRDefault="00000000">
            <w:pPr>
              <w:spacing w:after="36" w:line="245" w:lineRule="auto"/>
            </w:pPr>
            <w:r>
              <w:rPr>
                <w:sz w:val="16"/>
              </w:rPr>
              <w:t>4</w:t>
            </w:r>
          </w:p>
        </w:tc>
        <w:tc>
          <w:tcPr>
            <w:tcW w:w="181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E02DD2" w14:textId="133E829A" w:rsidR="00E3008D" w:rsidRDefault="00E3008D">
            <w:pPr>
              <w:spacing w:after="36" w:line="245" w:lineRule="auto"/>
            </w:pPr>
          </w:p>
        </w:tc>
        <w:tc>
          <w:tcPr>
            <w:tcW w:w="124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4ABF36" w14:textId="639982DF" w:rsidR="00E3008D" w:rsidRDefault="00E3008D">
            <w:pPr>
              <w:spacing w:after="36" w:line="245" w:lineRule="auto"/>
            </w:pPr>
          </w:p>
        </w:tc>
        <w:tc>
          <w:tcPr>
            <w:tcW w:w="147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964001" w14:textId="5B9E5115" w:rsidR="00E3008D" w:rsidRDefault="00E3008D">
            <w:pPr>
              <w:spacing w:after="36" w:line="245" w:lineRule="auto"/>
            </w:pPr>
          </w:p>
        </w:tc>
        <w:tc>
          <w:tcPr>
            <w:tcW w:w="198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22217C" w14:textId="517DA135" w:rsidR="00E3008D" w:rsidRDefault="00E3008D">
            <w:pPr>
              <w:spacing w:after="36" w:line="245" w:lineRule="auto"/>
            </w:pPr>
          </w:p>
        </w:tc>
        <w:tc>
          <w:tcPr>
            <w:tcW w:w="90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6B5197" w14:textId="7B0387CC" w:rsidR="00E3008D" w:rsidRDefault="00E3008D">
            <w:pPr>
              <w:spacing w:after="36" w:line="245" w:lineRule="auto"/>
            </w:pPr>
          </w:p>
        </w:tc>
        <w:tc>
          <w:tcPr>
            <w:tcW w:w="1417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25C288" w14:textId="6CAE6FCA" w:rsidR="00E3008D" w:rsidRDefault="00E3008D">
            <w:pPr>
              <w:spacing w:after="36" w:line="245" w:lineRule="auto"/>
            </w:pPr>
          </w:p>
        </w:tc>
      </w:tr>
      <w:tr w:rsidR="00E3008D" w14:paraId="1FF6FDED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56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06B7DC" w14:textId="77777777" w:rsidR="00E3008D" w:rsidRDefault="00000000">
            <w:pPr>
              <w:spacing w:after="36" w:line="245" w:lineRule="auto"/>
            </w:pPr>
            <w:r>
              <w:rPr>
                <w:sz w:val="16"/>
              </w:rPr>
              <w:t>5</w:t>
            </w:r>
          </w:p>
        </w:tc>
        <w:tc>
          <w:tcPr>
            <w:tcW w:w="181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C86D94" w14:textId="7D50F333" w:rsidR="00E3008D" w:rsidRDefault="00E3008D">
            <w:pPr>
              <w:spacing w:after="36" w:line="245" w:lineRule="auto"/>
            </w:pPr>
          </w:p>
        </w:tc>
        <w:tc>
          <w:tcPr>
            <w:tcW w:w="124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20ADF1" w14:textId="49848E39" w:rsidR="00E3008D" w:rsidRDefault="00E3008D">
            <w:pPr>
              <w:spacing w:after="36" w:line="245" w:lineRule="auto"/>
            </w:pPr>
          </w:p>
        </w:tc>
        <w:tc>
          <w:tcPr>
            <w:tcW w:w="147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BDD4F5" w14:textId="7F0DA51F" w:rsidR="00E3008D" w:rsidRDefault="00E3008D">
            <w:pPr>
              <w:spacing w:after="36" w:line="245" w:lineRule="auto"/>
            </w:pPr>
          </w:p>
        </w:tc>
        <w:tc>
          <w:tcPr>
            <w:tcW w:w="198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9FB61D" w14:textId="7415AFFE" w:rsidR="00E3008D" w:rsidRDefault="00E3008D">
            <w:pPr>
              <w:spacing w:after="36" w:line="245" w:lineRule="auto"/>
            </w:pPr>
          </w:p>
        </w:tc>
        <w:tc>
          <w:tcPr>
            <w:tcW w:w="90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1A3AB7" w14:textId="05F3C693" w:rsidR="00E3008D" w:rsidRDefault="00E3008D">
            <w:pPr>
              <w:spacing w:after="36" w:line="245" w:lineRule="auto"/>
            </w:pPr>
          </w:p>
        </w:tc>
        <w:tc>
          <w:tcPr>
            <w:tcW w:w="1417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4B89EC" w14:textId="6024FC66" w:rsidR="00E3008D" w:rsidRDefault="00E3008D">
            <w:pPr>
              <w:spacing w:after="36" w:line="245" w:lineRule="auto"/>
            </w:pPr>
          </w:p>
        </w:tc>
      </w:tr>
      <w:tr w:rsidR="00E3008D" w14:paraId="4021AD2E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56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7822BF" w14:textId="77777777" w:rsidR="00E3008D" w:rsidRDefault="00000000">
            <w:pPr>
              <w:spacing w:after="36" w:line="245" w:lineRule="auto"/>
            </w:pPr>
            <w:r>
              <w:rPr>
                <w:sz w:val="16"/>
              </w:rPr>
              <w:t>6</w:t>
            </w:r>
          </w:p>
        </w:tc>
        <w:tc>
          <w:tcPr>
            <w:tcW w:w="181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D9D553" w14:textId="2DA48490" w:rsidR="00E3008D" w:rsidRDefault="00E3008D">
            <w:pPr>
              <w:spacing w:after="36" w:line="245" w:lineRule="auto"/>
            </w:pPr>
          </w:p>
        </w:tc>
        <w:tc>
          <w:tcPr>
            <w:tcW w:w="124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D9A61F" w14:textId="795ADB85" w:rsidR="00E3008D" w:rsidRDefault="00E3008D">
            <w:pPr>
              <w:spacing w:after="36" w:line="245" w:lineRule="auto"/>
            </w:pPr>
          </w:p>
        </w:tc>
        <w:tc>
          <w:tcPr>
            <w:tcW w:w="147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C6CC5A" w14:textId="322CBCFC" w:rsidR="00E3008D" w:rsidRDefault="00E3008D">
            <w:pPr>
              <w:spacing w:after="36" w:line="245" w:lineRule="auto"/>
            </w:pPr>
          </w:p>
        </w:tc>
        <w:tc>
          <w:tcPr>
            <w:tcW w:w="198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9A7168" w14:textId="5AACCC76" w:rsidR="00E3008D" w:rsidRDefault="00E3008D">
            <w:pPr>
              <w:spacing w:after="36" w:line="245" w:lineRule="auto"/>
            </w:pPr>
          </w:p>
        </w:tc>
        <w:tc>
          <w:tcPr>
            <w:tcW w:w="90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FDA561" w14:textId="76E21782" w:rsidR="00E3008D" w:rsidRDefault="00E3008D">
            <w:pPr>
              <w:spacing w:after="36" w:line="245" w:lineRule="auto"/>
            </w:pPr>
          </w:p>
        </w:tc>
        <w:tc>
          <w:tcPr>
            <w:tcW w:w="1417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BE6B28" w14:textId="258EEB35" w:rsidR="00E3008D" w:rsidRDefault="00E3008D">
            <w:pPr>
              <w:spacing w:after="36" w:line="245" w:lineRule="auto"/>
            </w:pPr>
          </w:p>
        </w:tc>
      </w:tr>
      <w:tr w:rsidR="00E3008D" w14:paraId="05A42AAB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56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FD9AC5" w14:textId="77777777" w:rsidR="00E3008D" w:rsidRDefault="00000000">
            <w:pPr>
              <w:spacing w:after="36" w:line="245" w:lineRule="auto"/>
            </w:pPr>
            <w:r>
              <w:rPr>
                <w:sz w:val="16"/>
              </w:rPr>
              <w:t>7</w:t>
            </w:r>
          </w:p>
        </w:tc>
        <w:tc>
          <w:tcPr>
            <w:tcW w:w="181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276856" w14:textId="72FD2BBB" w:rsidR="00E3008D" w:rsidRDefault="00E3008D">
            <w:pPr>
              <w:spacing w:after="36" w:line="245" w:lineRule="auto"/>
            </w:pPr>
          </w:p>
        </w:tc>
        <w:tc>
          <w:tcPr>
            <w:tcW w:w="124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DA6CE1" w14:textId="1C653DB6" w:rsidR="00E3008D" w:rsidRDefault="00E3008D">
            <w:pPr>
              <w:spacing w:after="36" w:line="245" w:lineRule="auto"/>
            </w:pPr>
          </w:p>
        </w:tc>
        <w:tc>
          <w:tcPr>
            <w:tcW w:w="147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8FD214" w14:textId="6F9AB02A" w:rsidR="00E3008D" w:rsidRDefault="00E3008D">
            <w:pPr>
              <w:spacing w:after="36" w:line="245" w:lineRule="auto"/>
            </w:pPr>
          </w:p>
        </w:tc>
        <w:tc>
          <w:tcPr>
            <w:tcW w:w="198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7AF0AD" w14:textId="115E7427" w:rsidR="00E3008D" w:rsidRDefault="00E3008D">
            <w:pPr>
              <w:spacing w:after="36" w:line="245" w:lineRule="auto"/>
            </w:pPr>
          </w:p>
        </w:tc>
        <w:tc>
          <w:tcPr>
            <w:tcW w:w="90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700B84" w14:textId="59BF0CE4" w:rsidR="00E3008D" w:rsidRDefault="00E3008D">
            <w:pPr>
              <w:spacing w:after="36" w:line="245" w:lineRule="auto"/>
            </w:pPr>
          </w:p>
        </w:tc>
        <w:tc>
          <w:tcPr>
            <w:tcW w:w="1417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76ABA9" w14:textId="1B7E5CE9" w:rsidR="00E3008D" w:rsidRDefault="00E3008D">
            <w:pPr>
              <w:spacing w:after="36" w:line="245" w:lineRule="auto"/>
            </w:pPr>
          </w:p>
        </w:tc>
      </w:tr>
      <w:tr w:rsidR="00E3008D" w14:paraId="406DA907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56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05A569" w14:textId="77777777" w:rsidR="00E3008D" w:rsidRDefault="00000000">
            <w:pPr>
              <w:spacing w:after="36" w:line="245" w:lineRule="auto"/>
            </w:pPr>
            <w:r>
              <w:rPr>
                <w:sz w:val="16"/>
              </w:rPr>
              <w:t>8</w:t>
            </w:r>
          </w:p>
        </w:tc>
        <w:tc>
          <w:tcPr>
            <w:tcW w:w="181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A764F8" w14:textId="56CECC23" w:rsidR="00E3008D" w:rsidRDefault="00E3008D">
            <w:pPr>
              <w:spacing w:after="36" w:line="245" w:lineRule="auto"/>
            </w:pPr>
          </w:p>
        </w:tc>
        <w:tc>
          <w:tcPr>
            <w:tcW w:w="124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D93DEF" w14:textId="416EE833" w:rsidR="00E3008D" w:rsidRDefault="00E3008D">
            <w:pPr>
              <w:spacing w:after="36" w:line="245" w:lineRule="auto"/>
            </w:pPr>
          </w:p>
        </w:tc>
        <w:tc>
          <w:tcPr>
            <w:tcW w:w="147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29CA60" w14:textId="619237AE" w:rsidR="00E3008D" w:rsidRDefault="00E3008D">
            <w:pPr>
              <w:spacing w:after="36" w:line="245" w:lineRule="auto"/>
            </w:pPr>
          </w:p>
        </w:tc>
        <w:tc>
          <w:tcPr>
            <w:tcW w:w="198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458278" w14:textId="0DCBE162" w:rsidR="00E3008D" w:rsidRDefault="00E3008D">
            <w:pPr>
              <w:spacing w:after="36" w:line="245" w:lineRule="auto"/>
            </w:pPr>
          </w:p>
        </w:tc>
        <w:tc>
          <w:tcPr>
            <w:tcW w:w="90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AAF4E9" w14:textId="561564E1" w:rsidR="00E3008D" w:rsidRDefault="00E3008D">
            <w:pPr>
              <w:spacing w:after="36" w:line="245" w:lineRule="auto"/>
            </w:pPr>
          </w:p>
        </w:tc>
        <w:tc>
          <w:tcPr>
            <w:tcW w:w="1417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826BC7" w14:textId="7583A31C" w:rsidR="00E3008D" w:rsidRDefault="00E3008D">
            <w:pPr>
              <w:spacing w:after="36" w:line="245" w:lineRule="auto"/>
            </w:pPr>
          </w:p>
        </w:tc>
      </w:tr>
      <w:tr w:rsidR="00E3008D" w14:paraId="55F01E24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56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FA556C" w14:textId="77777777" w:rsidR="00E3008D" w:rsidRDefault="00000000">
            <w:pPr>
              <w:spacing w:after="36" w:line="245" w:lineRule="auto"/>
            </w:pPr>
            <w:r>
              <w:rPr>
                <w:sz w:val="16"/>
              </w:rPr>
              <w:t>9</w:t>
            </w:r>
          </w:p>
        </w:tc>
        <w:tc>
          <w:tcPr>
            <w:tcW w:w="181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ABEEF2" w14:textId="23449365" w:rsidR="00E3008D" w:rsidRDefault="00E3008D">
            <w:pPr>
              <w:spacing w:after="36" w:line="245" w:lineRule="auto"/>
            </w:pPr>
          </w:p>
        </w:tc>
        <w:tc>
          <w:tcPr>
            <w:tcW w:w="124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FA842C" w14:textId="0D1CC1D4" w:rsidR="00E3008D" w:rsidRDefault="00E3008D">
            <w:pPr>
              <w:spacing w:after="36" w:line="245" w:lineRule="auto"/>
            </w:pPr>
          </w:p>
        </w:tc>
        <w:tc>
          <w:tcPr>
            <w:tcW w:w="147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AD3FAF" w14:textId="7A14DAD9" w:rsidR="00E3008D" w:rsidRDefault="00E3008D">
            <w:pPr>
              <w:spacing w:after="36" w:line="245" w:lineRule="auto"/>
            </w:pPr>
          </w:p>
        </w:tc>
        <w:tc>
          <w:tcPr>
            <w:tcW w:w="198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710326" w14:textId="789EAB0C" w:rsidR="00E3008D" w:rsidRDefault="00E3008D">
            <w:pPr>
              <w:spacing w:after="36" w:line="245" w:lineRule="auto"/>
            </w:pPr>
          </w:p>
        </w:tc>
        <w:tc>
          <w:tcPr>
            <w:tcW w:w="90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92BC32" w14:textId="27F18C43" w:rsidR="00E3008D" w:rsidRDefault="00E3008D">
            <w:pPr>
              <w:spacing w:after="36" w:line="245" w:lineRule="auto"/>
            </w:pPr>
          </w:p>
        </w:tc>
        <w:tc>
          <w:tcPr>
            <w:tcW w:w="1417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4A9983" w14:textId="567A2BDC" w:rsidR="00E3008D" w:rsidRDefault="00E3008D">
            <w:pPr>
              <w:spacing w:after="36" w:line="245" w:lineRule="auto"/>
            </w:pPr>
          </w:p>
        </w:tc>
      </w:tr>
      <w:tr w:rsidR="00E3008D" w14:paraId="28126E6A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56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C1261D" w14:textId="77777777" w:rsidR="00E3008D" w:rsidRDefault="00000000">
            <w:pPr>
              <w:spacing w:after="36" w:line="245" w:lineRule="auto"/>
            </w:pPr>
            <w:r>
              <w:rPr>
                <w:sz w:val="16"/>
              </w:rPr>
              <w:t>10</w:t>
            </w:r>
          </w:p>
        </w:tc>
        <w:tc>
          <w:tcPr>
            <w:tcW w:w="181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E01AF9" w14:textId="732CFD39" w:rsidR="00E3008D" w:rsidRDefault="00E3008D">
            <w:pPr>
              <w:spacing w:after="36" w:line="245" w:lineRule="auto"/>
            </w:pPr>
          </w:p>
        </w:tc>
        <w:tc>
          <w:tcPr>
            <w:tcW w:w="124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77A6C8" w14:textId="10179147" w:rsidR="00E3008D" w:rsidRDefault="00E3008D">
            <w:pPr>
              <w:spacing w:after="36" w:line="245" w:lineRule="auto"/>
            </w:pPr>
          </w:p>
        </w:tc>
        <w:tc>
          <w:tcPr>
            <w:tcW w:w="147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464F2D" w14:textId="08A07E3D" w:rsidR="00E3008D" w:rsidRDefault="00E3008D">
            <w:pPr>
              <w:spacing w:after="36" w:line="245" w:lineRule="auto"/>
            </w:pPr>
          </w:p>
        </w:tc>
        <w:tc>
          <w:tcPr>
            <w:tcW w:w="198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584963" w14:textId="5DCFD162" w:rsidR="00E3008D" w:rsidRDefault="00E3008D">
            <w:pPr>
              <w:spacing w:after="36" w:line="245" w:lineRule="auto"/>
            </w:pPr>
          </w:p>
        </w:tc>
        <w:tc>
          <w:tcPr>
            <w:tcW w:w="90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044536" w14:textId="185A5DDE" w:rsidR="00E3008D" w:rsidRDefault="00E3008D">
            <w:pPr>
              <w:spacing w:after="36" w:line="245" w:lineRule="auto"/>
            </w:pPr>
          </w:p>
        </w:tc>
        <w:tc>
          <w:tcPr>
            <w:tcW w:w="1417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E01856" w14:textId="18D75812" w:rsidR="00E3008D" w:rsidRDefault="00E3008D">
            <w:pPr>
              <w:spacing w:after="36" w:line="245" w:lineRule="auto"/>
            </w:pPr>
          </w:p>
        </w:tc>
      </w:tr>
      <w:tr w:rsidR="00E3008D" w14:paraId="60C90AF6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22A3CF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Átvett kulcs / belépőkártya azonosító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F32B18" w14:textId="1FFB68E6" w:rsidR="00E3008D" w:rsidRDefault="00E3008D">
            <w:pPr>
              <w:spacing w:after="36" w:line="245" w:lineRule="auto"/>
            </w:pPr>
          </w:p>
        </w:tc>
      </w:tr>
      <w:tr w:rsidR="00E3008D" w14:paraId="5A73B98C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B67801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Darabszám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2682C6" w14:textId="0AF3F655" w:rsidR="00E3008D" w:rsidRDefault="00E3008D">
            <w:pPr>
              <w:spacing w:after="36" w:line="245" w:lineRule="auto"/>
            </w:pPr>
          </w:p>
        </w:tc>
      </w:tr>
      <w:tr w:rsidR="00E3008D" w14:paraId="41E2E19E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A224F9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Átadás időpontja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713A9F" w14:textId="4C3DC5E3" w:rsidR="00E3008D" w:rsidRDefault="00E3008D">
            <w:pPr>
              <w:spacing w:after="36" w:line="245" w:lineRule="auto"/>
            </w:pPr>
          </w:p>
        </w:tc>
      </w:tr>
      <w:tr w:rsidR="00E3008D" w14:paraId="30D5EF8E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F64DFB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Őrzési szabály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1A5904" w14:textId="78DD7957" w:rsidR="00E3008D" w:rsidRDefault="00E3008D">
            <w:pPr>
              <w:spacing w:after="36" w:line="245" w:lineRule="auto"/>
            </w:pPr>
          </w:p>
        </w:tc>
      </w:tr>
      <w:tr w:rsidR="00E3008D" w14:paraId="17205135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53F33B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Kiemelt érték / kizárás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A6CD57" w14:textId="77777777" w:rsidR="00E3008D" w:rsidRDefault="00000000">
            <w:pPr>
              <w:spacing w:after="36" w:line="245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E3008D" w14:paraId="2D471B6A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D8267C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Visszaadás időpontja és átvevő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4940C7" w14:textId="638503AD" w:rsidR="00E3008D" w:rsidRDefault="00E3008D">
            <w:pPr>
              <w:spacing w:after="36" w:line="245" w:lineRule="auto"/>
            </w:pPr>
          </w:p>
        </w:tc>
      </w:tr>
      <w:tr w:rsidR="00E3008D" w14:paraId="56B6EBFD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F37492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Egyéb megjegyzés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CBCE51" w14:textId="77777777" w:rsidR="00E3008D" w:rsidRDefault="00000000">
            <w:pPr>
              <w:spacing w:after="36" w:line="245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</w:tbl>
    <w:p w14:paraId="42883EB3" w14:textId="77777777" w:rsidR="00E3008D" w:rsidRDefault="00E3008D">
      <w:pPr>
        <w:pStyle w:val="SFClause"/>
        <w:rPr>
          <w:rFonts w:hint="eastAsia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933"/>
        <w:gridCol w:w="4933"/>
      </w:tblGrid>
      <w:tr w:rsidR="00E3008D" w14:paraId="706CC521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DA212E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br/>
            </w:r>
            <w:r>
              <w:rPr>
                <w:b/>
                <w:sz w:val="16"/>
              </w:rPr>
              <w:br/>
              <w:t>____________________________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37DED7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br/>
            </w:r>
            <w:r>
              <w:rPr>
                <w:b/>
                <w:sz w:val="16"/>
              </w:rPr>
              <w:br/>
              <w:t>____________________________</w:t>
            </w:r>
          </w:p>
        </w:tc>
      </w:tr>
      <w:tr w:rsidR="00E3008D" w14:paraId="1F3850C7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D379E7" w14:textId="6D4F40B6" w:rsidR="00E3008D" w:rsidRDefault="00E3008D">
            <w:pPr>
              <w:spacing w:after="36" w:line="245" w:lineRule="auto"/>
              <w:jc w:val="center"/>
            </w:pP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F85096" w14:textId="00EAF478" w:rsidR="00E3008D" w:rsidRDefault="00E3008D">
            <w:pPr>
              <w:spacing w:after="36" w:line="245" w:lineRule="auto"/>
              <w:jc w:val="center"/>
            </w:pPr>
          </w:p>
        </w:tc>
      </w:tr>
      <w:tr w:rsidR="00E3008D" w14:paraId="51EAD456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7FA44E" w14:textId="77777777" w:rsidR="00E3008D" w:rsidRDefault="00000000">
            <w:pPr>
              <w:spacing w:after="36" w:line="245" w:lineRule="auto"/>
              <w:jc w:val="center"/>
            </w:pPr>
            <w:r>
              <w:rPr>
                <w:b/>
                <w:sz w:val="16"/>
              </w:rPr>
              <w:t>Megrendelő / átadó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CF1F27" w14:textId="77777777" w:rsidR="00E3008D" w:rsidRDefault="00000000">
            <w:pPr>
              <w:spacing w:after="36" w:line="245" w:lineRule="auto"/>
              <w:jc w:val="center"/>
            </w:pPr>
            <w:r>
              <w:rPr>
                <w:sz w:val="16"/>
              </w:rPr>
              <w:t>Spirit Floor átvevő</w:t>
            </w:r>
          </w:p>
        </w:tc>
      </w:tr>
    </w:tbl>
    <w:p w14:paraId="38E0D7C9" w14:textId="77777777" w:rsidR="00E3008D" w:rsidRDefault="00000000">
      <w:pPr>
        <w:pStyle w:val="Cmsor1"/>
        <w:pageBreakBefore/>
        <w:pBdr>
          <w:bottom w:val="single" w:sz="8" w:space="3" w:color="F29F05"/>
        </w:pBdr>
      </w:pPr>
      <w:r>
        <w:lastRenderedPageBreak/>
        <w:t>M/10 – Logisztikai, tárolási és hulladékterv</w:t>
      </w:r>
    </w:p>
    <w:tbl>
      <w:tblPr>
        <w:tblW w:w="0" w:type="auto"/>
        <w:jc w:val="center"/>
        <w:tblBorders>
          <w:top w:val="single" w:sz="6" w:space="0" w:color="AAB3BB"/>
          <w:left w:val="single" w:sz="6" w:space="0" w:color="AAB3BB"/>
          <w:bottom w:val="single" w:sz="6" w:space="0" w:color="AAB3BB"/>
          <w:right w:val="single" w:sz="6" w:space="0" w:color="AAB3BB"/>
          <w:insideH w:val="single" w:sz="6" w:space="0" w:color="AAB3BB"/>
          <w:insideV w:val="single" w:sz="6" w:space="0" w:color="AAB3BB"/>
        </w:tblBorders>
        <w:tblLook w:val="04A0" w:firstRow="1" w:lastRow="0" w:firstColumn="1" w:lastColumn="0" w:noHBand="0" w:noVBand="1"/>
      </w:tblPr>
      <w:tblGrid>
        <w:gridCol w:w="1492"/>
        <w:gridCol w:w="2726"/>
        <w:gridCol w:w="1497"/>
        <w:gridCol w:w="1462"/>
        <w:gridCol w:w="1555"/>
        <w:gridCol w:w="1225"/>
      </w:tblGrid>
      <w:tr w:rsidR="00E3008D" w14:paraId="69DAFC3B" w14:textId="77777777">
        <w:trPr>
          <w:jc w:val="center"/>
        </w:trPr>
        <w:tc>
          <w:tcPr>
            <w:tcW w:w="9866" w:type="dxa"/>
            <w:gridSpan w:val="6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EEF1F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C30D1E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 xml:space="preserve">Cél: </w:t>
            </w:r>
            <w:r>
              <w:rPr>
                <w:sz w:val="16"/>
              </w:rPr>
              <w:t>Az anyagmozgatás, tárolás, őrzés, bontási hulladék és elszállítás előzetes megszervezése.</w:t>
            </w:r>
          </w:p>
        </w:tc>
      </w:tr>
      <w:tr w:rsidR="00E3008D" w14:paraId="7B004CA5" w14:textId="77777777">
        <w:tblPrEx>
          <w:tblBorders>
            <w:top w:val="single" w:sz="6" w:space="0" w:color="D3B35C"/>
            <w:left w:val="single" w:sz="6" w:space="0" w:color="D3B35C"/>
            <w:bottom w:val="single" w:sz="6" w:space="0" w:color="D3B35C"/>
            <w:right w:val="single" w:sz="6" w:space="0" w:color="D3B35C"/>
            <w:insideH w:val="single" w:sz="6" w:space="0" w:color="D3B35C"/>
            <w:insideV w:val="single" w:sz="6" w:space="0" w:color="D3B35C"/>
          </w:tblBorders>
        </w:tblPrEx>
        <w:trPr>
          <w:jc w:val="center"/>
        </w:trPr>
        <w:tc>
          <w:tcPr>
            <w:tcW w:w="9866" w:type="dxa"/>
            <w:gridSpan w:val="6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FF3C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0B5674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 xml:space="preserve">Használati szabály: </w:t>
            </w:r>
            <w:r>
              <w:rPr>
                <w:sz w:val="16"/>
              </w:rPr>
              <w:t>Nagy értékű anyagnál és többszintes projektnél használata kötelező. A felelősségi és költségviselési határt egyértelműen ki kell tölteni.</w:t>
            </w:r>
          </w:p>
        </w:tc>
      </w:tr>
      <w:tr w:rsidR="00E3008D" w14:paraId="1F060AB4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895219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Szállítás címe / behajtás</w:t>
            </w:r>
          </w:p>
        </w:tc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1F622D" w14:textId="147283B3" w:rsidR="00E3008D" w:rsidRDefault="00E3008D">
            <w:pPr>
              <w:spacing w:after="36" w:line="245" w:lineRule="auto"/>
            </w:pPr>
          </w:p>
        </w:tc>
      </w:tr>
      <w:tr w:rsidR="00E3008D" w14:paraId="1BF89BAF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D55144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Rakodási időablak</w:t>
            </w:r>
          </w:p>
        </w:tc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9B682F" w14:textId="08332DFE" w:rsidR="00E3008D" w:rsidRDefault="00E3008D">
            <w:pPr>
              <w:spacing w:after="36" w:line="245" w:lineRule="auto"/>
            </w:pPr>
          </w:p>
        </w:tc>
      </w:tr>
      <w:tr w:rsidR="00E3008D" w14:paraId="2F6D5D89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793C6D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Járműkorlátozás / engedély</w:t>
            </w:r>
          </w:p>
        </w:tc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0FEFBF" w14:textId="2E781316" w:rsidR="00E3008D" w:rsidRDefault="00E3008D">
            <w:pPr>
              <w:spacing w:after="36" w:line="245" w:lineRule="auto"/>
            </w:pPr>
          </w:p>
        </w:tc>
      </w:tr>
      <w:tr w:rsidR="00E3008D" w14:paraId="2C876793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AA20DF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Lift / daru / kézi feltermelés</w:t>
            </w:r>
          </w:p>
        </w:tc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BBC528" w14:textId="4F80F41B" w:rsidR="00E3008D" w:rsidRDefault="00E3008D">
            <w:pPr>
              <w:spacing w:after="36" w:line="245" w:lineRule="auto"/>
            </w:pPr>
          </w:p>
        </w:tc>
      </w:tr>
      <w:tr w:rsidR="00E3008D" w14:paraId="7D49FD96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9D3649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Szint / távolság</w:t>
            </w:r>
          </w:p>
        </w:tc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387E16" w14:textId="212183BB" w:rsidR="00E3008D" w:rsidRDefault="00E3008D">
            <w:pPr>
              <w:spacing w:after="36" w:line="245" w:lineRule="auto"/>
            </w:pPr>
          </w:p>
        </w:tc>
      </w:tr>
      <w:tr w:rsidR="00E3008D" w14:paraId="73155EAF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925D67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Átvételre jogosult</w:t>
            </w:r>
          </w:p>
        </w:tc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160045" w14:textId="1DC76132" w:rsidR="00E3008D" w:rsidRDefault="00E3008D">
            <w:pPr>
              <w:spacing w:after="36" w:line="245" w:lineRule="auto"/>
            </w:pPr>
          </w:p>
        </w:tc>
      </w:tr>
      <w:tr w:rsidR="00E3008D" w14:paraId="0EB78FAD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DE5716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Tárolóhely és méret</w:t>
            </w:r>
          </w:p>
        </w:tc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BFB60C" w14:textId="04E880DA" w:rsidR="00E3008D" w:rsidRDefault="00E3008D">
            <w:pPr>
              <w:spacing w:after="36" w:line="245" w:lineRule="auto"/>
            </w:pPr>
          </w:p>
        </w:tc>
      </w:tr>
      <w:tr w:rsidR="00E3008D" w14:paraId="431D4A75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0FA4DC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Tárolási klíma</w:t>
            </w:r>
          </w:p>
        </w:tc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344A8F" w14:textId="66A3DBD2" w:rsidR="00E3008D" w:rsidRDefault="00E3008D">
            <w:pPr>
              <w:spacing w:after="36" w:line="245" w:lineRule="auto"/>
            </w:pPr>
          </w:p>
        </w:tc>
      </w:tr>
      <w:tr w:rsidR="00E3008D" w14:paraId="6421DED7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BE43BE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Őrzés / kárveszély</w:t>
            </w:r>
          </w:p>
        </w:tc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39B6AC" w14:textId="37350312" w:rsidR="00E3008D" w:rsidRDefault="00E3008D">
            <w:pPr>
              <w:spacing w:after="36" w:line="245" w:lineRule="auto"/>
            </w:pPr>
          </w:p>
        </w:tc>
      </w:tr>
      <w:tr w:rsidR="00E3008D" w14:paraId="6F962D1D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6ECFC7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Anyag akklimatizálási idő</w:t>
            </w:r>
          </w:p>
        </w:tc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25A775" w14:textId="07C3A614" w:rsidR="00E3008D" w:rsidRDefault="00E3008D">
            <w:pPr>
              <w:spacing w:after="36" w:line="245" w:lineRule="auto"/>
            </w:pPr>
          </w:p>
        </w:tc>
      </w:tr>
      <w:tr w:rsidR="00E3008D" w14:paraId="12E8F0AD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4D9ACF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Csomagolás / raklap visszavétel</w:t>
            </w:r>
          </w:p>
        </w:tc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38D8FC" w14:textId="77C70D40" w:rsidR="00E3008D" w:rsidRDefault="00E3008D">
            <w:pPr>
              <w:spacing w:after="36" w:line="245" w:lineRule="auto"/>
            </w:pPr>
          </w:p>
        </w:tc>
      </w:tr>
      <w:tr w:rsidR="00E3008D" w14:paraId="35277F35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tblHeader/>
          <w:jc w:val="center"/>
        </w:trPr>
        <w:tc>
          <w:tcPr>
            <w:tcW w:w="158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65C803" w14:textId="77777777" w:rsidR="00E3008D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Hulladéktípus</w:t>
            </w:r>
          </w:p>
        </w:tc>
        <w:tc>
          <w:tcPr>
            <w:tcW w:w="124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B6C02F" w14:textId="77777777" w:rsidR="00E3008D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Becsült mennyiség</w:t>
            </w:r>
          </w:p>
        </w:tc>
        <w:tc>
          <w:tcPr>
            <w:tcW w:w="158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F77B2E" w14:textId="77777777" w:rsidR="00E3008D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Gyűjtő / csomagolás</w:t>
            </w:r>
          </w:p>
        </w:tc>
        <w:tc>
          <w:tcPr>
            <w:tcW w:w="158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3D5EB7" w14:textId="77777777" w:rsidR="00E3008D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Deponálás</w:t>
            </w:r>
          </w:p>
        </w:tc>
        <w:tc>
          <w:tcPr>
            <w:tcW w:w="175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676581" w14:textId="77777777" w:rsidR="00E3008D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Elszállító / átvevő</w:t>
            </w:r>
          </w:p>
        </w:tc>
        <w:tc>
          <w:tcPr>
            <w:tcW w:w="124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ADC33B" w14:textId="77777777" w:rsidR="00E3008D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Költségviselő</w:t>
            </w:r>
          </w:p>
        </w:tc>
      </w:tr>
      <w:tr w:rsidR="00E3008D" w14:paraId="47D33974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158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47E6C0" w14:textId="2CE49323" w:rsidR="00E3008D" w:rsidRDefault="00E3008D">
            <w:pPr>
              <w:spacing w:after="36" w:line="245" w:lineRule="auto"/>
            </w:pPr>
          </w:p>
        </w:tc>
        <w:tc>
          <w:tcPr>
            <w:tcW w:w="124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6C2D11" w14:textId="624930DE" w:rsidR="00E3008D" w:rsidRDefault="00E3008D">
            <w:pPr>
              <w:spacing w:after="36" w:line="245" w:lineRule="auto"/>
            </w:pPr>
          </w:p>
        </w:tc>
        <w:tc>
          <w:tcPr>
            <w:tcW w:w="158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09AC6F" w14:textId="030B4455" w:rsidR="00E3008D" w:rsidRDefault="00E3008D">
            <w:pPr>
              <w:spacing w:after="36" w:line="245" w:lineRule="auto"/>
            </w:pPr>
          </w:p>
        </w:tc>
        <w:tc>
          <w:tcPr>
            <w:tcW w:w="158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28EE34" w14:textId="5109E10B" w:rsidR="00E3008D" w:rsidRDefault="00E3008D">
            <w:pPr>
              <w:spacing w:after="36" w:line="245" w:lineRule="auto"/>
            </w:pPr>
          </w:p>
        </w:tc>
        <w:tc>
          <w:tcPr>
            <w:tcW w:w="175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46E621" w14:textId="00517BE0" w:rsidR="00E3008D" w:rsidRDefault="00E3008D">
            <w:pPr>
              <w:spacing w:after="36" w:line="245" w:lineRule="auto"/>
            </w:pPr>
          </w:p>
        </w:tc>
        <w:tc>
          <w:tcPr>
            <w:tcW w:w="124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F76464" w14:textId="2A545519" w:rsidR="00E3008D" w:rsidRDefault="00E3008D">
            <w:pPr>
              <w:spacing w:after="36" w:line="245" w:lineRule="auto"/>
            </w:pPr>
          </w:p>
        </w:tc>
      </w:tr>
      <w:tr w:rsidR="00E3008D" w14:paraId="3143B43F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158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4FEAEA" w14:textId="0684484F" w:rsidR="00E3008D" w:rsidRDefault="00E3008D">
            <w:pPr>
              <w:spacing w:after="36" w:line="245" w:lineRule="auto"/>
            </w:pPr>
          </w:p>
        </w:tc>
        <w:tc>
          <w:tcPr>
            <w:tcW w:w="124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F3C955" w14:textId="57342535" w:rsidR="00E3008D" w:rsidRDefault="00E3008D">
            <w:pPr>
              <w:spacing w:after="36" w:line="245" w:lineRule="auto"/>
            </w:pPr>
          </w:p>
        </w:tc>
        <w:tc>
          <w:tcPr>
            <w:tcW w:w="158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7F8FCF" w14:textId="11D944E1" w:rsidR="00E3008D" w:rsidRDefault="00E3008D">
            <w:pPr>
              <w:spacing w:after="36" w:line="245" w:lineRule="auto"/>
            </w:pPr>
          </w:p>
        </w:tc>
        <w:tc>
          <w:tcPr>
            <w:tcW w:w="158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BCA814" w14:textId="1DE9150D" w:rsidR="00E3008D" w:rsidRDefault="00E3008D">
            <w:pPr>
              <w:spacing w:after="36" w:line="245" w:lineRule="auto"/>
            </w:pPr>
          </w:p>
        </w:tc>
        <w:tc>
          <w:tcPr>
            <w:tcW w:w="175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88E3BA" w14:textId="4B3DD389" w:rsidR="00E3008D" w:rsidRDefault="00E3008D">
            <w:pPr>
              <w:spacing w:after="36" w:line="245" w:lineRule="auto"/>
            </w:pPr>
          </w:p>
        </w:tc>
        <w:tc>
          <w:tcPr>
            <w:tcW w:w="124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9535F5" w14:textId="57ED7211" w:rsidR="00E3008D" w:rsidRDefault="00E3008D">
            <w:pPr>
              <w:spacing w:after="36" w:line="245" w:lineRule="auto"/>
            </w:pPr>
          </w:p>
        </w:tc>
      </w:tr>
      <w:tr w:rsidR="00E3008D" w14:paraId="57B477DA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158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66B03B" w14:textId="763EBFC3" w:rsidR="00E3008D" w:rsidRDefault="00E3008D">
            <w:pPr>
              <w:spacing w:after="36" w:line="245" w:lineRule="auto"/>
            </w:pPr>
          </w:p>
        </w:tc>
        <w:tc>
          <w:tcPr>
            <w:tcW w:w="124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837BA9" w14:textId="0B55D0FA" w:rsidR="00E3008D" w:rsidRDefault="00E3008D">
            <w:pPr>
              <w:spacing w:after="36" w:line="245" w:lineRule="auto"/>
            </w:pPr>
          </w:p>
        </w:tc>
        <w:tc>
          <w:tcPr>
            <w:tcW w:w="158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2BCD06" w14:textId="2DE02770" w:rsidR="00E3008D" w:rsidRDefault="00E3008D">
            <w:pPr>
              <w:spacing w:after="36" w:line="245" w:lineRule="auto"/>
            </w:pPr>
          </w:p>
        </w:tc>
        <w:tc>
          <w:tcPr>
            <w:tcW w:w="158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6535BA" w14:textId="07143920" w:rsidR="00E3008D" w:rsidRDefault="00E3008D">
            <w:pPr>
              <w:spacing w:after="36" w:line="245" w:lineRule="auto"/>
            </w:pPr>
          </w:p>
        </w:tc>
        <w:tc>
          <w:tcPr>
            <w:tcW w:w="175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CACC2D" w14:textId="18C2DFE6" w:rsidR="00E3008D" w:rsidRDefault="00E3008D">
            <w:pPr>
              <w:spacing w:after="36" w:line="245" w:lineRule="auto"/>
            </w:pPr>
          </w:p>
        </w:tc>
        <w:tc>
          <w:tcPr>
            <w:tcW w:w="124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07CF9C" w14:textId="1BD6C150" w:rsidR="00E3008D" w:rsidRDefault="00E3008D">
            <w:pPr>
              <w:spacing w:after="36" w:line="245" w:lineRule="auto"/>
            </w:pPr>
          </w:p>
        </w:tc>
      </w:tr>
      <w:tr w:rsidR="00E3008D" w14:paraId="6C7BCD8A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158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66BA6A" w14:textId="28589C50" w:rsidR="00E3008D" w:rsidRDefault="00E3008D">
            <w:pPr>
              <w:spacing w:after="36" w:line="245" w:lineRule="auto"/>
            </w:pPr>
          </w:p>
        </w:tc>
        <w:tc>
          <w:tcPr>
            <w:tcW w:w="124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0A54A5" w14:textId="7A5BA1BC" w:rsidR="00E3008D" w:rsidRDefault="00E3008D">
            <w:pPr>
              <w:spacing w:after="36" w:line="245" w:lineRule="auto"/>
            </w:pPr>
          </w:p>
        </w:tc>
        <w:tc>
          <w:tcPr>
            <w:tcW w:w="158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5DF324" w14:textId="4822CE92" w:rsidR="00E3008D" w:rsidRDefault="00E3008D">
            <w:pPr>
              <w:spacing w:after="36" w:line="245" w:lineRule="auto"/>
            </w:pPr>
          </w:p>
        </w:tc>
        <w:tc>
          <w:tcPr>
            <w:tcW w:w="158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458492" w14:textId="345BFDC2" w:rsidR="00E3008D" w:rsidRDefault="00E3008D">
            <w:pPr>
              <w:spacing w:after="36" w:line="245" w:lineRule="auto"/>
            </w:pPr>
          </w:p>
        </w:tc>
        <w:tc>
          <w:tcPr>
            <w:tcW w:w="175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FB9C5F" w14:textId="696720A3" w:rsidR="00E3008D" w:rsidRDefault="00E3008D">
            <w:pPr>
              <w:spacing w:after="36" w:line="245" w:lineRule="auto"/>
            </w:pPr>
          </w:p>
        </w:tc>
        <w:tc>
          <w:tcPr>
            <w:tcW w:w="124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AABF5A" w14:textId="604F9DD7" w:rsidR="00E3008D" w:rsidRDefault="00E3008D">
            <w:pPr>
              <w:spacing w:after="36" w:line="245" w:lineRule="auto"/>
            </w:pPr>
          </w:p>
        </w:tc>
      </w:tr>
      <w:tr w:rsidR="00E3008D" w14:paraId="32596ABC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158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890C0F" w14:textId="5FD5BD77" w:rsidR="00E3008D" w:rsidRDefault="00E3008D">
            <w:pPr>
              <w:spacing w:after="36" w:line="245" w:lineRule="auto"/>
            </w:pPr>
          </w:p>
        </w:tc>
        <w:tc>
          <w:tcPr>
            <w:tcW w:w="124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A08F0F" w14:textId="493DB857" w:rsidR="00E3008D" w:rsidRDefault="00E3008D">
            <w:pPr>
              <w:spacing w:after="36" w:line="245" w:lineRule="auto"/>
            </w:pPr>
          </w:p>
        </w:tc>
        <w:tc>
          <w:tcPr>
            <w:tcW w:w="158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9D3D11" w14:textId="21A16F76" w:rsidR="00E3008D" w:rsidRDefault="00E3008D">
            <w:pPr>
              <w:spacing w:after="36" w:line="245" w:lineRule="auto"/>
            </w:pPr>
          </w:p>
        </w:tc>
        <w:tc>
          <w:tcPr>
            <w:tcW w:w="158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3C9084" w14:textId="42A3D14E" w:rsidR="00E3008D" w:rsidRDefault="00E3008D">
            <w:pPr>
              <w:spacing w:after="36" w:line="245" w:lineRule="auto"/>
            </w:pPr>
          </w:p>
        </w:tc>
        <w:tc>
          <w:tcPr>
            <w:tcW w:w="175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80DB8A" w14:textId="1EAF357D" w:rsidR="00E3008D" w:rsidRDefault="00E3008D">
            <w:pPr>
              <w:spacing w:after="36" w:line="245" w:lineRule="auto"/>
            </w:pPr>
          </w:p>
        </w:tc>
        <w:tc>
          <w:tcPr>
            <w:tcW w:w="124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7310D4" w14:textId="6A717C01" w:rsidR="00E3008D" w:rsidRDefault="00E3008D">
            <w:pPr>
              <w:spacing w:after="36" w:line="245" w:lineRule="auto"/>
            </w:pPr>
          </w:p>
        </w:tc>
      </w:tr>
      <w:tr w:rsidR="00E3008D" w14:paraId="749DB399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158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608058" w14:textId="65693A8C" w:rsidR="00E3008D" w:rsidRDefault="00E3008D">
            <w:pPr>
              <w:spacing w:after="36" w:line="245" w:lineRule="auto"/>
            </w:pPr>
          </w:p>
        </w:tc>
        <w:tc>
          <w:tcPr>
            <w:tcW w:w="124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2885D6" w14:textId="08274405" w:rsidR="00E3008D" w:rsidRDefault="00E3008D">
            <w:pPr>
              <w:spacing w:after="36" w:line="245" w:lineRule="auto"/>
            </w:pPr>
          </w:p>
        </w:tc>
        <w:tc>
          <w:tcPr>
            <w:tcW w:w="158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A342BA" w14:textId="6673EBBB" w:rsidR="00E3008D" w:rsidRDefault="00E3008D">
            <w:pPr>
              <w:spacing w:after="36" w:line="245" w:lineRule="auto"/>
            </w:pPr>
          </w:p>
        </w:tc>
        <w:tc>
          <w:tcPr>
            <w:tcW w:w="158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43A733" w14:textId="5FCD6A4D" w:rsidR="00E3008D" w:rsidRDefault="00E3008D">
            <w:pPr>
              <w:spacing w:after="36" w:line="245" w:lineRule="auto"/>
            </w:pPr>
          </w:p>
        </w:tc>
        <w:tc>
          <w:tcPr>
            <w:tcW w:w="175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7209E6" w14:textId="15830E6F" w:rsidR="00E3008D" w:rsidRDefault="00E3008D">
            <w:pPr>
              <w:spacing w:after="36" w:line="245" w:lineRule="auto"/>
            </w:pPr>
          </w:p>
        </w:tc>
        <w:tc>
          <w:tcPr>
            <w:tcW w:w="124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F28323" w14:textId="25D27299" w:rsidR="00E3008D" w:rsidRDefault="00E3008D">
            <w:pPr>
              <w:spacing w:after="36" w:line="245" w:lineRule="auto"/>
            </w:pPr>
          </w:p>
        </w:tc>
      </w:tr>
      <w:tr w:rsidR="00E3008D" w14:paraId="48D4CE16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FFE559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Veszélyes anyag gyanú esetén protokoll</w:t>
            </w:r>
          </w:p>
        </w:tc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0E6F68" w14:textId="77777777" w:rsidR="00E3008D" w:rsidRDefault="00000000">
            <w:pPr>
              <w:spacing w:after="36" w:line="245" w:lineRule="auto"/>
            </w:pPr>
            <w:r>
              <w:rPr>
                <w:sz w:val="16"/>
              </w:rPr>
              <w:t>Munka leállítása, terület elkülönítése, Megrendelő értesítése, jogosult szakvállalkozó bevonása.</w:t>
            </w:r>
          </w:p>
        </w:tc>
      </w:tr>
      <w:tr w:rsidR="00E3008D" w14:paraId="500A2FBA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F2EBA6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Különleges előírás</w:t>
            </w:r>
          </w:p>
        </w:tc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4707FC" w14:textId="77777777" w:rsidR="00E3008D" w:rsidRDefault="00000000">
            <w:pPr>
              <w:spacing w:after="36" w:line="245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</w:tbl>
    <w:p w14:paraId="31D5E2F7" w14:textId="77777777" w:rsidR="00E3008D" w:rsidRDefault="00E3008D">
      <w:pPr>
        <w:pStyle w:val="SFClause"/>
        <w:rPr>
          <w:rFonts w:hint="eastAsia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933"/>
        <w:gridCol w:w="4933"/>
      </w:tblGrid>
      <w:tr w:rsidR="00E3008D" w14:paraId="1E518ED6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70E2E3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br/>
            </w:r>
            <w:r>
              <w:rPr>
                <w:b/>
                <w:sz w:val="16"/>
              </w:rPr>
              <w:br/>
              <w:t>____________________________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BD1169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br/>
            </w:r>
            <w:r>
              <w:rPr>
                <w:b/>
                <w:sz w:val="16"/>
              </w:rPr>
              <w:br/>
              <w:t>____________________________</w:t>
            </w:r>
          </w:p>
        </w:tc>
      </w:tr>
      <w:tr w:rsidR="00E3008D" w14:paraId="5C54DD65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E1693B" w14:textId="140C13AA" w:rsidR="00E3008D" w:rsidRDefault="00E3008D">
            <w:pPr>
              <w:spacing w:after="36" w:line="245" w:lineRule="auto"/>
              <w:jc w:val="center"/>
            </w:pP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8ECCD6" w14:textId="10F7F8AF" w:rsidR="00E3008D" w:rsidRDefault="00E3008D">
            <w:pPr>
              <w:spacing w:after="36" w:line="245" w:lineRule="auto"/>
              <w:jc w:val="center"/>
            </w:pPr>
          </w:p>
        </w:tc>
      </w:tr>
      <w:tr w:rsidR="00E3008D" w14:paraId="0CBD675B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BE599D" w14:textId="77777777" w:rsidR="00E3008D" w:rsidRDefault="00000000">
            <w:pPr>
              <w:spacing w:after="36" w:line="245" w:lineRule="auto"/>
              <w:jc w:val="center"/>
            </w:pPr>
            <w:r>
              <w:rPr>
                <w:b/>
                <w:sz w:val="16"/>
              </w:rPr>
              <w:t>Spirit Floor logisztikai felelős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80A16C" w14:textId="77777777" w:rsidR="00E3008D" w:rsidRDefault="00000000">
            <w:pPr>
              <w:spacing w:after="36" w:line="245" w:lineRule="auto"/>
              <w:jc w:val="center"/>
            </w:pPr>
            <w:r>
              <w:rPr>
                <w:sz w:val="16"/>
              </w:rPr>
              <w:t>Megrendelő / helyszíni logisztika</w:t>
            </w:r>
          </w:p>
        </w:tc>
      </w:tr>
    </w:tbl>
    <w:p w14:paraId="5932CD99" w14:textId="77777777" w:rsidR="00E3008D" w:rsidRDefault="00000000">
      <w:pPr>
        <w:pStyle w:val="Cmsor1"/>
        <w:pageBreakBefore/>
        <w:pBdr>
          <w:bottom w:val="single" w:sz="8" w:space="3" w:color="F29F05"/>
        </w:pBdr>
      </w:pPr>
      <w:r>
        <w:lastRenderedPageBreak/>
        <w:t>M/11 – Pót-/többletmunka és változásmegrendelő</w:t>
      </w:r>
    </w:p>
    <w:tbl>
      <w:tblPr>
        <w:tblW w:w="0" w:type="auto"/>
        <w:jc w:val="center"/>
        <w:tblBorders>
          <w:top w:val="single" w:sz="6" w:space="0" w:color="AAB3BB"/>
          <w:left w:val="single" w:sz="6" w:space="0" w:color="AAB3BB"/>
          <w:bottom w:val="single" w:sz="6" w:space="0" w:color="AAB3BB"/>
          <w:right w:val="single" w:sz="6" w:space="0" w:color="AAB3BB"/>
          <w:insideH w:val="single" w:sz="6" w:space="0" w:color="AAB3BB"/>
          <w:insideV w:val="single" w:sz="6" w:space="0" w:color="AAB3BB"/>
        </w:tblBorders>
        <w:tblLook w:val="04A0" w:firstRow="1" w:lastRow="0" w:firstColumn="1" w:lastColumn="0" w:noHBand="0" w:noVBand="1"/>
      </w:tblPr>
      <w:tblGrid>
        <w:gridCol w:w="1618"/>
        <w:gridCol w:w="971"/>
        <w:gridCol w:w="1825"/>
        <w:gridCol w:w="1247"/>
        <w:gridCol w:w="1219"/>
        <w:gridCol w:w="727"/>
        <w:gridCol w:w="1539"/>
        <w:gridCol w:w="811"/>
      </w:tblGrid>
      <w:tr w:rsidR="00E3008D" w14:paraId="44103ED6" w14:textId="77777777">
        <w:trPr>
          <w:jc w:val="center"/>
        </w:trPr>
        <w:tc>
          <w:tcPr>
            <w:tcW w:w="9866" w:type="dxa"/>
            <w:gridSpan w:val="8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EEF1F4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D0641A0" w14:textId="77777777" w:rsidR="00E3008D" w:rsidRDefault="00000000">
            <w:pPr>
              <w:spacing w:after="0" w:line="240" w:lineRule="auto"/>
            </w:pPr>
            <w:r>
              <w:rPr>
                <w:b/>
                <w:sz w:val="16"/>
              </w:rPr>
              <w:t xml:space="preserve">Cél: </w:t>
            </w:r>
            <w:r>
              <w:rPr>
                <w:sz w:val="16"/>
              </w:rPr>
              <w:t>Az eredeti műszaki tartalom, ár vagy határidő bármely változásának előzetes és ellenőrizhető rögzítése.</w:t>
            </w:r>
          </w:p>
        </w:tc>
      </w:tr>
      <w:tr w:rsidR="00E3008D" w14:paraId="5769E0F4" w14:textId="77777777">
        <w:tblPrEx>
          <w:tblBorders>
            <w:top w:val="single" w:sz="6" w:space="0" w:color="D3B35C"/>
            <w:left w:val="single" w:sz="6" w:space="0" w:color="D3B35C"/>
            <w:bottom w:val="single" w:sz="6" w:space="0" w:color="D3B35C"/>
            <w:right w:val="single" w:sz="6" w:space="0" w:color="D3B35C"/>
            <w:insideH w:val="single" w:sz="6" w:space="0" w:color="D3B35C"/>
            <w:insideV w:val="single" w:sz="6" w:space="0" w:color="D3B35C"/>
          </w:tblBorders>
        </w:tblPrEx>
        <w:trPr>
          <w:jc w:val="center"/>
        </w:trPr>
        <w:tc>
          <w:tcPr>
            <w:tcW w:w="9866" w:type="dxa"/>
            <w:gridSpan w:val="8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FF3CD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E477BEC" w14:textId="77777777" w:rsidR="00E3008D" w:rsidRDefault="00000000">
            <w:pPr>
              <w:spacing w:after="0" w:line="240" w:lineRule="auto"/>
            </w:pPr>
            <w:r>
              <w:rPr>
                <w:b/>
                <w:sz w:val="16"/>
              </w:rPr>
              <w:t xml:space="preserve">Használati szabály: </w:t>
            </w:r>
            <w:r>
              <w:rPr>
                <w:sz w:val="16"/>
              </w:rPr>
              <w:t>A munkát főszabály szerint csak mindkét fél jóváhagyása után lehet megkezdeni. A Megrendelő hallgatása nem elfogadás.</w:t>
            </w:r>
          </w:p>
        </w:tc>
      </w:tr>
      <w:tr w:rsidR="00E3008D" w14:paraId="3F2F1544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3E7D0C7" w14:textId="77777777" w:rsidR="00E3008D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Projekt / szerződés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F41177E" w14:textId="2E5B1C2D" w:rsidR="00E3008D" w:rsidRDefault="00E3008D">
            <w:pPr>
              <w:spacing w:after="0" w:line="240" w:lineRule="auto"/>
            </w:pPr>
          </w:p>
        </w:tc>
      </w:tr>
      <w:tr w:rsidR="00E3008D" w14:paraId="1FCCB105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C4F990A" w14:textId="77777777" w:rsidR="00E3008D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Változás sorszáma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4AEC51C" w14:textId="7854C5C2" w:rsidR="00E3008D" w:rsidRDefault="00E3008D">
            <w:pPr>
              <w:spacing w:after="0" w:line="240" w:lineRule="auto"/>
            </w:pPr>
          </w:p>
        </w:tc>
      </w:tr>
      <w:tr w:rsidR="00E3008D" w14:paraId="4DE74ACC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AAFCB3C" w14:textId="77777777" w:rsidR="00E3008D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Kezdeményező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5147C0A" w14:textId="67339464" w:rsidR="00E3008D" w:rsidRDefault="00E3008D">
            <w:pPr>
              <w:spacing w:after="0" w:line="240" w:lineRule="auto"/>
            </w:pPr>
          </w:p>
        </w:tc>
      </w:tr>
      <w:tr w:rsidR="00E3008D" w14:paraId="5B9436C7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D2D52AB" w14:textId="77777777" w:rsidR="00E3008D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Kezdeményezés dátuma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EC94CCE" w14:textId="40D0B657" w:rsidR="00E3008D" w:rsidRDefault="00E3008D">
            <w:pPr>
              <w:spacing w:after="0" w:line="240" w:lineRule="auto"/>
            </w:pPr>
          </w:p>
        </w:tc>
      </w:tr>
      <w:tr w:rsidR="00E3008D" w14:paraId="44E00A13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006561E" w14:textId="77777777" w:rsidR="00E3008D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Változás oka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E22B754" w14:textId="77777777" w:rsidR="00E3008D" w:rsidRDefault="00000000">
            <w:pPr>
              <w:spacing w:after="0" w:line="240" w:lineRule="auto"/>
            </w:pPr>
            <w:r>
              <w:rPr>
                <w:sz w:val="16"/>
              </w:rPr>
              <w:t>□ Megrendelői igény  □ rejtett körülmény  □ tervhiba/hiány  □ mennyiségi eltérés  □ más szakág  □ egyéb</w:t>
            </w:r>
          </w:p>
        </w:tc>
      </w:tr>
      <w:tr w:rsidR="00E3008D" w14:paraId="14EBC968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1EF5EC8" w14:textId="77777777" w:rsidR="00E3008D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Eredeti műszaki tartalom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713FD5E" w14:textId="77777777" w:rsidR="00E3008D" w:rsidRDefault="00000000">
            <w:pPr>
              <w:spacing w:after="0" w:line="240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E3008D" w14:paraId="06D3F65F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49A4E7C" w14:textId="77777777" w:rsidR="00E3008D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Módosított / új műszaki tartalom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EC1AB43" w14:textId="77777777" w:rsidR="00E3008D" w:rsidRDefault="00000000">
            <w:pPr>
              <w:spacing w:after="0" w:line="240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E3008D" w14:paraId="2DBDA8D4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C9F4380" w14:textId="77777777" w:rsidR="00E3008D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Kizárt vagy elmaradó tétel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4ED46B0" w14:textId="77777777" w:rsidR="00E3008D" w:rsidRDefault="00000000">
            <w:pPr>
              <w:spacing w:after="0" w:line="240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E3008D" w14:paraId="7A24D8BF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tblHeader/>
          <w:jc w:val="center"/>
        </w:trPr>
        <w:tc>
          <w:tcPr>
            <w:tcW w:w="187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0028D27" w14:textId="77777777" w:rsidR="00E3008D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Tétel</w:t>
            </w:r>
          </w:p>
        </w:tc>
        <w:tc>
          <w:tcPr>
            <w:tcW w:w="96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CEDFD96" w14:textId="77777777" w:rsidR="00E3008D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Mennyiség</w:t>
            </w:r>
          </w:p>
        </w:tc>
        <w:tc>
          <w:tcPr>
            <w:tcW w:w="73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1265D54" w14:textId="77777777" w:rsidR="00E3008D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Egység</w:t>
            </w:r>
          </w:p>
        </w:tc>
        <w:tc>
          <w:tcPr>
            <w:tcW w:w="124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7D72055" w14:textId="77777777" w:rsidR="00E3008D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Egységár nettó</w:t>
            </w:r>
          </w:p>
        </w:tc>
        <w:tc>
          <w:tcPr>
            <w:tcW w:w="124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30014EE" w14:textId="77777777" w:rsidR="00E3008D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Összeg nettó</w:t>
            </w:r>
          </w:p>
        </w:tc>
        <w:tc>
          <w:tcPr>
            <w:tcW w:w="73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52F9CD8" w14:textId="77777777" w:rsidR="00E3008D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Áfa</w:t>
            </w:r>
          </w:p>
        </w:tc>
        <w:tc>
          <w:tcPr>
            <w:tcW w:w="2268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EA0CEA7" w14:textId="77777777" w:rsidR="00E3008D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Megjegyzés</w:t>
            </w:r>
          </w:p>
        </w:tc>
      </w:tr>
      <w:tr w:rsidR="00E3008D" w14:paraId="2BA278DA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187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29C0FCB" w14:textId="444D4239" w:rsidR="00E3008D" w:rsidRDefault="00E3008D">
            <w:pPr>
              <w:spacing w:after="0" w:line="240" w:lineRule="auto"/>
            </w:pPr>
          </w:p>
        </w:tc>
        <w:tc>
          <w:tcPr>
            <w:tcW w:w="96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816DB0D" w14:textId="20464EE4" w:rsidR="00E3008D" w:rsidRDefault="00E3008D">
            <w:pPr>
              <w:spacing w:after="0" w:line="240" w:lineRule="auto"/>
            </w:pPr>
          </w:p>
        </w:tc>
        <w:tc>
          <w:tcPr>
            <w:tcW w:w="73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FDE68C0" w14:textId="1A1E87A4" w:rsidR="00E3008D" w:rsidRDefault="00E3008D">
            <w:pPr>
              <w:spacing w:after="0" w:line="240" w:lineRule="auto"/>
            </w:pPr>
          </w:p>
        </w:tc>
        <w:tc>
          <w:tcPr>
            <w:tcW w:w="124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2655E3A" w14:textId="17C5CB8C" w:rsidR="00E3008D" w:rsidRDefault="00E3008D">
            <w:pPr>
              <w:spacing w:after="0" w:line="240" w:lineRule="auto"/>
            </w:pPr>
          </w:p>
        </w:tc>
        <w:tc>
          <w:tcPr>
            <w:tcW w:w="124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5DC8DB2" w14:textId="0038A2AF" w:rsidR="00E3008D" w:rsidRDefault="00E3008D">
            <w:pPr>
              <w:spacing w:after="0" w:line="240" w:lineRule="auto"/>
            </w:pPr>
          </w:p>
        </w:tc>
        <w:tc>
          <w:tcPr>
            <w:tcW w:w="73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934A91A" w14:textId="0FEFDE87" w:rsidR="00E3008D" w:rsidRDefault="00E3008D">
            <w:pPr>
              <w:spacing w:after="0" w:line="240" w:lineRule="auto"/>
            </w:pPr>
          </w:p>
        </w:tc>
        <w:tc>
          <w:tcPr>
            <w:tcW w:w="2268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4481035" w14:textId="21F004AB" w:rsidR="00E3008D" w:rsidRDefault="00E3008D">
            <w:pPr>
              <w:spacing w:after="0" w:line="240" w:lineRule="auto"/>
            </w:pPr>
          </w:p>
        </w:tc>
      </w:tr>
      <w:tr w:rsidR="00E3008D" w14:paraId="6E500C39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187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303147F" w14:textId="21CE7250" w:rsidR="00E3008D" w:rsidRDefault="00E3008D">
            <w:pPr>
              <w:spacing w:after="0" w:line="240" w:lineRule="auto"/>
            </w:pPr>
          </w:p>
        </w:tc>
        <w:tc>
          <w:tcPr>
            <w:tcW w:w="96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83602AE" w14:textId="06CA8149" w:rsidR="00E3008D" w:rsidRDefault="00E3008D">
            <w:pPr>
              <w:spacing w:after="0" w:line="240" w:lineRule="auto"/>
            </w:pPr>
          </w:p>
        </w:tc>
        <w:tc>
          <w:tcPr>
            <w:tcW w:w="73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B11D667" w14:textId="301DEAEE" w:rsidR="00E3008D" w:rsidRDefault="00E3008D">
            <w:pPr>
              <w:spacing w:after="0" w:line="240" w:lineRule="auto"/>
            </w:pPr>
          </w:p>
        </w:tc>
        <w:tc>
          <w:tcPr>
            <w:tcW w:w="124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65B1DBD" w14:textId="242EBD39" w:rsidR="00E3008D" w:rsidRDefault="00E3008D">
            <w:pPr>
              <w:spacing w:after="0" w:line="240" w:lineRule="auto"/>
            </w:pPr>
          </w:p>
        </w:tc>
        <w:tc>
          <w:tcPr>
            <w:tcW w:w="124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09099D9" w14:textId="2106FD43" w:rsidR="00E3008D" w:rsidRDefault="00E3008D">
            <w:pPr>
              <w:spacing w:after="0" w:line="240" w:lineRule="auto"/>
            </w:pPr>
          </w:p>
        </w:tc>
        <w:tc>
          <w:tcPr>
            <w:tcW w:w="73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66B10E4" w14:textId="05DA4147" w:rsidR="00E3008D" w:rsidRDefault="00E3008D">
            <w:pPr>
              <w:spacing w:after="0" w:line="240" w:lineRule="auto"/>
            </w:pPr>
          </w:p>
        </w:tc>
        <w:tc>
          <w:tcPr>
            <w:tcW w:w="2268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473ECCC" w14:textId="62F25601" w:rsidR="00E3008D" w:rsidRDefault="00E3008D">
            <w:pPr>
              <w:spacing w:after="0" w:line="240" w:lineRule="auto"/>
            </w:pPr>
          </w:p>
        </w:tc>
      </w:tr>
      <w:tr w:rsidR="00E3008D" w14:paraId="0A5FCB0E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187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FF1D6CE" w14:textId="382F0E65" w:rsidR="00E3008D" w:rsidRDefault="00E3008D">
            <w:pPr>
              <w:spacing w:after="0" w:line="240" w:lineRule="auto"/>
            </w:pPr>
          </w:p>
        </w:tc>
        <w:tc>
          <w:tcPr>
            <w:tcW w:w="96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BCA461F" w14:textId="3E64B2E0" w:rsidR="00E3008D" w:rsidRDefault="00E3008D">
            <w:pPr>
              <w:spacing w:after="0" w:line="240" w:lineRule="auto"/>
            </w:pPr>
          </w:p>
        </w:tc>
        <w:tc>
          <w:tcPr>
            <w:tcW w:w="73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9F0F053" w14:textId="4E4B6B6A" w:rsidR="00E3008D" w:rsidRDefault="00E3008D">
            <w:pPr>
              <w:spacing w:after="0" w:line="240" w:lineRule="auto"/>
            </w:pPr>
          </w:p>
        </w:tc>
        <w:tc>
          <w:tcPr>
            <w:tcW w:w="124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B406A8F" w14:textId="440D538F" w:rsidR="00E3008D" w:rsidRDefault="00E3008D">
            <w:pPr>
              <w:spacing w:after="0" w:line="240" w:lineRule="auto"/>
            </w:pPr>
          </w:p>
        </w:tc>
        <w:tc>
          <w:tcPr>
            <w:tcW w:w="124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144B197" w14:textId="13BC90D7" w:rsidR="00E3008D" w:rsidRDefault="00E3008D">
            <w:pPr>
              <w:spacing w:after="0" w:line="240" w:lineRule="auto"/>
            </w:pPr>
          </w:p>
        </w:tc>
        <w:tc>
          <w:tcPr>
            <w:tcW w:w="73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35DA5D4" w14:textId="218C0585" w:rsidR="00E3008D" w:rsidRDefault="00E3008D">
            <w:pPr>
              <w:spacing w:after="0" w:line="240" w:lineRule="auto"/>
            </w:pPr>
          </w:p>
        </w:tc>
        <w:tc>
          <w:tcPr>
            <w:tcW w:w="2268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AAF83CB" w14:textId="080421A9" w:rsidR="00E3008D" w:rsidRDefault="00E3008D">
            <w:pPr>
              <w:spacing w:after="0" w:line="240" w:lineRule="auto"/>
            </w:pPr>
          </w:p>
        </w:tc>
      </w:tr>
      <w:tr w:rsidR="00E3008D" w14:paraId="78F0B0CE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187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7FD966E" w14:textId="328572B8" w:rsidR="00E3008D" w:rsidRDefault="00E3008D">
            <w:pPr>
              <w:spacing w:after="0" w:line="240" w:lineRule="auto"/>
            </w:pPr>
          </w:p>
        </w:tc>
        <w:tc>
          <w:tcPr>
            <w:tcW w:w="96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680B23B" w14:textId="37AAE7A5" w:rsidR="00E3008D" w:rsidRDefault="00E3008D">
            <w:pPr>
              <w:spacing w:after="0" w:line="240" w:lineRule="auto"/>
            </w:pPr>
          </w:p>
        </w:tc>
        <w:tc>
          <w:tcPr>
            <w:tcW w:w="73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2426B15" w14:textId="1CB71B9C" w:rsidR="00E3008D" w:rsidRDefault="00E3008D">
            <w:pPr>
              <w:spacing w:after="0" w:line="240" w:lineRule="auto"/>
            </w:pPr>
          </w:p>
        </w:tc>
        <w:tc>
          <w:tcPr>
            <w:tcW w:w="124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912E2F8" w14:textId="7F814167" w:rsidR="00E3008D" w:rsidRDefault="00E3008D">
            <w:pPr>
              <w:spacing w:after="0" w:line="240" w:lineRule="auto"/>
            </w:pPr>
          </w:p>
        </w:tc>
        <w:tc>
          <w:tcPr>
            <w:tcW w:w="124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499EB82" w14:textId="1BE01B3A" w:rsidR="00E3008D" w:rsidRDefault="00E3008D">
            <w:pPr>
              <w:spacing w:after="0" w:line="240" w:lineRule="auto"/>
            </w:pPr>
          </w:p>
        </w:tc>
        <w:tc>
          <w:tcPr>
            <w:tcW w:w="73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FECA289" w14:textId="69772C01" w:rsidR="00E3008D" w:rsidRDefault="00E3008D">
            <w:pPr>
              <w:spacing w:after="0" w:line="240" w:lineRule="auto"/>
            </w:pPr>
          </w:p>
        </w:tc>
        <w:tc>
          <w:tcPr>
            <w:tcW w:w="2268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424201D" w14:textId="00481C6D" w:rsidR="00E3008D" w:rsidRDefault="00E3008D">
            <w:pPr>
              <w:spacing w:after="0" w:line="240" w:lineRule="auto"/>
            </w:pPr>
          </w:p>
        </w:tc>
      </w:tr>
      <w:tr w:rsidR="00E3008D" w14:paraId="583D38FC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187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4BBB87C" w14:textId="68278B31" w:rsidR="00E3008D" w:rsidRDefault="00E3008D">
            <w:pPr>
              <w:spacing w:after="0" w:line="240" w:lineRule="auto"/>
            </w:pPr>
          </w:p>
        </w:tc>
        <w:tc>
          <w:tcPr>
            <w:tcW w:w="96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0A14B61" w14:textId="67BA10E8" w:rsidR="00E3008D" w:rsidRDefault="00E3008D">
            <w:pPr>
              <w:spacing w:after="0" w:line="240" w:lineRule="auto"/>
            </w:pPr>
          </w:p>
        </w:tc>
        <w:tc>
          <w:tcPr>
            <w:tcW w:w="73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6D5BC60" w14:textId="17AD203A" w:rsidR="00E3008D" w:rsidRDefault="00E3008D">
            <w:pPr>
              <w:spacing w:after="0" w:line="240" w:lineRule="auto"/>
            </w:pPr>
          </w:p>
        </w:tc>
        <w:tc>
          <w:tcPr>
            <w:tcW w:w="124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0A89DB3" w14:textId="672BD592" w:rsidR="00E3008D" w:rsidRDefault="00E3008D">
            <w:pPr>
              <w:spacing w:after="0" w:line="240" w:lineRule="auto"/>
            </w:pPr>
          </w:p>
        </w:tc>
        <w:tc>
          <w:tcPr>
            <w:tcW w:w="124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FB68204" w14:textId="69AE84DC" w:rsidR="00E3008D" w:rsidRDefault="00E3008D">
            <w:pPr>
              <w:spacing w:after="0" w:line="240" w:lineRule="auto"/>
            </w:pPr>
          </w:p>
        </w:tc>
        <w:tc>
          <w:tcPr>
            <w:tcW w:w="73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7A6B0D0" w14:textId="342E2782" w:rsidR="00E3008D" w:rsidRDefault="00E3008D">
            <w:pPr>
              <w:spacing w:after="0" w:line="240" w:lineRule="auto"/>
            </w:pPr>
          </w:p>
        </w:tc>
        <w:tc>
          <w:tcPr>
            <w:tcW w:w="2268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0DA0D4E" w14:textId="448EC526" w:rsidR="00E3008D" w:rsidRDefault="00E3008D">
            <w:pPr>
              <w:spacing w:after="0" w:line="240" w:lineRule="auto"/>
            </w:pPr>
          </w:p>
        </w:tc>
      </w:tr>
      <w:tr w:rsidR="00E3008D" w14:paraId="5617BB27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187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FBFF89C" w14:textId="5A69DD1D" w:rsidR="00E3008D" w:rsidRDefault="00E3008D">
            <w:pPr>
              <w:spacing w:after="0" w:line="240" w:lineRule="auto"/>
            </w:pPr>
          </w:p>
        </w:tc>
        <w:tc>
          <w:tcPr>
            <w:tcW w:w="96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2B14313" w14:textId="56B43534" w:rsidR="00E3008D" w:rsidRDefault="00E3008D">
            <w:pPr>
              <w:spacing w:after="0" w:line="240" w:lineRule="auto"/>
            </w:pPr>
          </w:p>
        </w:tc>
        <w:tc>
          <w:tcPr>
            <w:tcW w:w="73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56717E8" w14:textId="31CB1367" w:rsidR="00E3008D" w:rsidRDefault="00E3008D">
            <w:pPr>
              <w:spacing w:after="0" w:line="240" w:lineRule="auto"/>
            </w:pPr>
          </w:p>
        </w:tc>
        <w:tc>
          <w:tcPr>
            <w:tcW w:w="124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F0CD740" w14:textId="4CFA1A2D" w:rsidR="00E3008D" w:rsidRDefault="00E3008D">
            <w:pPr>
              <w:spacing w:after="0" w:line="240" w:lineRule="auto"/>
            </w:pPr>
          </w:p>
        </w:tc>
        <w:tc>
          <w:tcPr>
            <w:tcW w:w="124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AAAA664" w14:textId="643128E1" w:rsidR="00E3008D" w:rsidRDefault="00E3008D">
            <w:pPr>
              <w:spacing w:after="0" w:line="240" w:lineRule="auto"/>
            </w:pPr>
          </w:p>
        </w:tc>
        <w:tc>
          <w:tcPr>
            <w:tcW w:w="73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FBE12C8" w14:textId="1FF063CB" w:rsidR="00E3008D" w:rsidRDefault="00E3008D">
            <w:pPr>
              <w:spacing w:after="0" w:line="240" w:lineRule="auto"/>
            </w:pPr>
          </w:p>
        </w:tc>
        <w:tc>
          <w:tcPr>
            <w:tcW w:w="2268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9E3754B" w14:textId="5013BAC1" w:rsidR="00E3008D" w:rsidRDefault="00E3008D">
            <w:pPr>
              <w:spacing w:after="0" w:line="240" w:lineRule="auto"/>
            </w:pPr>
          </w:p>
        </w:tc>
      </w:tr>
      <w:tr w:rsidR="00E3008D" w14:paraId="0EAE13A6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187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7739923" w14:textId="0AFA0CBE" w:rsidR="00E3008D" w:rsidRDefault="00E3008D">
            <w:pPr>
              <w:spacing w:after="0" w:line="240" w:lineRule="auto"/>
            </w:pPr>
          </w:p>
        </w:tc>
        <w:tc>
          <w:tcPr>
            <w:tcW w:w="96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8C6C8FA" w14:textId="1EA715BF" w:rsidR="00E3008D" w:rsidRDefault="00E3008D">
            <w:pPr>
              <w:spacing w:after="0" w:line="240" w:lineRule="auto"/>
            </w:pPr>
          </w:p>
        </w:tc>
        <w:tc>
          <w:tcPr>
            <w:tcW w:w="73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D1902EC" w14:textId="7044E8E2" w:rsidR="00E3008D" w:rsidRDefault="00E3008D">
            <w:pPr>
              <w:spacing w:after="0" w:line="240" w:lineRule="auto"/>
            </w:pPr>
          </w:p>
        </w:tc>
        <w:tc>
          <w:tcPr>
            <w:tcW w:w="124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3920B5A" w14:textId="2ED659EF" w:rsidR="00E3008D" w:rsidRDefault="00E3008D">
            <w:pPr>
              <w:spacing w:after="0" w:line="240" w:lineRule="auto"/>
            </w:pPr>
          </w:p>
        </w:tc>
        <w:tc>
          <w:tcPr>
            <w:tcW w:w="124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4CA3996" w14:textId="7791C8EE" w:rsidR="00E3008D" w:rsidRDefault="00E3008D">
            <w:pPr>
              <w:spacing w:after="0" w:line="240" w:lineRule="auto"/>
            </w:pPr>
          </w:p>
        </w:tc>
        <w:tc>
          <w:tcPr>
            <w:tcW w:w="73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D100AAE" w14:textId="05786A47" w:rsidR="00E3008D" w:rsidRDefault="00E3008D">
            <w:pPr>
              <w:spacing w:after="0" w:line="240" w:lineRule="auto"/>
            </w:pPr>
          </w:p>
        </w:tc>
        <w:tc>
          <w:tcPr>
            <w:tcW w:w="2268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B769138" w14:textId="2A54777B" w:rsidR="00E3008D" w:rsidRDefault="00E3008D">
            <w:pPr>
              <w:spacing w:after="0" w:line="240" w:lineRule="auto"/>
            </w:pPr>
          </w:p>
        </w:tc>
      </w:tr>
      <w:tr w:rsidR="00E3008D" w14:paraId="6E4C22E6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73475FC" w14:textId="77777777" w:rsidR="00E3008D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Összes nettó változás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29F249B" w14:textId="13D0EACD" w:rsidR="00E3008D" w:rsidRDefault="0045663A">
            <w:pPr>
              <w:spacing w:after="0" w:line="240" w:lineRule="auto"/>
            </w:pPr>
            <w:r w:rsidRPr="0045663A">
              <w:rPr>
                <w:sz w:val="16"/>
              </w:rPr>
              <w:t xml:space="preserve">                                                       </w:t>
            </w:r>
            <w:r w:rsidR="00000000" w:rsidRPr="0045663A">
              <w:rPr>
                <w:sz w:val="16"/>
              </w:rPr>
              <w:t>Ft</w:t>
            </w:r>
          </w:p>
        </w:tc>
      </w:tr>
      <w:tr w:rsidR="00E3008D" w14:paraId="757BC638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9E3D487" w14:textId="77777777" w:rsidR="00E3008D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Határidő-hatás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45D2C5D" w14:textId="5BA6A13A" w:rsidR="00E3008D" w:rsidRDefault="00000000">
            <w:pPr>
              <w:spacing w:after="0" w:line="240" w:lineRule="auto"/>
            </w:pPr>
            <w:r w:rsidRPr="0045663A">
              <w:rPr>
                <w:sz w:val="16"/>
              </w:rPr>
              <w:t xml:space="preserve">□ </w:t>
            </w:r>
            <w:proofErr w:type="spellStart"/>
            <w:proofErr w:type="gramStart"/>
            <w:r w:rsidRPr="0045663A">
              <w:rPr>
                <w:sz w:val="16"/>
              </w:rPr>
              <w:t>nincs</w:t>
            </w:r>
            <w:proofErr w:type="spellEnd"/>
            <w:r w:rsidRPr="0045663A">
              <w:rPr>
                <w:sz w:val="16"/>
              </w:rPr>
              <w:t xml:space="preserve">  □</w:t>
            </w:r>
            <w:proofErr w:type="gramEnd"/>
            <w:r w:rsidRPr="0045663A">
              <w:rPr>
                <w:sz w:val="16"/>
              </w:rPr>
              <w:t xml:space="preserve"> + </w:t>
            </w:r>
            <w:r w:rsidR="0045663A">
              <w:rPr>
                <w:sz w:val="16"/>
              </w:rPr>
              <w:t xml:space="preserve">                           </w:t>
            </w:r>
            <w:proofErr w:type="spellStart"/>
            <w:r w:rsidRPr="0045663A">
              <w:rPr>
                <w:sz w:val="16"/>
              </w:rPr>
              <w:t>munkanap</w:t>
            </w:r>
            <w:proofErr w:type="spellEnd"/>
            <w:r w:rsidRPr="0045663A">
              <w:rPr>
                <w:sz w:val="16"/>
              </w:rPr>
              <w:t xml:space="preserve"> / </w:t>
            </w:r>
            <w:proofErr w:type="spellStart"/>
            <w:r w:rsidRPr="0045663A">
              <w:rPr>
                <w:sz w:val="16"/>
              </w:rPr>
              <w:t>új</w:t>
            </w:r>
            <w:proofErr w:type="spellEnd"/>
            <w:r w:rsidRPr="0045663A">
              <w:rPr>
                <w:sz w:val="16"/>
              </w:rPr>
              <w:t xml:space="preserve"> </w:t>
            </w:r>
            <w:proofErr w:type="spellStart"/>
            <w:r w:rsidRPr="0045663A">
              <w:rPr>
                <w:sz w:val="16"/>
              </w:rPr>
              <w:t>határidő</w:t>
            </w:r>
            <w:proofErr w:type="spellEnd"/>
            <w:r w:rsidRPr="0045663A">
              <w:rPr>
                <w:sz w:val="16"/>
              </w:rPr>
              <w:t xml:space="preserve">: </w:t>
            </w:r>
          </w:p>
        </w:tc>
      </w:tr>
      <w:tr w:rsidR="00E3008D" w14:paraId="51455917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8705BC4" w14:textId="77777777" w:rsidR="00E3008D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Technológiai / minőségi hatás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97D26C5" w14:textId="77777777" w:rsidR="00E3008D" w:rsidRDefault="00000000">
            <w:pPr>
              <w:spacing w:after="0" w:line="240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E3008D" w14:paraId="240FD8C7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C779534" w14:textId="77777777" w:rsidR="00E3008D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A megrendelés feltétele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2A3E187" w14:textId="77777777" w:rsidR="00E3008D" w:rsidRDefault="00000000">
            <w:pPr>
              <w:spacing w:after="0" w:line="240" w:lineRule="auto"/>
            </w:pPr>
            <w:r>
              <w:rPr>
                <w:sz w:val="16"/>
              </w:rPr>
              <w:t>□ jóváhagyva  □ elutasítva  □ módosítással jóváhagyva</w:t>
            </w:r>
          </w:p>
        </w:tc>
      </w:tr>
      <w:tr w:rsidR="00E3008D" w14:paraId="2B27B7AC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EFC10E1" w14:textId="77777777" w:rsidR="00E3008D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Külön megjegyzés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7203F42" w14:textId="77777777" w:rsidR="00E3008D" w:rsidRDefault="00000000">
            <w:pPr>
              <w:spacing w:after="0" w:line="240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</w:tbl>
    <w:p w14:paraId="2DBDFC28" w14:textId="77777777" w:rsidR="00E3008D" w:rsidRDefault="00E3008D">
      <w:pPr>
        <w:pStyle w:val="SFClause"/>
        <w:rPr>
          <w:rFonts w:hint="eastAsia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933"/>
        <w:gridCol w:w="4933"/>
      </w:tblGrid>
      <w:tr w:rsidR="00E3008D" w14:paraId="4DA347F2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6C7F469F" w14:textId="77777777" w:rsidR="00E3008D" w:rsidRDefault="00000000">
            <w:pPr>
              <w:spacing w:after="0" w:line="240" w:lineRule="auto"/>
            </w:pPr>
            <w:r>
              <w:rPr>
                <w:b/>
                <w:sz w:val="16"/>
              </w:rPr>
              <w:br/>
              <w:t>____________________________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69C53586" w14:textId="77777777" w:rsidR="00E3008D" w:rsidRDefault="00000000">
            <w:pPr>
              <w:spacing w:after="0" w:line="240" w:lineRule="auto"/>
            </w:pPr>
            <w:r>
              <w:rPr>
                <w:b/>
                <w:sz w:val="16"/>
              </w:rPr>
              <w:br/>
              <w:t>____________________________</w:t>
            </w:r>
          </w:p>
        </w:tc>
      </w:tr>
      <w:tr w:rsidR="00E3008D" w14:paraId="714A334C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0C0BE8D5" w14:textId="3E332730" w:rsidR="00E3008D" w:rsidRDefault="00E3008D">
            <w:pPr>
              <w:spacing w:after="0" w:line="240" w:lineRule="auto"/>
              <w:jc w:val="center"/>
            </w:pP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3FEFE5A8" w14:textId="228407FD" w:rsidR="00E3008D" w:rsidRDefault="00E3008D">
            <w:pPr>
              <w:spacing w:after="0" w:line="240" w:lineRule="auto"/>
              <w:jc w:val="center"/>
            </w:pPr>
          </w:p>
        </w:tc>
      </w:tr>
      <w:tr w:rsidR="00E3008D" w14:paraId="3FE74E75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469EDF93" w14:textId="77777777" w:rsidR="00E3008D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Spirit Floor ajánlatadó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57F3D2B5" w14:textId="77777777" w:rsidR="00E3008D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Megrendelésre jogosult</w:t>
            </w:r>
          </w:p>
        </w:tc>
      </w:tr>
    </w:tbl>
    <w:p w14:paraId="27B9BD24" w14:textId="77777777" w:rsidR="00E3008D" w:rsidRDefault="00000000">
      <w:pPr>
        <w:pStyle w:val="Cmsor1"/>
        <w:pageBreakBefore/>
        <w:pBdr>
          <w:bottom w:val="single" w:sz="8" w:space="3" w:color="F29F05"/>
        </w:pBdr>
      </w:pPr>
      <w:r>
        <w:lastRenderedPageBreak/>
        <w:t>M/12 – Akadályközlő és rejtett körülmény jegyzőkönyv</w:t>
      </w:r>
    </w:p>
    <w:tbl>
      <w:tblPr>
        <w:tblW w:w="0" w:type="auto"/>
        <w:jc w:val="center"/>
        <w:tblBorders>
          <w:top w:val="single" w:sz="6" w:space="0" w:color="AAB3BB"/>
          <w:left w:val="single" w:sz="6" w:space="0" w:color="AAB3BB"/>
          <w:bottom w:val="single" w:sz="6" w:space="0" w:color="AAB3BB"/>
          <w:right w:val="single" w:sz="6" w:space="0" w:color="AAB3BB"/>
          <w:insideH w:val="single" w:sz="6" w:space="0" w:color="AAB3BB"/>
          <w:insideV w:val="single" w:sz="6" w:space="0" w:color="AAB3BB"/>
        </w:tblBorders>
        <w:tblLook w:val="04A0" w:firstRow="1" w:lastRow="0" w:firstColumn="1" w:lastColumn="0" w:noHBand="0" w:noVBand="1"/>
      </w:tblPr>
      <w:tblGrid>
        <w:gridCol w:w="4420"/>
        <w:gridCol w:w="4707"/>
        <w:gridCol w:w="830"/>
      </w:tblGrid>
      <w:tr w:rsidR="00E3008D" w14:paraId="7701BAF8" w14:textId="77777777">
        <w:trPr>
          <w:jc w:val="center"/>
        </w:trPr>
        <w:tc>
          <w:tcPr>
            <w:tcW w:w="9866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EEF1F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99D15E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 xml:space="preserve">Cél: </w:t>
            </w:r>
            <w:r>
              <w:rPr>
                <w:sz w:val="16"/>
              </w:rPr>
              <w:t>A teljesítést akadályozó tény, annak bizonyítékai és várható költség-/határidő-hatása haladéktalan rögzítése.</w:t>
            </w:r>
          </w:p>
        </w:tc>
      </w:tr>
      <w:tr w:rsidR="00E3008D" w14:paraId="67550E28" w14:textId="77777777">
        <w:tblPrEx>
          <w:tblBorders>
            <w:top w:val="single" w:sz="6" w:space="0" w:color="D3B35C"/>
            <w:left w:val="single" w:sz="6" w:space="0" w:color="D3B35C"/>
            <w:bottom w:val="single" w:sz="6" w:space="0" w:color="D3B35C"/>
            <w:right w:val="single" w:sz="6" w:space="0" w:color="D3B35C"/>
            <w:insideH w:val="single" w:sz="6" w:space="0" w:color="D3B35C"/>
            <w:insideV w:val="single" w:sz="6" w:space="0" w:color="D3B35C"/>
          </w:tblBorders>
        </w:tblPrEx>
        <w:trPr>
          <w:jc w:val="center"/>
        </w:trPr>
        <w:tc>
          <w:tcPr>
            <w:tcW w:w="9866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FF3C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6EA24C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 xml:space="preserve">Használati szabály: </w:t>
            </w:r>
            <w:r>
              <w:rPr>
                <w:sz w:val="16"/>
              </w:rPr>
              <w:t>Tényeket kell leírni, nem következtetéseket. Fotó, mérési lap, e-napló-bejegyzés vagy más bizonyíték csatolandó.</w:t>
            </w:r>
          </w:p>
        </w:tc>
      </w:tr>
      <w:tr w:rsidR="00E3008D" w14:paraId="73FAAFB3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0CF87C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Projekt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A592BA" w14:textId="4B7331B5" w:rsidR="00E3008D" w:rsidRDefault="00E3008D">
            <w:pPr>
              <w:spacing w:after="36" w:line="245" w:lineRule="auto"/>
            </w:pPr>
          </w:p>
        </w:tc>
      </w:tr>
      <w:tr w:rsidR="00E3008D" w14:paraId="1AE48F46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3366D4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Akadályközlő száma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FCB626" w14:textId="1D46BB5B" w:rsidR="00E3008D" w:rsidRDefault="00E3008D">
            <w:pPr>
              <w:spacing w:after="36" w:line="245" w:lineRule="auto"/>
            </w:pPr>
          </w:p>
        </w:tc>
      </w:tr>
      <w:tr w:rsidR="00E3008D" w14:paraId="073E2C74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591E23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Észlelés időpontja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E5F6E9" w14:textId="3D8E5A4A" w:rsidR="00E3008D" w:rsidRDefault="00E3008D">
            <w:pPr>
              <w:spacing w:after="36" w:line="245" w:lineRule="auto"/>
            </w:pPr>
          </w:p>
        </w:tc>
      </w:tr>
      <w:tr w:rsidR="00E3008D" w14:paraId="782E7323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3C0F84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Észlelő személy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2C2FB1" w14:textId="192AA69F" w:rsidR="00E3008D" w:rsidRDefault="00E3008D">
            <w:pPr>
              <w:spacing w:after="36" w:line="245" w:lineRule="auto"/>
            </w:pPr>
          </w:p>
        </w:tc>
      </w:tr>
      <w:tr w:rsidR="00E3008D" w14:paraId="0FBB5B0C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03FDC0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Érintett hely / munkarész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2A884B" w14:textId="1446DE28" w:rsidR="00E3008D" w:rsidRDefault="00E3008D">
            <w:pPr>
              <w:spacing w:after="36" w:line="245" w:lineRule="auto"/>
            </w:pPr>
          </w:p>
        </w:tc>
      </w:tr>
      <w:tr w:rsidR="00E3008D" w14:paraId="34DF3580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A09EDF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Akadály / rejtett körülmény tényszerű leírása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FB9DBD" w14:textId="77777777" w:rsidR="00E3008D" w:rsidRDefault="00000000">
            <w:pPr>
              <w:spacing w:after="36" w:line="245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E3008D" w14:paraId="58D5472D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14412B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Feltételezett ok, ha megállapítható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150E61" w14:textId="77777777" w:rsidR="00E3008D" w:rsidRDefault="00000000">
            <w:pPr>
              <w:spacing w:after="36" w:line="245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E3008D" w14:paraId="7FE391F2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185C12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Azonnali intézkedés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90E666" w14:textId="77777777" w:rsidR="00E3008D" w:rsidRDefault="00000000">
            <w:pPr>
              <w:spacing w:after="36" w:line="245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E3008D" w14:paraId="6E771433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62E846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Érintett munka állapota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75ACE7" w14:textId="77777777" w:rsidR="00E3008D" w:rsidRDefault="00000000">
            <w:pPr>
              <w:spacing w:after="36" w:line="245" w:lineRule="auto"/>
            </w:pPr>
            <w:r>
              <w:rPr>
                <w:sz w:val="16"/>
              </w:rPr>
              <w:t>□ folytatható  □ részben felfüggesztve  □ teljesen felfüggesztve</w:t>
            </w:r>
          </w:p>
        </w:tc>
      </w:tr>
      <w:tr w:rsidR="00E3008D" w14:paraId="01EC1610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4ED326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Biztonsági kockázat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0744EE" w14:textId="77777777" w:rsidR="00E3008D" w:rsidRDefault="00000000">
            <w:pPr>
              <w:spacing w:after="36" w:line="245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E3008D" w14:paraId="0C026772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170EBF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Várható időhatás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9D924C" w14:textId="7DC56770" w:rsidR="00E3008D" w:rsidRDefault="00E3008D">
            <w:pPr>
              <w:spacing w:after="36" w:line="245" w:lineRule="auto"/>
            </w:pPr>
          </w:p>
        </w:tc>
      </w:tr>
      <w:tr w:rsidR="00E3008D" w14:paraId="221D3F6E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47413A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Várható költséghatás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9E2C7A" w14:textId="191E3BC3" w:rsidR="00E3008D" w:rsidRDefault="00E3008D">
            <w:pPr>
              <w:spacing w:after="36" w:line="245" w:lineRule="auto"/>
            </w:pPr>
          </w:p>
        </w:tc>
      </w:tr>
      <w:tr w:rsidR="00E3008D" w14:paraId="2EBB5E52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172338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Döntéshez szükséges személy / dokumentum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AF0764" w14:textId="37E755EC" w:rsidR="00E3008D" w:rsidRDefault="00E3008D">
            <w:pPr>
              <w:spacing w:after="36" w:line="245" w:lineRule="auto"/>
            </w:pPr>
          </w:p>
        </w:tc>
      </w:tr>
      <w:tr w:rsidR="00E3008D" w14:paraId="40DCD1BC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1E4535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Döntési határidő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51DECA" w14:textId="40D80D69" w:rsidR="00E3008D" w:rsidRDefault="00E3008D">
            <w:pPr>
              <w:spacing w:after="36" w:line="245" w:lineRule="auto"/>
            </w:pPr>
          </w:p>
        </w:tc>
      </w:tr>
      <w:tr w:rsidR="00E3008D" w14:paraId="7554EF93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66F7C7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Mellékletek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3C8F5E" w14:textId="3B874458" w:rsidR="00E3008D" w:rsidRDefault="00E3008D">
            <w:pPr>
              <w:spacing w:after="36" w:line="245" w:lineRule="auto"/>
            </w:pPr>
          </w:p>
        </w:tc>
      </w:tr>
      <w:tr w:rsidR="00E3008D" w14:paraId="7D103E5D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77BFEE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Megrendelő döntése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0AEC18" w14:textId="77777777" w:rsidR="00E3008D" w:rsidRDefault="00000000">
            <w:pPr>
              <w:spacing w:after="36" w:line="245" w:lineRule="auto"/>
            </w:pPr>
            <w:r>
              <w:rPr>
                <w:sz w:val="16"/>
              </w:rPr>
              <w:t>□ saját körben elhárítja  □ Spirit Floortól megrendeli  □ további vizsgálat  □ vitatja</w:t>
            </w:r>
          </w:p>
        </w:tc>
      </w:tr>
      <w:tr w:rsidR="00E3008D" w14:paraId="37A3D720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357A55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Döntés részletei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A2F527" w14:textId="77777777" w:rsidR="00E3008D" w:rsidRDefault="00000000">
            <w:pPr>
              <w:spacing w:after="36" w:line="245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E3008D" w14:paraId="288E4C60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80A711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Új munkakezdési / folytatási feltétel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95F2BF" w14:textId="77777777" w:rsidR="00E3008D" w:rsidRDefault="00000000">
            <w:pPr>
              <w:spacing w:after="36" w:line="245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</w:tbl>
    <w:p w14:paraId="7614C12F" w14:textId="77777777" w:rsidR="00E3008D" w:rsidRDefault="00E3008D">
      <w:pPr>
        <w:pStyle w:val="SFClause"/>
        <w:rPr>
          <w:rFonts w:hint="eastAsia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933"/>
        <w:gridCol w:w="4933"/>
      </w:tblGrid>
      <w:tr w:rsidR="00E3008D" w14:paraId="151F0F82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441EC3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br/>
            </w:r>
            <w:r>
              <w:rPr>
                <w:b/>
                <w:sz w:val="16"/>
              </w:rPr>
              <w:br/>
              <w:t>____________________________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5CEDE3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br/>
            </w:r>
            <w:r>
              <w:rPr>
                <w:b/>
                <w:sz w:val="16"/>
              </w:rPr>
              <w:br/>
              <w:t>____________________________</w:t>
            </w:r>
          </w:p>
        </w:tc>
      </w:tr>
      <w:tr w:rsidR="00E3008D" w14:paraId="741D0565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A2B362" w14:textId="2756E043" w:rsidR="00E3008D" w:rsidRDefault="00E3008D">
            <w:pPr>
              <w:spacing w:after="36" w:line="245" w:lineRule="auto"/>
              <w:jc w:val="center"/>
            </w:pP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C8A98A" w14:textId="4F55BD95" w:rsidR="00E3008D" w:rsidRDefault="00E3008D">
            <w:pPr>
              <w:spacing w:after="36" w:line="245" w:lineRule="auto"/>
              <w:jc w:val="center"/>
            </w:pPr>
          </w:p>
        </w:tc>
      </w:tr>
      <w:tr w:rsidR="00E3008D" w14:paraId="5292D053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64F40C" w14:textId="77777777" w:rsidR="00E3008D" w:rsidRDefault="00000000">
            <w:pPr>
              <w:spacing w:after="36" w:line="245" w:lineRule="auto"/>
              <w:jc w:val="center"/>
            </w:pPr>
            <w:r>
              <w:rPr>
                <w:b/>
                <w:sz w:val="16"/>
              </w:rPr>
              <w:t>Spirit Floor közlő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F329AD" w14:textId="77777777" w:rsidR="00E3008D" w:rsidRDefault="00000000">
            <w:pPr>
              <w:spacing w:after="36" w:line="245" w:lineRule="auto"/>
              <w:jc w:val="center"/>
            </w:pPr>
            <w:r>
              <w:rPr>
                <w:sz w:val="16"/>
              </w:rPr>
              <w:t>Megrendelő / átvétel</w:t>
            </w:r>
          </w:p>
        </w:tc>
      </w:tr>
    </w:tbl>
    <w:p w14:paraId="654EF15E" w14:textId="77777777" w:rsidR="00E3008D" w:rsidRDefault="00000000">
      <w:pPr>
        <w:pStyle w:val="Cmsor1"/>
        <w:pageBreakBefore/>
        <w:pBdr>
          <w:bottom w:val="single" w:sz="8" w:space="3" w:color="F29F05"/>
        </w:pBdr>
      </w:pPr>
      <w:r>
        <w:lastRenderedPageBreak/>
        <w:t>M/13 – Sürgős kárelhárítási felhatalmazás és utólagos elszámolás</w:t>
      </w:r>
    </w:p>
    <w:tbl>
      <w:tblPr>
        <w:tblW w:w="0" w:type="auto"/>
        <w:jc w:val="center"/>
        <w:tblBorders>
          <w:top w:val="single" w:sz="6" w:space="0" w:color="AAB3BB"/>
          <w:left w:val="single" w:sz="6" w:space="0" w:color="AAB3BB"/>
          <w:bottom w:val="single" w:sz="6" w:space="0" w:color="AAB3BB"/>
          <w:right w:val="single" w:sz="6" w:space="0" w:color="AAB3BB"/>
          <w:insideH w:val="single" w:sz="6" w:space="0" w:color="AAB3BB"/>
          <w:insideV w:val="single" w:sz="6" w:space="0" w:color="AAB3BB"/>
        </w:tblBorders>
        <w:tblLook w:val="04A0" w:firstRow="1" w:lastRow="0" w:firstColumn="1" w:lastColumn="0" w:noHBand="0" w:noVBand="1"/>
      </w:tblPr>
      <w:tblGrid>
        <w:gridCol w:w="4412"/>
        <w:gridCol w:w="4712"/>
        <w:gridCol w:w="833"/>
      </w:tblGrid>
      <w:tr w:rsidR="00E3008D" w14:paraId="18014931" w14:textId="77777777">
        <w:trPr>
          <w:jc w:val="center"/>
        </w:trPr>
        <w:tc>
          <w:tcPr>
            <w:tcW w:w="9866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EEF1F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8E8E99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 xml:space="preserve">Cél: </w:t>
            </w:r>
            <w:r>
              <w:rPr>
                <w:sz w:val="16"/>
              </w:rPr>
              <w:t>Azonnali intézkedést igénylő veszély vagy megszakíthatatlan technológia jogszerű, minimális kezelésének dokumentálása.</w:t>
            </w:r>
          </w:p>
        </w:tc>
      </w:tr>
      <w:tr w:rsidR="00E3008D" w14:paraId="322FF431" w14:textId="77777777">
        <w:tblPrEx>
          <w:tblBorders>
            <w:top w:val="single" w:sz="6" w:space="0" w:color="D3B35C"/>
            <w:left w:val="single" w:sz="6" w:space="0" w:color="D3B35C"/>
            <w:bottom w:val="single" w:sz="6" w:space="0" w:color="D3B35C"/>
            <w:right w:val="single" w:sz="6" w:space="0" w:color="D3B35C"/>
            <w:insideH w:val="single" w:sz="6" w:space="0" w:color="D3B35C"/>
            <w:insideV w:val="single" w:sz="6" w:space="0" w:color="D3B35C"/>
          </w:tblBorders>
        </w:tblPrEx>
        <w:trPr>
          <w:jc w:val="center"/>
        </w:trPr>
        <w:tc>
          <w:tcPr>
            <w:tcW w:w="9866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FF3C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61ACD4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 xml:space="preserve">Használati szabály: </w:t>
            </w:r>
            <w:r>
              <w:rPr>
                <w:sz w:val="16"/>
              </w:rPr>
              <w:t>Csak a feltétlenül szükséges munkára használható. Normál pótmunka jóváhagyásának megkerülésére nem alkalmazható.</w:t>
            </w:r>
          </w:p>
        </w:tc>
      </w:tr>
      <w:tr w:rsidR="00E3008D" w14:paraId="26C83154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B7D7F6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Projekt / hely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E4E23E" w14:textId="4AE629BB" w:rsidR="00E3008D" w:rsidRDefault="00E3008D">
            <w:pPr>
              <w:spacing w:after="36" w:line="245" w:lineRule="auto"/>
            </w:pPr>
          </w:p>
        </w:tc>
      </w:tr>
      <w:tr w:rsidR="00E3008D" w14:paraId="0D979823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191DF5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Esemény időpontja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9F33EC" w14:textId="7ADBB808" w:rsidR="00E3008D" w:rsidRDefault="00E3008D">
            <w:pPr>
              <w:spacing w:after="36" w:line="245" w:lineRule="auto"/>
            </w:pPr>
          </w:p>
        </w:tc>
      </w:tr>
      <w:tr w:rsidR="00E3008D" w14:paraId="02431475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B4416C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Veszély / káresemény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3E8362" w14:textId="77777777" w:rsidR="00E3008D" w:rsidRDefault="00000000">
            <w:pPr>
              <w:spacing w:after="36" w:line="245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E3008D" w14:paraId="4C461C5E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74756A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Miért nem volt előzetes jóváhagyás beszerezhető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C94418" w14:textId="77777777" w:rsidR="00E3008D" w:rsidRDefault="00000000">
            <w:pPr>
              <w:spacing w:after="36" w:line="245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E3008D" w14:paraId="5CFE18D1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BB1F36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Elvégzett minimális intézkedés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A92504" w14:textId="77777777" w:rsidR="00E3008D" w:rsidRDefault="00000000">
            <w:pPr>
              <w:spacing w:after="36" w:line="245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E3008D" w14:paraId="3745E735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0AE843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Felhasznált anyag / munkaóra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7D201E" w14:textId="77777777" w:rsidR="00E3008D" w:rsidRDefault="00000000">
            <w:pPr>
              <w:spacing w:after="36" w:line="245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E3008D" w14:paraId="70E46FD7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C39A99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További beavatkozás szükséges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0E97DA" w14:textId="77777777" w:rsidR="00E3008D" w:rsidRDefault="00000000">
            <w:pPr>
              <w:spacing w:after="36" w:line="245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E3008D" w14:paraId="40FE1E6E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A38FA8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Értesített személy / időpont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CADFF2" w14:textId="5A300796" w:rsidR="00E3008D" w:rsidRDefault="00E3008D">
            <w:pPr>
              <w:spacing w:after="36" w:line="245" w:lineRule="auto"/>
            </w:pPr>
          </w:p>
        </w:tc>
      </w:tr>
      <w:tr w:rsidR="00E3008D" w14:paraId="498FF13C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E241CB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Fotó / bizonyíték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02EECC" w14:textId="7F9FE8EB" w:rsidR="00E3008D" w:rsidRDefault="00E3008D">
            <w:pPr>
              <w:spacing w:after="36" w:line="245" w:lineRule="auto"/>
            </w:pPr>
          </w:p>
        </w:tc>
      </w:tr>
      <w:tr w:rsidR="00E3008D" w14:paraId="6E9B66B5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265E91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Becsült / tényleges költség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06BD5E" w14:textId="7C835D75" w:rsidR="00E3008D" w:rsidRPr="0045663A" w:rsidRDefault="0045663A">
            <w:pPr>
              <w:spacing w:after="36" w:line="245" w:lineRule="auto"/>
            </w:pPr>
            <w:r>
              <w:rPr>
                <w:sz w:val="16"/>
              </w:rPr>
              <w:t xml:space="preserve">                                                                           </w:t>
            </w:r>
            <w:r w:rsidR="00000000" w:rsidRPr="0045663A">
              <w:rPr>
                <w:sz w:val="16"/>
              </w:rPr>
              <w:t>Ft</w:t>
            </w:r>
          </w:p>
        </w:tc>
      </w:tr>
      <w:tr w:rsidR="00E3008D" w14:paraId="5E40885B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C02A5C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Utólagos Megrendelői álláspont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25E7F6" w14:textId="56A5438B" w:rsidR="00E3008D" w:rsidRDefault="00000000">
            <w:pPr>
              <w:spacing w:after="36" w:line="245" w:lineRule="auto"/>
            </w:pPr>
            <w:r w:rsidRPr="0045663A">
              <w:rPr>
                <w:sz w:val="16"/>
              </w:rPr>
              <w:t xml:space="preserve">□ tudomásul </w:t>
            </w:r>
            <w:proofErr w:type="gramStart"/>
            <w:r w:rsidRPr="0045663A">
              <w:rPr>
                <w:sz w:val="16"/>
              </w:rPr>
              <w:t>veszi  □</w:t>
            </w:r>
            <w:proofErr w:type="gramEnd"/>
            <w:r w:rsidRPr="0045663A">
              <w:rPr>
                <w:sz w:val="16"/>
              </w:rPr>
              <w:t xml:space="preserve"> vitatja, indok: </w:t>
            </w:r>
          </w:p>
        </w:tc>
      </w:tr>
    </w:tbl>
    <w:p w14:paraId="6CBBE98A" w14:textId="77777777" w:rsidR="00E3008D" w:rsidRDefault="00E3008D">
      <w:pPr>
        <w:pStyle w:val="SFClause"/>
        <w:rPr>
          <w:rFonts w:hint="eastAsia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933"/>
        <w:gridCol w:w="4933"/>
      </w:tblGrid>
      <w:tr w:rsidR="00E3008D" w14:paraId="7EB9D0BC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FB5534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br/>
            </w:r>
            <w:r>
              <w:rPr>
                <w:b/>
                <w:sz w:val="16"/>
              </w:rPr>
              <w:br/>
              <w:t>____________________________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00B8AE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br/>
            </w:r>
            <w:r>
              <w:rPr>
                <w:b/>
                <w:sz w:val="16"/>
              </w:rPr>
              <w:br/>
              <w:t>____________________________</w:t>
            </w:r>
          </w:p>
        </w:tc>
      </w:tr>
      <w:tr w:rsidR="00E3008D" w14:paraId="79FDDC39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89C138" w14:textId="70A1D997" w:rsidR="00E3008D" w:rsidRDefault="00E3008D">
            <w:pPr>
              <w:spacing w:after="36" w:line="245" w:lineRule="auto"/>
              <w:jc w:val="center"/>
            </w:pP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C6642C" w14:textId="0008E766" w:rsidR="00E3008D" w:rsidRDefault="00E3008D">
            <w:pPr>
              <w:spacing w:after="36" w:line="245" w:lineRule="auto"/>
              <w:jc w:val="center"/>
            </w:pPr>
          </w:p>
        </w:tc>
      </w:tr>
      <w:tr w:rsidR="00E3008D" w14:paraId="22495101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F67ACF" w14:textId="77777777" w:rsidR="00E3008D" w:rsidRDefault="00000000">
            <w:pPr>
              <w:spacing w:after="36" w:line="245" w:lineRule="auto"/>
              <w:jc w:val="center"/>
            </w:pPr>
            <w:r>
              <w:rPr>
                <w:b/>
                <w:sz w:val="16"/>
              </w:rPr>
              <w:t>Intézkedő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D213AA" w14:textId="77777777" w:rsidR="00E3008D" w:rsidRDefault="00000000">
            <w:pPr>
              <w:spacing w:after="36" w:line="245" w:lineRule="auto"/>
              <w:jc w:val="center"/>
            </w:pPr>
            <w:r>
              <w:rPr>
                <w:sz w:val="16"/>
              </w:rPr>
              <w:t>Megrendelő / utólagos átvétel</w:t>
            </w:r>
          </w:p>
        </w:tc>
      </w:tr>
    </w:tbl>
    <w:p w14:paraId="71B54ABC" w14:textId="77777777" w:rsidR="00E3008D" w:rsidRDefault="00000000">
      <w:pPr>
        <w:pStyle w:val="Cmsor1"/>
        <w:pageBreakBefore/>
        <w:pBdr>
          <w:bottom w:val="single" w:sz="8" w:space="3" w:color="F29F05"/>
        </w:pBdr>
      </w:pPr>
      <w:r>
        <w:lastRenderedPageBreak/>
        <w:t>M/14 – Napi munkanapló és fotójegyzék</w:t>
      </w:r>
    </w:p>
    <w:tbl>
      <w:tblPr>
        <w:tblW w:w="0" w:type="auto"/>
        <w:jc w:val="center"/>
        <w:tblBorders>
          <w:top w:val="single" w:sz="6" w:space="0" w:color="AAB3BB"/>
          <w:left w:val="single" w:sz="6" w:space="0" w:color="AAB3BB"/>
          <w:bottom w:val="single" w:sz="6" w:space="0" w:color="AAB3BB"/>
          <w:right w:val="single" w:sz="6" w:space="0" w:color="AAB3BB"/>
          <w:insideH w:val="single" w:sz="6" w:space="0" w:color="AAB3BB"/>
          <w:insideV w:val="single" w:sz="6" w:space="0" w:color="AAB3BB"/>
        </w:tblBorders>
        <w:tblLook w:val="04A0" w:firstRow="1" w:lastRow="0" w:firstColumn="1" w:lastColumn="0" w:noHBand="0" w:noVBand="1"/>
      </w:tblPr>
      <w:tblGrid>
        <w:gridCol w:w="1077"/>
        <w:gridCol w:w="161"/>
        <w:gridCol w:w="2792"/>
        <w:gridCol w:w="1068"/>
        <w:gridCol w:w="677"/>
        <w:gridCol w:w="918"/>
        <w:gridCol w:w="1520"/>
        <w:gridCol w:w="161"/>
        <w:gridCol w:w="1583"/>
      </w:tblGrid>
      <w:tr w:rsidR="00E3008D" w14:paraId="662C6925" w14:textId="77777777">
        <w:trPr>
          <w:jc w:val="center"/>
        </w:trPr>
        <w:tc>
          <w:tcPr>
            <w:tcW w:w="9866" w:type="dxa"/>
            <w:gridSpan w:val="9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EEF1F4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300F10D" w14:textId="77777777" w:rsidR="00E3008D" w:rsidRDefault="00000000">
            <w:pPr>
              <w:spacing w:after="0" w:line="240" w:lineRule="auto"/>
            </w:pPr>
            <w:r>
              <w:rPr>
                <w:b/>
                <w:sz w:val="16"/>
              </w:rPr>
              <w:t xml:space="preserve">Cél: </w:t>
            </w:r>
            <w:r>
              <w:rPr>
                <w:sz w:val="16"/>
              </w:rPr>
              <w:t>A napi munkafolyamat, létszám, körülmények, anyagok, akadályok és bizonyító fotók követhető rögzítése.</w:t>
            </w:r>
          </w:p>
        </w:tc>
      </w:tr>
      <w:tr w:rsidR="00E3008D" w14:paraId="086C3833" w14:textId="77777777">
        <w:tblPrEx>
          <w:tblBorders>
            <w:top w:val="single" w:sz="6" w:space="0" w:color="D3B35C"/>
            <w:left w:val="single" w:sz="6" w:space="0" w:color="D3B35C"/>
            <w:bottom w:val="single" w:sz="6" w:space="0" w:color="D3B35C"/>
            <w:right w:val="single" w:sz="6" w:space="0" w:color="D3B35C"/>
            <w:insideH w:val="single" w:sz="6" w:space="0" w:color="D3B35C"/>
            <w:insideV w:val="single" w:sz="6" w:space="0" w:color="D3B35C"/>
          </w:tblBorders>
        </w:tblPrEx>
        <w:trPr>
          <w:jc w:val="center"/>
        </w:trPr>
        <w:tc>
          <w:tcPr>
            <w:tcW w:w="9866" w:type="dxa"/>
            <w:gridSpan w:val="9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FF3CD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0CAA015" w14:textId="77777777" w:rsidR="00E3008D" w:rsidRDefault="00000000">
            <w:pPr>
              <w:spacing w:after="0" w:line="240" w:lineRule="auto"/>
            </w:pPr>
            <w:r w:rsidRPr="0045663A">
              <w:rPr>
                <w:b/>
                <w:sz w:val="16"/>
              </w:rPr>
              <w:t xml:space="preserve">Használati szabály: </w:t>
            </w:r>
            <w:r w:rsidRPr="0045663A">
              <w:rPr>
                <w:sz w:val="16"/>
              </w:rPr>
              <w:t>Közepes és nagy projekten naponta, kisebb projekten munkaszakaszonként töltendő. E-napló esetén a hivatalos napi jelentéshez adatforrás lehet, de azt nem helyettesíti.</w:t>
            </w:r>
          </w:p>
        </w:tc>
      </w:tr>
      <w:tr w:rsidR="00E3008D" w14:paraId="4926FBDB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tblHeader/>
          <w:jc w:val="center"/>
        </w:trPr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AB4A597" w14:textId="77777777" w:rsidR="00E3008D" w:rsidRDefault="00000000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Projekt / dátum</w:t>
            </w:r>
          </w:p>
        </w:tc>
        <w:tc>
          <w:tcPr>
            <w:tcW w:w="4933" w:type="dxa"/>
            <w:gridSpan w:val="5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F415A03" w14:textId="18EB46FB" w:rsidR="00E3008D" w:rsidRDefault="00E3008D">
            <w:pPr>
              <w:spacing w:after="0" w:line="240" w:lineRule="auto"/>
            </w:pPr>
          </w:p>
        </w:tc>
      </w:tr>
      <w:tr w:rsidR="00E3008D" w14:paraId="7A0B4DEF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798E76F" w14:textId="77777777" w:rsidR="00E3008D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Munkaterület / szint</w:t>
            </w:r>
          </w:p>
        </w:tc>
        <w:tc>
          <w:tcPr>
            <w:tcW w:w="4933" w:type="dxa"/>
            <w:gridSpan w:val="5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FF37639" w14:textId="0C257623" w:rsidR="00E3008D" w:rsidRDefault="00E3008D">
            <w:pPr>
              <w:spacing w:after="0" w:line="240" w:lineRule="auto"/>
            </w:pPr>
          </w:p>
        </w:tc>
      </w:tr>
      <w:tr w:rsidR="00E3008D" w14:paraId="631C46E5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EB9B2E0" w14:textId="77777777" w:rsidR="00E3008D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Művezető</w:t>
            </w:r>
          </w:p>
        </w:tc>
        <w:tc>
          <w:tcPr>
            <w:tcW w:w="4933" w:type="dxa"/>
            <w:gridSpan w:val="5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5100853" w14:textId="1431DCC8" w:rsidR="00E3008D" w:rsidRDefault="00E3008D">
            <w:pPr>
              <w:spacing w:after="0" w:line="240" w:lineRule="auto"/>
            </w:pPr>
          </w:p>
        </w:tc>
      </w:tr>
      <w:tr w:rsidR="00E3008D" w14:paraId="014E0E23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ED8AADD" w14:textId="77777777" w:rsidR="00E3008D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Létszám</w:t>
            </w:r>
          </w:p>
        </w:tc>
        <w:tc>
          <w:tcPr>
            <w:tcW w:w="4933" w:type="dxa"/>
            <w:gridSpan w:val="5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91FBACC" w14:textId="57EFA3BF" w:rsidR="00E3008D" w:rsidRDefault="00E3008D">
            <w:pPr>
              <w:spacing w:after="0" w:line="240" w:lineRule="auto"/>
            </w:pPr>
          </w:p>
        </w:tc>
      </w:tr>
      <w:tr w:rsidR="00E3008D" w14:paraId="46C5C0A5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A810904" w14:textId="77777777" w:rsidR="00E3008D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Munkaidő</w:t>
            </w:r>
          </w:p>
        </w:tc>
        <w:tc>
          <w:tcPr>
            <w:tcW w:w="4933" w:type="dxa"/>
            <w:gridSpan w:val="5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343B00D" w14:textId="1F69ADFB" w:rsidR="00E3008D" w:rsidRDefault="00E3008D">
            <w:pPr>
              <w:spacing w:after="0" w:line="240" w:lineRule="auto"/>
            </w:pPr>
          </w:p>
        </w:tc>
      </w:tr>
      <w:tr w:rsidR="00E3008D" w14:paraId="51CAED66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B7C5AF0" w14:textId="77777777" w:rsidR="00E3008D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Hőmérséklet / páratartalom</w:t>
            </w:r>
          </w:p>
        </w:tc>
        <w:tc>
          <w:tcPr>
            <w:tcW w:w="4933" w:type="dxa"/>
            <w:gridSpan w:val="5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CB97503" w14:textId="3444369F" w:rsidR="00E3008D" w:rsidRDefault="00E3008D">
            <w:pPr>
              <w:spacing w:after="0" w:line="240" w:lineRule="auto"/>
            </w:pPr>
          </w:p>
        </w:tc>
      </w:tr>
      <w:tr w:rsidR="00E3008D" w14:paraId="2C62C67D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1023ED0" w14:textId="77777777" w:rsidR="00E3008D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Más szakág a területen</w:t>
            </w:r>
          </w:p>
        </w:tc>
        <w:tc>
          <w:tcPr>
            <w:tcW w:w="4933" w:type="dxa"/>
            <w:gridSpan w:val="5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E30ACD1" w14:textId="37F053B2" w:rsidR="00E3008D" w:rsidRDefault="00E3008D">
            <w:pPr>
              <w:spacing w:after="0" w:line="240" w:lineRule="auto"/>
            </w:pPr>
          </w:p>
        </w:tc>
      </w:tr>
      <w:tr w:rsidR="00E3008D" w14:paraId="74367F73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46566ED" w14:textId="77777777" w:rsidR="00E3008D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Munkafeltételek eltérése</w:t>
            </w:r>
          </w:p>
        </w:tc>
        <w:tc>
          <w:tcPr>
            <w:tcW w:w="4933" w:type="dxa"/>
            <w:gridSpan w:val="5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12A70CF" w14:textId="19C796A7" w:rsidR="00E3008D" w:rsidRDefault="00E3008D">
            <w:pPr>
              <w:spacing w:after="0" w:line="240" w:lineRule="auto"/>
            </w:pPr>
          </w:p>
        </w:tc>
      </w:tr>
      <w:tr w:rsidR="00E3008D" w14:paraId="6B9E051B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tblHeader/>
          <w:jc w:val="center"/>
        </w:trPr>
        <w:tc>
          <w:tcPr>
            <w:tcW w:w="107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9C45F34" w14:textId="77777777" w:rsidR="00E3008D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Idősáv</w:t>
            </w:r>
          </w:p>
        </w:tc>
        <w:tc>
          <w:tcPr>
            <w:tcW w:w="2268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D85349E" w14:textId="77777777" w:rsidR="00E3008D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Munkafolyamat / hely</w:t>
            </w:r>
          </w:p>
        </w:tc>
        <w:tc>
          <w:tcPr>
            <w:tcW w:w="107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A406C5C" w14:textId="77777777" w:rsidR="00E3008D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Mennyiség</w:t>
            </w:r>
          </w:p>
        </w:tc>
        <w:tc>
          <w:tcPr>
            <w:tcW w:w="1871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489F2E4" w14:textId="77777777" w:rsidR="00E3008D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Felhasznált anyag / tétel</w:t>
            </w:r>
          </w:p>
        </w:tc>
        <w:tc>
          <w:tcPr>
            <w:tcW w:w="147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B37FD20" w14:textId="77777777" w:rsidR="00E3008D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Ellenőrzés / mérés</w:t>
            </w:r>
          </w:p>
        </w:tc>
        <w:tc>
          <w:tcPr>
            <w:tcW w:w="1417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DF6AED6" w14:textId="77777777" w:rsidR="00E3008D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Megjegyzés</w:t>
            </w:r>
          </w:p>
        </w:tc>
      </w:tr>
      <w:tr w:rsidR="00E3008D" w14:paraId="474DC0A9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107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836D3F2" w14:textId="6E3C0638" w:rsidR="00E3008D" w:rsidRDefault="00E3008D">
            <w:pPr>
              <w:spacing w:after="0" w:line="240" w:lineRule="auto"/>
            </w:pPr>
          </w:p>
        </w:tc>
        <w:tc>
          <w:tcPr>
            <w:tcW w:w="2268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A6DBD8F" w14:textId="399D9A7A" w:rsidR="00E3008D" w:rsidRDefault="00E3008D">
            <w:pPr>
              <w:spacing w:after="0" w:line="240" w:lineRule="auto"/>
            </w:pPr>
          </w:p>
        </w:tc>
        <w:tc>
          <w:tcPr>
            <w:tcW w:w="107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F0DFE33" w14:textId="4B7A9B1E" w:rsidR="00E3008D" w:rsidRDefault="00E3008D">
            <w:pPr>
              <w:spacing w:after="0" w:line="240" w:lineRule="auto"/>
            </w:pPr>
          </w:p>
        </w:tc>
        <w:tc>
          <w:tcPr>
            <w:tcW w:w="1871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6DDCFE8" w14:textId="26274479" w:rsidR="00E3008D" w:rsidRDefault="00E3008D">
            <w:pPr>
              <w:spacing w:after="0" w:line="240" w:lineRule="auto"/>
            </w:pPr>
          </w:p>
        </w:tc>
        <w:tc>
          <w:tcPr>
            <w:tcW w:w="147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67DC7E7" w14:textId="7607D946" w:rsidR="00E3008D" w:rsidRDefault="00E3008D">
            <w:pPr>
              <w:spacing w:after="0" w:line="240" w:lineRule="auto"/>
            </w:pPr>
          </w:p>
        </w:tc>
        <w:tc>
          <w:tcPr>
            <w:tcW w:w="1417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26AD3D7" w14:textId="150EDB82" w:rsidR="00E3008D" w:rsidRDefault="00E3008D">
            <w:pPr>
              <w:spacing w:after="0" w:line="240" w:lineRule="auto"/>
            </w:pPr>
          </w:p>
        </w:tc>
      </w:tr>
      <w:tr w:rsidR="00E3008D" w14:paraId="1DB19A57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107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CE50045" w14:textId="54D88773" w:rsidR="00E3008D" w:rsidRDefault="00E3008D">
            <w:pPr>
              <w:spacing w:after="0" w:line="240" w:lineRule="auto"/>
            </w:pPr>
          </w:p>
        </w:tc>
        <w:tc>
          <w:tcPr>
            <w:tcW w:w="2268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848079F" w14:textId="0C5FDE1C" w:rsidR="00E3008D" w:rsidRDefault="00E3008D">
            <w:pPr>
              <w:spacing w:after="0" w:line="240" w:lineRule="auto"/>
            </w:pPr>
          </w:p>
        </w:tc>
        <w:tc>
          <w:tcPr>
            <w:tcW w:w="107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E592D37" w14:textId="6C40C8AF" w:rsidR="00E3008D" w:rsidRDefault="00E3008D">
            <w:pPr>
              <w:spacing w:after="0" w:line="240" w:lineRule="auto"/>
            </w:pPr>
          </w:p>
        </w:tc>
        <w:tc>
          <w:tcPr>
            <w:tcW w:w="1871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E285147" w14:textId="117262B1" w:rsidR="00E3008D" w:rsidRDefault="00E3008D">
            <w:pPr>
              <w:spacing w:after="0" w:line="240" w:lineRule="auto"/>
            </w:pPr>
          </w:p>
        </w:tc>
        <w:tc>
          <w:tcPr>
            <w:tcW w:w="147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BC2D068" w14:textId="7650B666" w:rsidR="00E3008D" w:rsidRDefault="00E3008D">
            <w:pPr>
              <w:spacing w:after="0" w:line="240" w:lineRule="auto"/>
            </w:pPr>
          </w:p>
        </w:tc>
        <w:tc>
          <w:tcPr>
            <w:tcW w:w="1417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BC207CA" w14:textId="0FC792A0" w:rsidR="00E3008D" w:rsidRDefault="00E3008D">
            <w:pPr>
              <w:spacing w:after="0" w:line="240" w:lineRule="auto"/>
            </w:pPr>
          </w:p>
        </w:tc>
      </w:tr>
      <w:tr w:rsidR="00E3008D" w14:paraId="1FD5F147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107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17AB9CC" w14:textId="4F2382CE" w:rsidR="00E3008D" w:rsidRDefault="00E3008D">
            <w:pPr>
              <w:spacing w:after="0" w:line="240" w:lineRule="auto"/>
            </w:pPr>
          </w:p>
        </w:tc>
        <w:tc>
          <w:tcPr>
            <w:tcW w:w="2268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C3697CF" w14:textId="2AD882ED" w:rsidR="00E3008D" w:rsidRDefault="00E3008D">
            <w:pPr>
              <w:spacing w:after="0" w:line="240" w:lineRule="auto"/>
            </w:pPr>
          </w:p>
        </w:tc>
        <w:tc>
          <w:tcPr>
            <w:tcW w:w="107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56AABB9" w14:textId="69DEFE8E" w:rsidR="00E3008D" w:rsidRDefault="00E3008D">
            <w:pPr>
              <w:spacing w:after="0" w:line="240" w:lineRule="auto"/>
            </w:pPr>
          </w:p>
        </w:tc>
        <w:tc>
          <w:tcPr>
            <w:tcW w:w="1871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84ADC02" w14:textId="54A21A7D" w:rsidR="00E3008D" w:rsidRDefault="00E3008D">
            <w:pPr>
              <w:spacing w:after="0" w:line="240" w:lineRule="auto"/>
            </w:pPr>
          </w:p>
        </w:tc>
        <w:tc>
          <w:tcPr>
            <w:tcW w:w="147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AE6FFB0" w14:textId="22669656" w:rsidR="00E3008D" w:rsidRDefault="00E3008D">
            <w:pPr>
              <w:spacing w:after="0" w:line="240" w:lineRule="auto"/>
            </w:pPr>
          </w:p>
        </w:tc>
        <w:tc>
          <w:tcPr>
            <w:tcW w:w="1417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AEBB6F0" w14:textId="11D13839" w:rsidR="00E3008D" w:rsidRDefault="00E3008D">
            <w:pPr>
              <w:spacing w:after="0" w:line="240" w:lineRule="auto"/>
            </w:pPr>
          </w:p>
        </w:tc>
      </w:tr>
      <w:tr w:rsidR="00E3008D" w14:paraId="70370D0A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107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D95ED55" w14:textId="6C943320" w:rsidR="00E3008D" w:rsidRDefault="00E3008D">
            <w:pPr>
              <w:spacing w:after="0" w:line="240" w:lineRule="auto"/>
            </w:pPr>
          </w:p>
        </w:tc>
        <w:tc>
          <w:tcPr>
            <w:tcW w:w="2268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BBECD17" w14:textId="395E2A94" w:rsidR="00E3008D" w:rsidRDefault="00E3008D">
            <w:pPr>
              <w:spacing w:after="0" w:line="240" w:lineRule="auto"/>
            </w:pPr>
          </w:p>
        </w:tc>
        <w:tc>
          <w:tcPr>
            <w:tcW w:w="107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1CEC4E5" w14:textId="3757AB94" w:rsidR="00E3008D" w:rsidRDefault="00E3008D">
            <w:pPr>
              <w:spacing w:after="0" w:line="240" w:lineRule="auto"/>
            </w:pPr>
          </w:p>
        </w:tc>
        <w:tc>
          <w:tcPr>
            <w:tcW w:w="1871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464615B" w14:textId="09525A1C" w:rsidR="00E3008D" w:rsidRDefault="00E3008D">
            <w:pPr>
              <w:spacing w:after="0" w:line="240" w:lineRule="auto"/>
            </w:pPr>
          </w:p>
        </w:tc>
        <w:tc>
          <w:tcPr>
            <w:tcW w:w="147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9F7A392" w14:textId="52726325" w:rsidR="00E3008D" w:rsidRDefault="00E3008D">
            <w:pPr>
              <w:spacing w:after="0" w:line="240" w:lineRule="auto"/>
            </w:pPr>
          </w:p>
        </w:tc>
        <w:tc>
          <w:tcPr>
            <w:tcW w:w="1417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C4AE4C4" w14:textId="205E0855" w:rsidR="00E3008D" w:rsidRDefault="00E3008D">
            <w:pPr>
              <w:spacing w:after="0" w:line="240" w:lineRule="auto"/>
            </w:pPr>
          </w:p>
        </w:tc>
      </w:tr>
      <w:tr w:rsidR="00E3008D" w14:paraId="64C72A1F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107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AFC30AC" w14:textId="5493A8C8" w:rsidR="00E3008D" w:rsidRDefault="00E3008D">
            <w:pPr>
              <w:spacing w:after="0" w:line="240" w:lineRule="auto"/>
            </w:pPr>
          </w:p>
        </w:tc>
        <w:tc>
          <w:tcPr>
            <w:tcW w:w="2268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7E3E9AA" w14:textId="59CE25F9" w:rsidR="00E3008D" w:rsidRDefault="00E3008D">
            <w:pPr>
              <w:spacing w:after="0" w:line="240" w:lineRule="auto"/>
            </w:pPr>
          </w:p>
        </w:tc>
        <w:tc>
          <w:tcPr>
            <w:tcW w:w="107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D87D48E" w14:textId="0FF23454" w:rsidR="00E3008D" w:rsidRDefault="00E3008D">
            <w:pPr>
              <w:spacing w:after="0" w:line="240" w:lineRule="auto"/>
            </w:pPr>
          </w:p>
        </w:tc>
        <w:tc>
          <w:tcPr>
            <w:tcW w:w="1871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EF23575" w14:textId="5FEC868A" w:rsidR="00E3008D" w:rsidRDefault="00E3008D">
            <w:pPr>
              <w:spacing w:after="0" w:line="240" w:lineRule="auto"/>
            </w:pPr>
          </w:p>
        </w:tc>
        <w:tc>
          <w:tcPr>
            <w:tcW w:w="147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CF9BC98" w14:textId="47BAAF86" w:rsidR="00E3008D" w:rsidRDefault="00E3008D">
            <w:pPr>
              <w:spacing w:after="0" w:line="240" w:lineRule="auto"/>
            </w:pPr>
          </w:p>
        </w:tc>
        <w:tc>
          <w:tcPr>
            <w:tcW w:w="1417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3C4ED0E" w14:textId="0C7A37C8" w:rsidR="00E3008D" w:rsidRDefault="00E3008D">
            <w:pPr>
              <w:spacing w:after="0" w:line="240" w:lineRule="auto"/>
            </w:pPr>
          </w:p>
        </w:tc>
      </w:tr>
      <w:tr w:rsidR="00E3008D" w14:paraId="1649032B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107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7A7C0CD" w14:textId="257E0E79" w:rsidR="00E3008D" w:rsidRDefault="00E3008D">
            <w:pPr>
              <w:spacing w:after="0" w:line="240" w:lineRule="auto"/>
            </w:pPr>
          </w:p>
        </w:tc>
        <w:tc>
          <w:tcPr>
            <w:tcW w:w="2268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99C54A3" w14:textId="519D9586" w:rsidR="00E3008D" w:rsidRDefault="00E3008D">
            <w:pPr>
              <w:spacing w:after="0" w:line="240" w:lineRule="auto"/>
            </w:pPr>
          </w:p>
        </w:tc>
        <w:tc>
          <w:tcPr>
            <w:tcW w:w="107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D67B4BA" w14:textId="68E91A29" w:rsidR="00E3008D" w:rsidRDefault="00E3008D">
            <w:pPr>
              <w:spacing w:after="0" w:line="240" w:lineRule="auto"/>
            </w:pPr>
          </w:p>
        </w:tc>
        <w:tc>
          <w:tcPr>
            <w:tcW w:w="1871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E8D104D" w14:textId="2FAF0895" w:rsidR="00E3008D" w:rsidRDefault="00E3008D">
            <w:pPr>
              <w:spacing w:after="0" w:line="240" w:lineRule="auto"/>
            </w:pPr>
          </w:p>
        </w:tc>
        <w:tc>
          <w:tcPr>
            <w:tcW w:w="147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4B70D73" w14:textId="1A970BDE" w:rsidR="00E3008D" w:rsidRDefault="00E3008D">
            <w:pPr>
              <w:spacing w:after="0" w:line="240" w:lineRule="auto"/>
            </w:pPr>
          </w:p>
        </w:tc>
        <w:tc>
          <w:tcPr>
            <w:tcW w:w="1417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D8BC674" w14:textId="3FBEED01" w:rsidR="00E3008D" w:rsidRDefault="00E3008D">
            <w:pPr>
              <w:spacing w:after="0" w:line="240" w:lineRule="auto"/>
            </w:pPr>
          </w:p>
        </w:tc>
      </w:tr>
      <w:tr w:rsidR="00E3008D" w14:paraId="1745CE50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107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A0B56DA" w14:textId="0447D42B" w:rsidR="00E3008D" w:rsidRDefault="00E3008D">
            <w:pPr>
              <w:spacing w:after="0" w:line="240" w:lineRule="auto"/>
            </w:pPr>
          </w:p>
        </w:tc>
        <w:tc>
          <w:tcPr>
            <w:tcW w:w="2268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00F8E95" w14:textId="708DA034" w:rsidR="00E3008D" w:rsidRDefault="00E3008D">
            <w:pPr>
              <w:spacing w:after="0" w:line="240" w:lineRule="auto"/>
            </w:pPr>
          </w:p>
        </w:tc>
        <w:tc>
          <w:tcPr>
            <w:tcW w:w="107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FDDDC79" w14:textId="42D4960F" w:rsidR="00E3008D" w:rsidRDefault="00E3008D">
            <w:pPr>
              <w:spacing w:after="0" w:line="240" w:lineRule="auto"/>
            </w:pPr>
          </w:p>
        </w:tc>
        <w:tc>
          <w:tcPr>
            <w:tcW w:w="1871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D5FC8A1" w14:textId="66360E6F" w:rsidR="00E3008D" w:rsidRDefault="00E3008D">
            <w:pPr>
              <w:spacing w:after="0" w:line="240" w:lineRule="auto"/>
            </w:pPr>
          </w:p>
        </w:tc>
        <w:tc>
          <w:tcPr>
            <w:tcW w:w="147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EA08494" w14:textId="7CA522D4" w:rsidR="00E3008D" w:rsidRDefault="00E3008D">
            <w:pPr>
              <w:spacing w:after="0" w:line="240" w:lineRule="auto"/>
            </w:pPr>
          </w:p>
        </w:tc>
        <w:tc>
          <w:tcPr>
            <w:tcW w:w="1417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F0B1587" w14:textId="6FFDF4CC" w:rsidR="00E3008D" w:rsidRDefault="00E3008D">
            <w:pPr>
              <w:spacing w:after="0" w:line="240" w:lineRule="auto"/>
            </w:pPr>
          </w:p>
        </w:tc>
      </w:tr>
      <w:tr w:rsidR="00E3008D" w14:paraId="79D6ABE6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107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C0886B0" w14:textId="72F2D0F8" w:rsidR="00E3008D" w:rsidRDefault="00E3008D">
            <w:pPr>
              <w:spacing w:after="0" w:line="240" w:lineRule="auto"/>
            </w:pPr>
          </w:p>
        </w:tc>
        <w:tc>
          <w:tcPr>
            <w:tcW w:w="2268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E23ED8C" w14:textId="034B1860" w:rsidR="00E3008D" w:rsidRDefault="00E3008D">
            <w:pPr>
              <w:spacing w:after="0" w:line="240" w:lineRule="auto"/>
            </w:pPr>
          </w:p>
        </w:tc>
        <w:tc>
          <w:tcPr>
            <w:tcW w:w="107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35CE501" w14:textId="54ACC695" w:rsidR="00E3008D" w:rsidRDefault="00E3008D">
            <w:pPr>
              <w:spacing w:after="0" w:line="240" w:lineRule="auto"/>
            </w:pPr>
          </w:p>
        </w:tc>
        <w:tc>
          <w:tcPr>
            <w:tcW w:w="1871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DCA4CB3" w14:textId="7D161EE9" w:rsidR="00E3008D" w:rsidRDefault="00E3008D">
            <w:pPr>
              <w:spacing w:after="0" w:line="240" w:lineRule="auto"/>
            </w:pPr>
          </w:p>
        </w:tc>
        <w:tc>
          <w:tcPr>
            <w:tcW w:w="147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4ED5A19" w14:textId="599D280B" w:rsidR="00E3008D" w:rsidRDefault="00E3008D">
            <w:pPr>
              <w:spacing w:after="0" w:line="240" w:lineRule="auto"/>
            </w:pPr>
          </w:p>
        </w:tc>
        <w:tc>
          <w:tcPr>
            <w:tcW w:w="1417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0A660A7" w14:textId="52A3310A" w:rsidR="00E3008D" w:rsidRDefault="00E3008D">
            <w:pPr>
              <w:spacing w:after="0" w:line="240" w:lineRule="auto"/>
            </w:pPr>
          </w:p>
        </w:tc>
      </w:tr>
      <w:tr w:rsidR="00E3008D" w14:paraId="35F34640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B8D9077" w14:textId="77777777" w:rsidR="00E3008D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Akadály / várakozás</w:t>
            </w:r>
          </w:p>
        </w:tc>
        <w:tc>
          <w:tcPr>
            <w:tcW w:w="4933" w:type="dxa"/>
            <w:gridSpan w:val="5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0EBED16" w14:textId="77777777" w:rsidR="00E3008D" w:rsidRDefault="00000000">
            <w:pPr>
              <w:spacing w:after="0" w:line="240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E3008D" w14:paraId="7915E1D5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0DAD63F" w14:textId="77777777" w:rsidR="00E3008D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Megrendelői / műszaki utasítás</w:t>
            </w:r>
          </w:p>
        </w:tc>
        <w:tc>
          <w:tcPr>
            <w:tcW w:w="4933" w:type="dxa"/>
            <w:gridSpan w:val="5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65A1649" w14:textId="77777777" w:rsidR="00E3008D" w:rsidRDefault="00000000">
            <w:pPr>
              <w:spacing w:after="0" w:line="240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E3008D" w14:paraId="7B99D418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7859732" w14:textId="77777777" w:rsidR="00E3008D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Eltakarásra került réteg</w:t>
            </w:r>
          </w:p>
        </w:tc>
        <w:tc>
          <w:tcPr>
            <w:tcW w:w="4933" w:type="dxa"/>
            <w:gridSpan w:val="5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B064BE1" w14:textId="0EB7B85C" w:rsidR="00E3008D" w:rsidRDefault="00E3008D">
            <w:pPr>
              <w:spacing w:after="0" w:line="240" w:lineRule="auto"/>
            </w:pPr>
          </w:p>
        </w:tc>
      </w:tr>
      <w:tr w:rsidR="00E3008D" w14:paraId="602387E4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76AA95C" w14:textId="77777777" w:rsidR="00E3008D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Napi minőségellenőrzés eredménye</w:t>
            </w:r>
          </w:p>
        </w:tc>
        <w:tc>
          <w:tcPr>
            <w:tcW w:w="4933" w:type="dxa"/>
            <w:gridSpan w:val="5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1F00604" w14:textId="77777777" w:rsidR="00E3008D" w:rsidRDefault="00000000">
            <w:pPr>
              <w:spacing w:after="0" w:line="240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E3008D" w14:paraId="23A4C554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E2117C2" w14:textId="77777777" w:rsidR="00E3008D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Munkaterület záró állapota</w:t>
            </w:r>
          </w:p>
        </w:tc>
        <w:tc>
          <w:tcPr>
            <w:tcW w:w="4933" w:type="dxa"/>
            <w:gridSpan w:val="5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69956D3" w14:textId="77777777" w:rsidR="00E3008D" w:rsidRDefault="00000000">
            <w:pPr>
              <w:spacing w:after="0" w:line="240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E3008D" w14:paraId="2322D5A5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tblHeader/>
          <w:jc w:val="center"/>
        </w:trPr>
        <w:tc>
          <w:tcPr>
            <w:tcW w:w="1247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332F7D8" w14:textId="77777777" w:rsidR="00E3008D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Fotóazonosító</w:t>
            </w:r>
          </w:p>
        </w:tc>
        <w:tc>
          <w:tcPr>
            <w:tcW w:w="96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55AC227" w14:textId="77777777" w:rsidR="00E3008D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Idő</w:t>
            </w:r>
          </w:p>
        </w:tc>
        <w:tc>
          <w:tcPr>
            <w:tcW w:w="1814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5D74437" w14:textId="77777777" w:rsidR="00E3008D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Hely / irány</w:t>
            </w:r>
          </w:p>
        </w:tc>
        <w:tc>
          <w:tcPr>
            <w:tcW w:w="2948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E60A7A0" w14:textId="77777777" w:rsidR="00E3008D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Mit igazol</w:t>
            </w:r>
          </w:p>
        </w:tc>
        <w:tc>
          <w:tcPr>
            <w:tcW w:w="2154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D0BA76D" w14:textId="77777777" w:rsidR="00E3008D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Fájlnév / tárhely</w:t>
            </w:r>
          </w:p>
        </w:tc>
      </w:tr>
      <w:tr w:rsidR="00E3008D" w14:paraId="62B5534C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1247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A6AD4A4" w14:textId="3FDBF322" w:rsidR="00E3008D" w:rsidRDefault="00E3008D">
            <w:pPr>
              <w:spacing w:after="0" w:line="240" w:lineRule="auto"/>
            </w:pPr>
          </w:p>
        </w:tc>
        <w:tc>
          <w:tcPr>
            <w:tcW w:w="96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F6C45CF" w14:textId="07CF8989" w:rsidR="00E3008D" w:rsidRDefault="00E3008D">
            <w:pPr>
              <w:spacing w:after="0" w:line="240" w:lineRule="auto"/>
            </w:pPr>
          </w:p>
        </w:tc>
        <w:tc>
          <w:tcPr>
            <w:tcW w:w="1814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7BEF2D0" w14:textId="64BED3C8" w:rsidR="00E3008D" w:rsidRDefault="00E3008D">
            <w:pPr>
              <w:spacing w:after="0" w:line="240" w:lineRule="auto"/>
            </w:pPr>
          </w:p>
        </w:tc>
        <w:tc>
          <w:tcPr>
            <w:tcW w:w="2948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375DC85" w14:textId="59D53E2B" w:rsidR="00E3008D" w:rsidRDefault="00E3008D">
            <w:pPr>
              <w:spacing w:after="0" w:line="240" w:lineRule="auto"/>
            </w:pPr>
          </w:p>
        </w:tc>
        <w:tc>
          <w:tcPr>
            <w:tcW w:w="2154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B99B4AE" w14:textId="39284B15" w:rsidR="00E3008D" w:rsidRDefault="00E3008D">
            <w:pPr>
              <w:spacing w:after="0" w:line="240" w:lineRule="auto"/>
            </w:pPr>
          </w:p>
        </w:tc>
      </w:tr>
      <w:tr w:rsidR="00E3008D" w14:paraId="05920727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1247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1496D83" w14:textId="14B06A5B" w:rsidR="00E3008D" w:rsidRDefault="00E3008D">
            <w:pPr>
              <w:spacing w:after="0" w:line="240" w:lineRule="auto"/>
            </w:pPr>
          </w:p>
        </w:tc>
        <w:tc>
          <w:tcPr>
            <w:tcW w:w="96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8FB31CD" w14:textId="4E7C615F" w:rsidR="00E3008D" w:rsidRDefault="00E3008D">
            <w:pPr>
              <w:spacing w:after="0" w:line="240" w:lineRule="auto"/>
            </w:pPr>
          </w:p>
        </w:tc>
        <w:tc>
          <w:tcPr>
            <w:tcW w:w="1814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7B25EF0" w14:textId="5C6CA17F" w:rsidR="00E3008D" w:rsidRDefault="00E3008D">
            <w:pPr>
              <w:spacing w:after="0" w:line="240" w:lineRule="auto"/>
            </w:pPr>
          </w:p>
        </w:tc>
        <w:tc>
          <w:tcPr>
            <w:tcW w:w="2948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0F0F261" w14:textId="6D9DDE78" w:rsidR="00E3008D" w:rsidRDefault="00E3008D">
            <w:pPr>
              <w:spacing w:after="0" w:line="240" w:lineRule="auto"/>
            </w:pPr>
          </w:p>
        </w:tc>
        <w:tc>
          <w:tcPr>
            <w:tcW w:w="2154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68F613C" w14:textId="740B3930" w:rsidR="00E3008D" w:rsidRDefault="00E3008D">
            <w:pPr>
              <w:spacing w:after="0" w:line="240" w:lineRule="auto"/>
            </w:pPr>
          </w:p>
        </w:tc>
      </w:tr>
      <w:tr w:rsidR="00E3008D" w14:paraId="79F36082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1247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E291A2A" w14:textId="55A05379" w:rsidR="00E3008D" w:rsidRDefault="00E3008D">
            <w:pPr>
              <w:spacing w:after="0" w:line="240" w:lineRule="auto"/>
            </w:pPr>
          </w:p>
        </w:tc>
        <w:tc>
          <w:tcPr>
            <w:tcW w:w="96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9DDA38A" w14:textId="70F3D787" w:rsidR="00E3008D" w:rsidRDefault="00E3008D">
            <w:pPr>
              <w:spacing w:after="0" w:line="240" w:lineRule="auto"/>
            </w:pPr>
          </w:p>
        </w:tc>
        <w:tc>
          <w:tcPr>
            <w:tcW w:w="1814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6D79649" w14:textId="5E6F5A9B" w:rsidR="00E3008D" w:rsidRDefault="00E3008D">
            <w:pPr>
              <w:spacing w:after="0" w:line="240" w:lineRule="auto"/>
            </w:pPr>
          </w:p>
        </w:tc>
        <w:tc>
          <w:tcPr>
            <w:tcW w:w="2948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7AD4E5A" w14:textId="72666CF8" w:rsidR="00E3008D" w:rsidRDefault="00E3008D">
            <w:pPr>
              <w:spacing w:after="0" w:line="240" w:lineRule="auto"/>
            </w:pPr>
          </w:p>
        </w:tc>
        <w:tc>
          <w:tcPr>
            <w:tcW w:w="2154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EA3B8BF" w14:textId="4EECEDAA" w:rsidR="00E3008D" w:rsidRDefault="00E3008D">
            <w:pPr>
              <w:spacing w:after="0" w:line="240" w:lineRule="auto"/>
            </w:pPr>
          </w:p>
        </w:tc>
      </w:tr>
      <w:tr w:rsidR="00E3008D" w14:paraId="5381E528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1247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8CA555D" w14:textId="19E08CD4" w:rsidR="00E3008D" w:rsidRDefault="00E3008D">
            <w:pPr>
              <w:spacing w:after="0" w:line="240" w:lineRule="auto"/>
            </w:pPr>
          </w:p>
        </w:tc>
        <w:tc>
          <w:tcPr>
            <w:tcW w:w="96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5398742" w14:textId="6BA7A7E2" w:rsidR="00E3008D" w:rsidRDefault="00E3008D">
            <w:pPr>
              <w:spacing w:after="0" w:line="240" w:lineRule="auto"/>
            </w:pPr>
          </w:p>
        </w:tc>
        <w:tc>
          <w:tcPr>
            <w:tcW w:w="1814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B06CAD7" w14:textId="32225F1D" w:rsidR="00E3008D" w:rsidRDefault="00E3008D">
            <w:pPr>
              <w:spacing w:after="0" w:line="240" w:lineRule="auto"/>
            </w:pPr>
          </w:p>
        </w:tc>
        <w:tc>
          <w:tcPr>
            <w:tcW w:w="2948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EA0681A" w14:textId="143E3921" w:rsidR="00E3008D" w:rsidRDefault="00E3008D">
            <w:pPr>
              <w:spacing w:after="0" w:line="240" w:lineRule="auto"/>
            </w:pPr>
          </w:p>
        </w:tc>
        <w:tc>
          <w:tcPr>
            <w:tcW w:w="2154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AC6B106" w14:textId="02AF257F" w:rsidR="00E3008D" w:rsidRDefault="00E3008D">
            <w:pPr>
              <w:spacing w:after="0" w:line="240" w:lineRule="auto"/>
            </w:pPr>
          </w:p>
        </w:tc>
      </w:tr>
      <w:tr w:rsidR="00E3008D" w14:paraId="76940BB6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1247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9410F4A" w14:textId="301C518F" w:rsidR="00E3008D" w:rsidRDefault="00E3008D">
            <w:pPr>
              <w:spacing w:after="0" w:line="240" w:lineRule="auto"/>
            </w:pPr>
          </w:p>
        </w:tc>
        <w:tc>
          <w:tcPr>
            <w:tcW w:w="96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FF468F8" w14:textId="76C2F41F" w:rsidR="00E3008D" w:rsidRDefault="00E3008D">
            <w:pPr>
              <w:spacing w:after="0" w:line="240" w:lineRule="auto"/>
            </w:pPr>
          </w:p>
        </w:tc>
        <w:tc>
          <w:tcPr>
            <w:tcW w:w="1814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E6BB8D4" w14:textId="0DAE6770" w:rsidR="00E3008D" w:rsidRDefault="00E3008D">
            <w:pPr>
              <w:spacing w:after="0" w:line="240" w:lineRule="auto"/>
            </w:pPr>
          </w:p>
        </w:tc>
        <w:tc>
          <w:tcPr>
            <w:tcW w:w="2948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59E6279" w14:textId="22A421B8" w:rsidR="00E3008D" w:rsidRDefault="00E3008D">
            <w:pPr>
              <w:spacing w:after="0" w:line="240" w:lineRule="auto"/>
            </w:pPr>
          </w:p>
        </w:tc>
        <w:tc>
          <w:tcPr>
            <w:tcW w:w="2154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834A468" w14:textId="56876114" w:rsidR="00E3008D" w:rsidRDefault="00E3008D">
            <w:pPr>
              <w:spacing w:after="0" w:line="240" w:lineRule="auto"/>
            </w:pPr>
          </w:p>
        </w:tc>
      </w:tr>
      <w:tr w:rsidR="00E3008D" w14:paraId="12D65232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1247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8922E78" w14:textId="65266D6F" w:rsidR="00E3008D" w:rsidRDefault="00E3008D">
            <w:pPr>
              <w:spacing w:after="0" w:line="240" w:lineRule="auto"/>
            </w:pPr>
          </w:p>
        </w:tc>
        <w:tc>
          <w:tcPr>
            <w:tcW w:w="96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B0D740F" w14:textId="2A8255E8" w:rsidR="00E3008D" w:rsidRDefault="00E3008D">
            <w:pPr>
              <w:spacing w:after="0" w:line="240" w:lineRule="auto"/>
            </w:pPr>
          </w:p>
        </w:tc>
        <w:tc>
          <w:tcPr>
            <w:tcW w:w="1814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E2A1B59" w14:textId="53ACE2B7" w:rsidR="00E3008D" w:rsidRDefault="00E3008D">
            <w:pPr>
              <w:spacing w:after="0" w:line="240" w:lineRule="auto"/>
            </w:pPr>
          </w:p>
        </w:tc>
        <w:tc>
          <w:tcPr>
            <w:tcW w:w="2948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067EC23" w14:textId="26C7A25F" w:rsidR="00E3008D" w:rsidRDefault="00E3008D">
            <w:pPr>
              <w:spacing w:after="0" w:line="240" w:lineRule="auto"/>
            </w:pPr>
          </w:p>
        </w:tc>
        <w:tc>
          <w:tcPr>
            <w:tcW w:w="2154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DDAED81" w14:textId="49719E03" w:rsidR="00E3008D" w:rsidRDefault="00E3008D">
            <w:pPr>
              <w:spacing w:after="0" w:line="240" w:lineRule="auto"/>
            </w:pPr>
          </w:p>
        </w:tc>
      </w:tr>
      <w:tr w:rsidR="00E3008D" w14:paraId="1CE23E52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1247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31C03F5" w14:textId="4F26BAC9" w:rsidR="00E3008D" w:rsidRDefault="00E3008D">
            <w:pPr>
              <w:spacing w:after="0" w:line="240" w:lineRule="auto"/>
            </w:pPr>
          </w:p>
        </w:tc>
        <w:tc>
          <w:tcPr>
            <w:tcW w:w="96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4D0A5E6" w14:textId="710104EC" w:rsidR="00E3008D" w:rsidRDefault="00E3008D">
            <w:pPr>
              <w:spacing w:after="0" w:line="240" w:lineRule="auto"/>
            </w:pPr>
          </w:p>
        </w:tc>
        <w:tc>
          <w:tcPr>
            <w:tcW w:w="1814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3791E80" w14:textId="1370FF5B" w:rsidR="00E3008D" w:rsidRDefault="00E3008D">
            <w:pPr>
              <w:spacing w:after="0" w:line="240" w:lineRule="auto"/>
            </w:pPr>
          </w:p>
        </w:tc>
        <w:tc>
          <w:tcPr>
            <w:tcW w:w="2948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8940C50" w14:textId="771FA104" w:rsidR="00E3008D" w:rsidRDefault="00E3008D">
            <w:pPr>
              <w:spacing w:after="0" w:line="240" w:lineRule="auto"/>
            </w:pPr>
          </w:p>
        </w:tc>
        <w:tc>
          <w:tcPr>
            <w:tcW w:w="2154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2A91D9F" w14:textId="0E413875" w:rsidR="00E3008D" w:rsidRDefault="00E3008D">
            <w:pPr>
              <w:spacing w:after="0" w:line="240" w:lineRule="auto"/>
            </w:pPr>
          </w:p>
        </w:tc>
      </w:tr>
      <w:tr w:rsidR="00E3008D" w14:paraId="65A2CD44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1247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E7D964C" w14:textId="716B7CD6" w:rsidR="00E3008D" w:rsidRDefault="00E3008D">
            <w:pPr>
              <w:spacing w:after="0" w:line="240" w:lineRule="auto"/>
            </w:pPr>
          </w:p>
        </w:tc>
        <w:tc>
          <w:tcPr>
            <w:tcW w:w="96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2FBB887" w14:textId="19F1EF06" w:rsidR="00E3008D" w:rsidRDefault="00E3008D">
            <w:pPr>
              <w:spacing w:after="0" w:line="240" w:lineRule="auto"/>
            </w:pPr>
          </w:p>
        </w:tc>
        <w:tc>
          <w:tcPr>
            <w:tcW w:w="1814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DE2E17F" w14:textId="6032DA6A" w:rsidR="00E3008D" w:rsidRDefault="00E3008D">
            <w:pPr>
              <w:spacing w:after="0" w:line="240" w:lineRule="auto"/>
            </w:pPr>
          </w:p>
        </w:tc>
        <w:tc>
          <w:tcPr>
            <w:tcW w:w="2948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3F17F6E" w14:textId="5B6581D6" w:rsidR="00E3008D" w:rsidRDefault="00E3008D">
            <w:pPr>
              <w:spacing w:after="0" w:line="240" w:lineRule="auto"/>
            </w:pPr>
          </w:p>
        </w:tc>
        <w:tc>
          <w:tcPr>
            <w:tcW w:w="2154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2B284F1" w14:textId="1BD87DF9" w:rsidR="00E3008D" w:rsidRDefault="00E3008D">
            <w:pPr>
              <w:spacing w:after="0" w:line="240" w:lineRule="auto"/>
            </w:pPr>
          </w:p>
        </w:tc>
      </w:tr>
    </w:tbl>
    <w:p w14:paraId="31A9A0FD" w14:textId="77777777" w:rsidR="00E3008D" w:rsidRDefault="00E3008D">
      <w:pPr>
        <w:pStyle w:val="SFClause"/>
        <w:rPr>
          <w:rFonts w:hint="eastAsia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933"/>
        <w:gridCol w:w="4933"/>
      </w:tblGrid>
      <w:tr w:rsidR="00E3008D" w14:paraId="3CF98501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5391EA58" w14:textId="77777777" w:rsidR="00E3008D" w:rsidRDefault="00000000">
            <w:pPr>
              <w:spacing w:after="0" w:line="240" w:lineRule="auto"/>
            </w:pPr>
            <w:r>
              <w:rPr>
                <w:b/>
                <w:sz w:val="16"/>
              </w:rPr>
              <w:br/>
              <w:t>____________________________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1FD8030B" w14:textId="77777777" w:rsidR="00E3008D" w:rsidRDefault="00000000">
            <w:pPr>
              <w:spacing w:after="0" w:line="240" w:lineRule="auto"/>
            </w:pPr>
            <w:r>
              <w:rPr>
                <w:b/>
                <w:sz w:val="16"/>
              </w:rPr>
              <w:br/>
              <w:t>____________________________</w:t>
            </w:r>
          </w:p>
        </w:tc>
      </w:tr>
      <w:tr w:rsidR="00E3008D" w14:paraId="4E53CD85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4B704031" w14:textId="17263D51" w:rsidR="00E3008D" w:rsidRDefault="00E3008D">
            <w:pPr>
              <w:spacing w:after="0" w:line="240" w:lineRule="auto"/>
              <w:jc w:val="center"/>
            </w:pP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2C5B86EC" w14:textId="43A11EC5" w:rsidR="00E3008D" w:rsidRDefault="00E3008D">
            <w:pPr>
              <w:spacing w:after="0" w:line="240" w:lineRule="auto"/>
              <w:jc w:val="center"/>
            </w:pPr>
          </w:p>
        </w:tc>
      </w:tr>
      <w:tr w:rsidR="00E3008D" w14:paraId="62A3FE62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00005398" w14:textId="77777777" w:rsidR="00E3008D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Naplót vezető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27938D64" w14:textId="77777777" w:rsidR="00E3008D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Ellenőrző / projektvezető</w:t>
            </w:r>
          </w:p>
        </w:tc>
      </w:tr>
    </w:tbl>
    <w:p w14:paraId="4862E10C" w14:textId="77777777" w:rsidR="00E3008D" w:rsidRDefault="00000000">
      <w:pPr>
        <w:pStyle w:val="Cmsor1"/>
        <w:pageBreakBefore/>
        <w:pBdr>
          <w:bottom w:val="single" w:sz="8" w:space="3" w:color="F29F05"/>
        </w:pBdr>
      </w:pPr>
      <w:r>
        <w:lastRenderedPageBreak/>
        <w:t>M/15 – Eltakarás előtti minőségkapu és ellenőrzési engedély</w:t>
      </w:r>
    </w:p>
    <w:tbl>
      <w:tblPr>
        <w:tblW w:w="0" w:type="auto"/>
        <w:jc w:val="center"/>
        <w:tblBorders>
          <w:top w:val="single" w:sz="6" w:space="0" w:color="AAB3BB"/>
          <w:left w:val="single" w:sz="6" w:space="0" w:color="AAB3BB"/>
          <w:bottom w:val="single" w:sz="6" w:space="0" w:color="AAB3BB"/>
          <w:right w:val="single" w:sz="6" w:space="0" w:color="AAB3BB"/>
          <w:insideH w:val="single" w:sz="6" w:space="0" w:color="AAB3BB"/>
          <w:insideV w:val="single" w:sz="6" w:space="0" w:color="AAB3BB"/>
        </w:tblBorders>
        <w:tblLook w:val="04A0" w:firstRow="1" w:lastRow="0" w:firstColumn="1" w:lastColumn="0" w:noHBand="0" w:noVBand="1"/>
      </w:tblPr>
      <w:tblGrid>
        <w:gridCol w:w="1669"/>
        <w:gridCol w:w="2770"/>
        <w:gridCol w:w="1475"/>
        <w:gridCol w:w="1234"/>
        <w:gridCol w:w="1184"/>
        <w:gridCol w:w="756"/>
        <w:gridCol w:w="869"/>
      </w:tblGrid>
      <w:tr w:rsidR="00E3008D" w14:paraId="53820DE7" w14:textId="77777777">
        <w:trPr>
          <w:jc w:val="center"/>
        </w:trPr>
        <w:tc>
          <w:tcPr>
            <w:tcW w:w="9866" w:type="dxa"/>
            <w:gridSpan w:val="7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EEF1F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607556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 xml:space="preserve">Cél: </w:t>
            </w:r>
            <w:r>
              <w:rPr>
                <w:sz w:val="16"/>
              </w:rPr>
              <w:t>Rejtetté váló réteg minőségének rögzítése a következő technológiai lépés előtt.</w:t>
            </w:r>
          </w:p>
        </w:tc>
      </w:tr>
      <w:tr w:rsidR="00E3008D" w14:paraId="4EBBD4AA" w14:textId="77777777">
        <w:tblPrEx>
          <w:tblBorders>
            <w:top w:val="single" w:sz="6" w:space="0" w:color="D3B35C"/>
            <w:left w:val="single" w:sz="6" w:space="0" w:color="D3B35C"/>
            <w:bottom w:val="single" w:sz="6" w:space="0" w:color="D3B35C"/>
            <w:right w:val="single" w:sz="6" w:space="0" w:color="D3B35C"/>
            <w:insideH w:val="single" w:sz="6" w:space="0" w:color="D3B35C"/>
            <w:insideV w:val="single" w:sz="6" w:space="0" w:color="D3B35C"/>
          </w:tblBorders>
        </w:tblPrEx>
        <w:trPr>
          <w:jc w:val="center"/>
        </w:trPr>
        <w:tc>
          <w:tcPr>
            <w:tcW w:w="9866" w:type="dxa"/>
            <w:gridSpan w:val="7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FF3C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5C3075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 xml:space="preserve">Használati szabály: </w:t>
            </w:r>
            <w:r>
              <w:rPr>
                <w:sz w:val="16"/>
              </w:rPr>
              <w:t>A „nem megfelelő” kritikus pontnál a továbbhaladás tilos. A megengedett eltérést indokolni és jóváhagyni kell.</w:t>
            </w:r>
          </w:p>
        </w:tc>
      </w:tr>
      <w:tr w:rsidR="00E3008D" w14:paraId="00F2CD9C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DA67A2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Projekt / munkarész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C67E94" w14:textId="310B066C" w:rsidR="00E3008D" w:rsidRDefault="00E3008D">
            <w:pPr>
              <w:spacing w:after="36" w:line="245" w:lineRule="auto"/>
            </w:pPr>
          </w:p>
        </w:tc>
      </w:tr>
      <w:tr w:rsidR="00E3008D" w14:paraId="464D633E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C684FA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Minőségkapu azonosító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E86A93" w14:textId="0F022757" w:rsidR="00E3008D" w:rsidRDefault="00E3008D">
            <w:pPr>
              <w:spacing w:after="36" w:line="245" w:lineRule="auto"/>
            </w:pPr>
          </w:p>
        </w:tc>
      </w:tr>
      <w:tr w:rsidR="00E3008D" w14:paraId="5F529BCF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E51333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Réteg / folyamat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1E3E8D" w14:textId="60AC00BB" w:rsidR="00E3008D" w:rsidRDefault="00E3008D">
            <w:pPr>
              <w:spacing w:after="36" w:line="245" w:lineRule="auto"/>
            </w:pPr>
          </w:p>
        </w:tc>
      </w:tr>
      <w:tr w:rsidR="00E3008D" w14:paraId="613A1973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304650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Ellenőrzés időpontja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065D66" w14:textId="41A4F4C1" w:rsidR="00E3008D" w:rsidRDefault="00E3008D">
            <w:pPr>
              <w:spacing w:after="36" w:line="245" w:lineRule="auto"/>
            </w:pPr>
          </w:p>
        </w:tc>
      </w:tr>
      <w:tr w:rsidR="00E3008D" w14:paraId="69DDA43E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EF3350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Értesítés időpontja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903211" w14:textId="704E5C63" w:rsidR="00E3008D" w:rsidRDefault="00E3008D">
            <w:pPr>
              <w:spacing w:after="36" w:line="245" w:lineRule="auto"/>
            </w:pPr>
          </w:p>
        </w:tc>
      </w:tr>
      <w:tr w:rsidR="00E3008D" w14:paraId="5DCCC280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F2D834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Jelenlévők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5D427E" w14:textId="093B3EB9" w:rsidR="00E3008D" w:rsidRDefault="00E3008D">
            <w:pPr>
              <w:spacing w:after="36" w:line="245" w:lineRule="auto"/>
            </w:pPr>
          </w:p>
        </w:tc>
      </w:tr>
      <w:tr w:rsidR="00E3008D" w14:paraId="19CEB523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tblHeader/>
          <w:jc w:val="center"/>
        </w:trPr>
        <w:tc>
          <w:tcPr>
            <w:tcW w:w="181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4E8377" w14:textId="77777777" w:rsidR="00E3008D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Ellenőrzési pont</w:t>
            </w:r>
          </w:p>
        </w:tc>
        <w:tc>
          <w:tcPr>
            <w:tcW w:w="181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163356" w14:textId="77777777" w:rsidR="00E3008D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Követelmény</w:t>
            </w:r>
          </w:p>
        </w:tc>
        <w:tc>
          <w:tcPr>
            <w:tcW w:w="158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BC528A" w14:textId="77777777" w:rsidR="00E3008D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Eredmény / mérés</w:t>
            </w:r>
          </w:p>
        </w:tc>
        <w:tc>
          <w:tcPr>
            <w:tcW w:w="130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B77257" w14:textId="77777777" w:rsidR="00E3008D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Minősítés</w:t>
            </w:r>
          </w:p>
        </w:tc>
        <w:tc>
          <w:tcPr>
            <w:tcW w:w="124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AA5742" w14:textId="77777777" w:rsidR="00E3008D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Fotó / melléklet</w:t>
            </w:r>
          </w:p>
        </w:tc>
        <w:tc>
          <w:tcPr>
            <w:tcW w:w="1474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E26F25" w14:textId="77777777" w:rsidR="00E3008D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Intézkedés</w:t>
            </w:r>
          </w:p>
        </w:tc>
      </w:tr>
      <w:tr w:rsidR="00E3008D" w14:paraId="1E31248B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181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07B943" w14:textId="34081F01" w:rsidR="00E3008D" w:rsidRDefault="00E3008D">
            <w:pPr>
              <w:spacing w:after="36" w:line="245" w:lineRule="auto"/>
            </w:pPr>
          </w:p>
        </w:tc>
        <w:tc>
          <w:tcPr>
            <w:tcW w:w="181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5B0600" w14:textId="39A61889" w:rsidR="00E3008D" w:rsidRDefault="00E3008D">
            <w:pPr>
              <w:spacing w:after="36" w:line="245" w:lineRule="auto"/>
            </w:pPr>
          </w:p>
        </w:tc>
        <w:tc>
          <w:tcPr>
            <w:tcW w:w="158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01EC7E" w14:textId="40E20351" w:rsidR="00E3008D" w:rsidRDefault="00E3008D">
            <w:pPr>
              <w:spacing w:after="36" w:line="245" w:lineRule="auto"/>
            </w:pPr>
          </w:p>
        </w:tc>
        <w:tc>
          <w:tcPr>
            <w:tcW w:w="130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DA63FB" w14:textId="77777777" w:rsidR="00E3008D" w:rsidRDefault="00000000">
            <w:pPr>
              <w:spacing w:after="36" w:line="245" w:lineRule="auto"/>
            </w:pPr>
            <w:r>
              <w:rPr>
                <w:sz w:val="16"/>
              </w:rPr>
              <w:t>□ megfelel □ nem felel meg</w:t>
            </w:r>
          </w:p>
        </w:tc>
        <w:tc>
          <w:tcPr>
            <w:tcW w:w="124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3A7597" w14:textId="622C7088" w:rsidR="00E3008D" w:rsidRDefault="00E3008D">
            <w:pPr>
              <w:spacing w:after="36" w:line="245" w:lineRule="auto"/>
            </w:pPr>
          </w:p>
        </w:tc>
        <w:tc>
          <w:tcPr>
            <w:tcW w:w="1474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BE00CB" w14:textId="26172D2A" w:rsidR="00E3008D" w:rsidRDefault="00E3008D">
            <w:pPr>
              <w:spacing w:after="36" w:line="245" w:lineRule="auto"/>
            </w:pPr>
          </w:p>
        </w:tc>
      </w:tr>
      <w:tr w:rsidR="00E3008D" w14:paraId="0B7349A0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181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53B632" w14:textId="07622A40" w:rsidR="00E3008D" w:rsidRDefault="00E3008D">
            <w:pPr>
              <w:spacing w:after="36" w:line="245" w:lineRule="auto"/>
            </w:pPr>
          </w:p>
        </w:tc>
        <w:tc>
          <w:tcPr>
            <w:tcW w:w="181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8183DD" w14:textId="564A9C7C" w:rsidR="00E3008D" w:rsidRDefault="00E3008D">
            <w:pPr>
              <w:spacing w:after="36" w:line="245" w:lineRule="auto"/>
            </w:pPr>
          </w:p>
        </w:tc>
        <w:tc>
          <w:tcPr>
            <w:tcW w:w="158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AC9E1D" w14:textId="369A3E08" w:rsidR="00E3008D" w:rsidRDefault="00E3008D">
            <w:pPr>
              <w:spacing w:after="36" w:line="245" w:lineRule="auto"/>
            </w:pPr>
          </w:p>
        </w:tc>
        <w:tc>
          <w:tcPr>
            <w:tcW w:w="130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3A766F" w14:textId="77777777" w:rsidR="00E3008D" w:rsidRDefault="00000000">
            <w:pPr>
              <w:spacing w:after="36" w:line="245" w:lineRule="auto"/>
            </w:pPr>
            <w:r>
              <w:rPr>
                <w:sz w:val="16"/>
              </w:rPr>
              <w:t>□ megfelel □ nem felel meg</w:t>
            </w:r>
          </w:p>
        </w:tc>
        <w:tc>
          <w:tcPr>
            <w:tcW w:w="124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DE4722" w14:textId="5DBA254B" w:rsidR="00E3008D" w:rsidRDefault="00E3008D">
            <w:pPr>
              <w:spacing w:after="36" w:line="245" w:lineRule="auto"/>
            </w:pPr>
          </w:p>
        </w:tc>
        <w:tc>
          <w:tcPr>
            <w:tcW w:w="1474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5BAFC7" w14:textId="5DE60E29" w:rsidR="00E3008D" w:rsidRDefault="00E3008D">
            <w:pPr>
              <w:spacing w:after="36" w:line="245" w:lineRule="auto"/>
            </w:pPr>
          </w:p>
        </w:tc>
      </w:tr>
      <w:tr w:rsidR="00E3008D" w14:paraId="6A726A6D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181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DC3AEB" w14:textId="114E539B" w:rsidR="00E3008D" w:rsidRDefault="00E3008D">
            <w:pPr>
              <w:spacing w:after="36" w:line="245" w:lineRule="auto"/>
            </w:pPr>
          </w:p>
        </w:tc>
        <w:tc>
          <w:tcPr>
            <w:tcW w:w="181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CD2142" w14:textId="5C750BB0" w:rsidR="00E3008D" w:rsidRDefault="00E3008D">
            <w:pPr>
              <w:spacing w:after="36" w:line="245" w:lineRule="auto"/>
            </w:pPr>
          </w:p>
        </w:tc>
        <w:tc>
          <w:tcPr>
            <w:tcW w:w="158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81E3A8" w14:textId="5BFB8DA0" w:rsidR="00E3008D" w:rsidRDefault="00E3008D">
            <w:pPr>
              <w:spacing w:after="36" w:line="245" w:lineRule="auto"/>
            </w:pPr>
          </w:p>
        </w:tc>
        <w:tc>
          <w:tcPr>
            <w:tcW w:w="130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074F1E" w14:textId="77777777" w:rsidR="00E3008D" w:rsidRDefault="00000000">
            <w:pPr>
              <w:spacing w:after="36" w:line="245" w:lineRule="auto"/>
            </w:pPr>
            <w:r>
              <w:rPr>
                <w:sz w:val="16"/>
              </w:rPr>
              <w:t>□ megfelel □ nem felel meg</w:t>
            </w:r>
          </w:p>
        </w:tc>
        <w:tc>
          <w:tcPr>
            <w:tcW w:w="124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72F662" w14:textId="254B0A52" w:rsidR="00E3008D" w:rsidRDefault="00E3008D">
            <w:pPr>
              <w:spacing w:after="36" w:line="245" w:lineRule="auto"/>
            </w:pPr>
          </w:p>
        </w:tc>
        <w:tc>
          <w:tcPr>
            <w:tcW w:w="1474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62E831" w14:textId="49358563" w:rsidR="00E3008D" w:rsidRDefault="00E3008D">
            <w:pPr>
              <w:spacing w:after="36" w:line="245" w:lineRule="auto"/>
            </w:pPr>
          </w:p>
        </w:tc>
      </w:tr>
      <w:tr w:rsidR="00E3008D" w14:paraId="7CBBF4AB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181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69D481" w14:textId="05CCF815" w:rsidR="00E3008D" w:rsidRDefault="00E3008D">
            <w:pPr>
              <w:spacing w:after="36" w:line="245" w:lineRule="auto"/>
            </w:pPr>
          </w:p>
        </w:tc>
        <w:tc>
          <w:tcPr>
            <w:tcW w:w="181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0A2AD5" w14:textId="221B20FB" w:rsidR="00E3008D" w:rsidRDefault="00E3008D">
            <w:pPr>
              <w:spacing w:after="36" w:line="245" w:lineRule="auto"/>
            </w:pPr>
          </w:p>
        </w:tc>
        <w:tc>
          <w:tcPr>
            <w:tcW w:w="158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1A22A5" w14:textId="04EA0DAC" w:rsidR="00E3008D" w:rsidRDefault="00E3008D">
            <w:pPr>
              <w:spacing w:after="36" w:line="245" w:lineRule="auto"/>
            </w:pPr>
          </w:p>
        </w:tc>
        <w:tc>
          <w:tcPr>
            <w:tcW w:w="130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AFD1C2" w14:textId="77777777" w:rsidR="00E3008D" w:rsidRDefault="00000000">
            <w:pPr>
              <w:spacing w:after="36" w:line="245" w:lineRule="auto"/>
            </w:pPr>
            <w:r>
              <w:rPr>
                <w:sz w:val="16"/>
              </w:rPr>
              <w:t>□ megfelel □ nem felel meg</w:t>
            </w:r>
          </w:p>
        </w:tc>
        <w:tc>
          <w:tcPr>
            <w:tcW w:w="124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0ED3B2" w14:textId="51F0CCBB" w:rsidR="00E3008D" w:rsidRDefault="00E3008D">
            <w:pPr>
              <w:spacing w:after="36" w:line="245" w:lineRule="auto"/>
            </w:pPr>
          </w:p>
        </w:tc>
        <w:tc>
          <w:tcPr>
            <w:tcW w:w="1474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DC33CC" w14:textId="4AD7C015" w:rsidR="00E3008D" w:rsidRDefault="00E3008D">
            <w:pPr>
              <w:spacing w:after="36" w:line="245" w:lineRule="auto"/>
            </w:pPr>
          </w:p>
        </w:tc>
      </w:tr>
      <w:tr w:rsidR="00E3008D" w14:paraId="00A2E47B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181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A642F9" w14:textId="1CFFFAFA" w:rsidR="00E3008D" w:rsidRDefault="00E3008D">
            <w:pPr>
              <w:spacing w:after="36" w:line="245" w:lineRule="auto"/>
            </w:pPr>
          </w:p>
        </w:tc>
        <w:tc>
          <w:tcPr>
            <w:tcW w:w="181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643839" w14:textId="31BC39BE" w:rsidR="00E3008D" w:rsidRDefault="00E3008D">
            <w:pPr>
              <w:spacing w:after="36" w:line="245" w:lineRule="auto"/>
            </w:pPr>
          </w:p>
        </w:tc>
        <w:tc>
          <w:tcPr>
            <w:tcW w:w="158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CDE6E2" w14:textId="2355E844" w:rsidR="00E3008D" w:rsidRDefault="00E3008D">
            <w:pPr>
              <w:spacing w:after="36" w:line="245" w:lineRule="auto"/>
            </w:pPr>
          </w:p>
        </w:tc>
        <w:tc>
          <w:tcPr>
            <w:tcW w:w="130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1F2F76" w14:textId="77777777" w:rsidR="00E3008D" w:rsidRDefault="00000000">
            <w:pPr>
              <w:spacing w:after="36" w:line="245" w:lineRule="auto"/>
            </w:pPr>
            <w:r>
              <w:rPr>
                <w:sz w:val="16"/>
              </w:rPr>
              <w:t>□ megfelel □ nem felel meg</w:t>
            </w:r>
          </w:p>
        </w:tc>
        <w:tc>
          <w:tcPr>
            <w:tcW w:w="124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6CA705" w14:textId="5A6DB0BD" w:rsidR="00E3008D" w:rsidRDefault="00E3008D">
            <w:pPr>
              <w:spacing w:after="36" w:line="245" w:lineRule="auto"/>
            </w:pPr>
          </w:p>
        </w:tc>
        <w:tc>
          <w:tcPr>
            <w:tcW w:w="1474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504CE7" w14:textId="1DEAF961" w:rsidR="00E3008D" w:rsidRDefault="00E3008D">
            <w:pPr>
              <w:spacing w:after="36" w:line="245" w:lineRule="auto"/>
            </w:pPr>
          </w:p>
        </w:tc>
      </w:tr>
      <w:tr w:rsidR="00E3008D" w14:paraId="375EA118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181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23FCC2" w14:textId="0D33280B" w:rsidR="00E3008D" w:rsidRDefault="00E3008D">
            <w:pPr>
              <w:spacing w:after="36" w:line="245" w:lineRule="auto"/>
            </w:pPr>
          </w:p>
        </w:tc>
        <w:tc>
          <w:tcPr>
            <w:tcW w:w="181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A454AF" w14:textId="383CBD33" w:rsidR="00E3008D" w:rsidRDefault="00E3008D">
            <w:pPr>
              <w:spacing w:after="36" w:line="245" w:lineRule="auto"/>
            </w:pPr>
          </w:p>
        </w:tc>
        <w:tc>
          <w:tcPr>
            <w:tcW w:w="158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51A39A" w14:textId="234C1134" w:rsidR="00E3008D" w:rsidRDefault="00E3008D">
            <w:pPr>
              <w:spacing w:after="36" w:line="245" w:lineRule="auto"/>
            </w:pPr>
          </w:p>
        </w:tc>
        <w:tc>
          <w:tcPr>
            <w:tcW w:w="130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FE0637" w14:textId="77777777" w:rsidR="00E3008D" w:rsidRDefault="00000000">
            <w:pPr>
              <w:spacing w:after="36" w:line="245" w:lineRule="auto"/>
            </w:pPr>
            <w:r>
              <w:rPr>
                <w:sz w:val="16"/>
              </w:rPr>
              <w:t>□ megfelel □ nem felel meg</w:t>
            </w:r>
          </w:p>
        </w:tc>
        <w:tc>
          <w:tcPr>
            <w:tcW w:w="124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413975" w14:textId="631ECFFA" w:rsidR="00E3008D" w:rsidRDefault="00E3008D">
            <w:pPr>
              <w:spacing w:after="36" w:line="245" w:lineRule="auto"/>
            </w:pPr>
          </w:p>
        </w:tc>
        <w:tc>
          <w:tcPr>
            <w:tcW w:w="1474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46274D" w14:textId="3D222CD6" w:rsidR="00E3008D" w:rsidRDefault="00E3008D">
            <w:pPr>
              <w:spacing w:after="36" w:line="245" w:lineRule="auto"/>
            </w:pPr>
          </w:p>
        </w:tc>
      </w:tr>
      <w:tr w:rsidR="00E3008D" w14:paraId="50CC85CE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181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56F3C1" w14:textId="0717426A" w:rsidR="00E3008D" w:rsidRDefault="00E3008D">
            <w:pPr>
              <w:spacing w:after="36" w:line="245" w:lineRule="auto"/>
            </w:pPr>
          </w:p>
        </w:tc>
        <w:tc>
          <w:tcPr>
            <w:tcW w:w="181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D20B61" w14:textId="0CAA94B3" w:rsidR="00E3008D" w:rsidRDefault="00E3008D">
            <w:pPr>
              <w:spacing w:after="36" w:line="245" w:lineRule="auto"/>
            </w:pPr>
          </w:p>
        </w:tc>
        <w:tc>
          <w:tcPr>
            <w:tcW w:w="158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0B6107" w14:textId="7E93F1A7" w:rsidR="00E3008D" w:rsidRDefault="00E3008D">
            <w:pPr>
              <w:spacing w:after="36" w:line="245" w:lineRule="auto"/>
            </w:pPr>
          </w:p>
        </w:tc>
        <w:tc>
          <w:tcPr>
            <w:tcW w:w="130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962CBF" w14:textId="77777777" w:rsidR="00E3008D" w:rsidRDefault="00000000">
            <w:pPr>
              <w:spacing w:after="36" w:line="245" w:lineRule="auto"/>
            </w:pPr>
            <w:r>
              <w:rPr>
                <w:sz w:val="16"/>
              </w:rPr>
              <w:t>□ megfelel □ nem felel meg</w:t>
            </w:r>
          </w:p>
        </w:tc>
        <w:tc>
          <w:tcPr>
            <w:tcW w:w="124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3F881B" w14:textId="7A98164D" w:rsidR="00E3008D" w:rsidRDefault="00E3008D">
            <w:pPr>
              <w:spacing w:after="36" w:line="245" w:lineRule="auto"/>
            </w:pPr>
          </w:p>
        </w:tc>
        <w:tc>
          <w:tcPr>
            <w:tcW w:w="1474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556339" w14:textId="301D998A" w:rsidR="00E3008D" w:rsidRDefault="00E3008D">
            <w:pPr>
              <w:spacing w:after="36" w:line="245" w:lineRule="auto"/>
            </w:pPr>
          </w:p>
        </w:tc>
      </w:tr>
      <w:tr w:rsidR="00E3008D" w14:paraId="16919CAE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181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3612AA" w14:textId="3BF7A239" w:rsidR="00E3008D" w:rsidRDefault="00E3008D">
            <w:pPr>
              <w:spacing w:after="36" w:line="245" w:lineRule="auto"/>
            </w:pPr>
          </w:p>
        </w:tc>
        <w:tc>
          <w:tcPr>
            <w:tcW w:w="181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76F401" w14:textId="2EA99CF8" w:rsidR="00E3008D" w:rsidRDefault="00E3008D">
            <w:pPr>
              <w:spacing w:after="36" w:line="245" w:lineRule="auto"/>
            </w:pPr>
          </w:p>
        </w:tc>
        <w:tc>
          <w:tcPr>
            <w:tcW w:w="158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7B8196" w14:textId="225B9681" w:rsidR="00E3008D" w:rsidRDefault="00E3008D">
            <w:pPr>
              <w:spacing w:after="36" w:line="245" w:lineRule="auto"/>
            </w:pPr>
          </w:p>
        </w:tc>
        <w:tc>
          <w:tcPr>
            <w:tcW w:w="130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272C50" w14:textId="77777777" w:rsidR="00E3008D" w:rsidRDefault="00000000">
            <w:pPr>
              <w:spacing w:after="36" w:line="245" w:lineRule="auto"/>
            </w:pPr>
            <w:r>
              <w:rPr>
                <w:sz w:val="16"/>
              </w:rPr>
              <w:t>□ megfelel □ nem felel meg</w:t>
            </w:r>
          </w:p>
        </w:tc>
        <w:tc>
          <w:tcPr>
            <w:tcW w:w="124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DBC438" w14:textId="08F35130" w:rsidR="00E3008D" w:rsidRDefault="00E3008D">
            <w:pPr>
              <w:spacing w:after="36" w:line="245" w:lineRule="auto"/>
            </w:pPr>
          </w:p>
        </w:tc>
        <w:tc>
          <w:tcPr>
            <w:tcW w:w="1474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0352F0" w14:textId="379C79A4" w:rsidR="00E3008D" w:rsidRDefault="00E3008D">
            <w:pPr>
              <w:spacing w:after="36" w:line="245" w:lineRule="auto"/>
            </w:pPr>
          </w:p>
        </w:tc>
      </w:tr>
      <w:tr w:rsidR="00E3008D" w14:paraId="6B769F45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346A5E" w14:textId="77777777" w:rsidR="00E3008D" w:rsidRDefault="00000000">
            <w:pPr>
              <w:spacing w:after="36" w:line="245" w:lineRule="auto"/>
            </w:pPr>
            <w:proofErr w:type="spellStart"/>
            <w:r>
              <w:rPr>
                <w:b/>
                <w:sz w:val="16"/>
              </w:rPr>
              <w:t>Döntés</w:t>
            </w:r>
            <w:proofErr w:type="spellEnd"/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E189F7" w14:textId="77777777" w:rsidR="00E3008D" w:rsidRDefault="00000000">
            <w:pPr>
              <w:spacing w:after="36" w:line="245" w:lineRule="auto"/>
            </w:pPr>
            <w:r>
              <w:rPr>
                <w:sz w:val="16"/>
              </w:rPr>
              <w:t>□ ELTAKARHATÓ  □ JAVÍTÁS UTÁN ELTAKARHATÓ  □ NEM TAKARHATÓ EL</w:t>
            </w:r>
          </w:p>
        </w:tc>
      </w:tr>
      <w:tr w:rsidR="00E3008D" w14:paraId="63BE6F45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C91267" w14:textId="77777777" w:rsidR="00E3008D" w:rsidRDefault="00000000">
            <w:pPr>
              <w:spacing w:after="36" w:line="245" w:lineRule="auto"/>
            </w:pPr>
            <w:proofErr w:type="spellStart"/>
            <w:r>
              <w:rPr>
                <w:b/>
                <w:sz w:val="16"/>
              </w:rPr>
              <w:t>Eltérésengedély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száma</w:t>
            </w:r>
            <w:proofErr w:type="spellEnd"/>
            <w:r>
              <w:rPr>
                <w:b/>
                <w:sz w:val="16"/>
              </w:rPr>
              <w:t xml:space="preserve"> / </w:t>
            </w:r>
            <w:proofErr w:type="spellStart"/>
            <w:r>
              <w:rPr>
                <w:b/>
                <w:sz w:val="16"/>
              </w:rPr>
              <w:t>feltétele</w:t>
            </w:r>
            <w:proofErr w:type="spellEnd"/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D3C877" w14:textId="6C743FBA" w:rsidR="00E3008D" w:rsidRDefault="00E3008D">
            <w:pPr>
              <w:spacing w:after="36" w:line="245" w:lineRule="auto"/>
            </w:pPr>
          </w:p>
        </w:tc>
      </w:tr>
      <w:tr w:rsidR="00E3008D" w14:paraId="1E97043B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BF9597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Javítás és újraellenőrzés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DA8E6F" w14:textId="77777777" w:rsidR="00E3008D" w:rsidRDefault="00000000">
            <w:pPr>
              <w:spacing w:after="36" w:line="245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E3008D" w14:paraId="007D20B6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89FEFD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Megrendelő / ellenőr távolmaradása esetén értesítés bizonyítéka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07E230" w14:textId="42BDBD01" w:rsidR="00E3008D" w:rsidRDefault="00E3008D">
            <w:pPr>
              <w:spacing w:after="36" w:line="245" w:lineRule="auto"/>
            </w:pPr>
          </w:p>
        </w:tc>
      </w:tr>
    </w:tbl>
    <w:p w14:paraId="5B5C8E5A" w14:textId="77777777" w:rsidR="00E3008D" w:rsidRDefault="00E3008D">
      <w:pPr>
        <w:pStyle w:val="SFClause"/>
        <w:rPr>
          <w:rFonts w:hint="eastAsia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933"/>
        <w:gridCol w:w="4933"/>
      </w:tblGrid>
      <w:tr w:rsidR="00E3008D" w14:paraId="4243C95E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CE014B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br/>
            </w:r>
            <w:r>
              <w:rPr>
                <w:b/>
                <w:sz w:val="16"/>
              </w:rPr>
              <w:br/>
              <w:t>____________________________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145D15" w14:textId="77777777" w:rsidR="00E3008D" w:rsidRDefault="00000000">
            <w:pPr>
              <w:spacing w:after="36" w:line="245" w:lineRule="auto"/>
            </w:pPr>
            <w:r>
              <w:rPr>
                <w:b/>
                <w:sz w:val="16"/>
              </w:rPr>
              <w:br/>
            </w:r>
            <w:r>
              <w:rPr>
                <w:b/>
                <w:sz w:val="16"/>
              </w:rPr>
              <w:br/>
              <w:t>____________________________</w:t>
            </w:r>
          </w:p>
        </w:tc>
      </w:tr>
      <w:tr w:rsidR="00E3008D" w14:paraId="1899A861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90F3B7" w14:textId="5A308E7E" w:rsidR="00E3008D" w:rsidRDefault="00E3008D">
            <w:pPr>
              <w:spacing w:after="36" w:line="245" w:lineRule="auto"/>
              <w:jc w:val="center"/>
            </w:pP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E281C7" w14:textId="0408A1B7" w:rsidR="00E3008D" w:rsidRDefault="00E3008D">
            <w:pPr>
              <w:spacing w:after="36" w:line="245" w:lineRule="auto"/>
              <w:jc w:val="center"/>
            </w:pPr>
          </w:p>
        </w:tc>
      </w:tr>
      <w:tr w:rsidR="00E3008D" w14:paraId="42A41DD1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DD5918" w14:textId="77777777" w:rsidR="00E3008D" w:rsidRDefault="00000000">
            <w:pPr>
              <w:spacing w:after="36" w:line="245" w:lineRule="auto"/>
              <w:jc w:val="center"/>
            </w:pPr>
            <w:r>
              <w:rPr>
                <w:b/>
                <w:sz w:val="16"/>
              </w:rPr>
              <w:t>Spirit Floor ellenőrző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AFCEFA" w14:textId="77777777" w:rsidR="00E3008D" w:rsidRDefault="00000000">
            <w:pPr>
              <w:spacing w:after="36" w:line="245" w:lineRule="auto"/>
              <w:jc w:val="center"/>
            </w:pPr>
            <w:r>
              <w:rPr>
                <w:sz w:val="16"/>
              </w:rPr>
              <w:t>Megrendelő / műszaki ellenőr, ha jelen van</w:t>
            </w:r>
          </w:p>
        </w:tc>
      </w:tr>
    </w:tbl>
    <w:p w14:paraId="2D18C254" w14:textId="77777777" w:rsidR="00E3008D" w:rsidRDefault="00000000">
      <w:pPr>
        <w:pStyle w:val="Cmsor1"/>
        <w:pBdr>
          <w:bottom w:val="single" w:sz="8" w:space="3" w:color="F29F05"/>
        </w:pBdr>
      </w:pPr>
      <w:r>
        <w:t>Kiegészítő változáskezelési alapelvek</w:t>
      </w:r>
    </w:p>
    <w:p w14:paraId="29E3DD78" w14:textId="77777777" w:rsidR="00E3008D" w:rsidRDefault="00000000">
      <w:pPr>
        <w:pStyle w:val="Szmozottlista"/>
      </w:pPr>
      <w:r>
        <w:t>A helyszínen felmerült új, fizetős munka főszabály szerint csak írásban vagy igazolható elektronikus jóváhagyással kezdhető meg.</w:t>
      </w:r>
    </w:p>
    <w:p w14:paraId="25B40CFA" w14:textId="77777777" w:rsidR="00E3008D" w:rsidRDefault="00000000">
      <w:pPr>
        <w:pStyle w:val="Szmozottlista"/>
      </w:pPr>
      <w:r>
        <w:lastRenderedPageBreak/>
        <w:t>A Megrendelő hallgatása nem minősül pótmunka elfogadásának.</w:t>
      </w:r>
    </w:p>
    <w:p w14:paraId="07629822" w14:textId="77777777" w:rsidR="00E3008D" w:rsidRDefault="00000000">
      <w:pPr>
        <w:pStyle w:val="Szmozottlista"/>
      </w:pPr>
      <w:r>
        <w:t>Azonnali kárelhárítás, balesetmegelőzés vagy technológiailag megszakíthatatlan folyamat biztonságos lezárása a feltétlenül szükséges mértékben előzetes jóváhagyás nélkül is elvégezhető, de az okot, időt és költséget azonnal dokumentálni kell.</w:t>
      </w:r>
    </w:p>
    <w:p w14:paraId="6C730480" w14:textId="77777777" w:rsidR="00E3008D" w:rsidRDefault="00000000">
      <w:pPr>
        <w:pStyle w:val="Szmozottlista"/>
      </w:pPr>
      <w:r>
        <w:t>Más szakág okozta akadályt és kárt fotóval, időponttal és érintett területtel kell rögzíteni, hogy a későbbi költség és határidő-hatás bizonyítható legyen.</w:t>
      </w:r>
    </w:p>
    <w:p w14:paraId="13808C87" w14:textId="77777777" w:rsidR="00E3008D" w:rsidRDefault="00000000">
      <w:pPr>
        <w:pStyle w:val="Szmozottlista"/>
      </w:pPr>
      <w:r>
        <w:t>A munkaterület átvétele nem jelenti a rejtett vagy észszerű vizsgálattal nem felismerhető hibák kockázatának korlátlan átvállalását.</w:t>
      </w:r>
    </w:p>
    <w:sectPr w:rsidR="00E3008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/>
      <w:pgMar w:top="1037" w:right="1066" w:bottom="979" w:left="1066" w:header="346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542C40" w14:textId="77777777" w:rsidR="00A43033" w:rsidRDefault="00A43033">
      <w:pPr>
        <w:spacing w:after="0" w:line="240" w:lineRule="auto"/>
      </w:pPr>
      <w:r>
        <w:separator/>
      </w:r>
    </w:p>
  </w:endnote>
  <w:endnote w:type="continuationSeparator" w:id="0">
    <w:p w14:paraId="5138D2E5" w14:textId="77777777" w:rsidR="00A43033" w:rsidRDefault="00A430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Inter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Noto Serif Display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51ACC" w14:textId="77777777" w:rsidR="00E3008D" w:rsidRDefault="00E3008D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6912"/>
      <w:gridCol w:w="2808"/>
    </w:tblGrid>
    <w:tr w:rsidR="00E3008D" w14:paraId="1D6EFEB2" w14:textId="77777777">
      <w:trPr>
        <w:jc w:val="center"/>
      </w:trPr>
      <w:tc>
        <w:tcPr>
          <w:tcW w:w="6912" w:type="dxa"/>
          <w:tcBorders>
            <w:top w:val="single" w:sz="4" w:space="0" w:color="D9D4CE"/>
          </w:tcBorders>
          <w:tcMar>
            <w:top w:w="30" w:type="dxa"/>
            <w:left w:w="20" w:type="dxa"/>
            <w:bottom w:w="10" w:type="dxa"/>
            <w:right w:w="20" w:type="dxa"/>
          </w:tcMar>
        </w:tcPr>
        <w:p w14:paraId="0541C411" w14:textId="77777777" w:rsidR="00E3008D" w:rsidRDefault="00000000">
          <w:r>
            <w:rPr>
              <w:color w:val="676767"/>
              <w:sz w:val="14"/>
            </w:rPr>
            <w:t>SF-JOG-</w:t>
          </w:r>
          <w:proofErr w:type="gramStart"/>
          <w:r>
            <w:rPr>
              <w:color w:val="676767"/>
              <w:sz w:val="14"/>
            </w:rPr>
            <w:t>05  •</w:t>
          </w:r>
          <w:proofErr w:type="gramEnd"/>
          <w:r>
            <w:rPr>
              <w:color w:val="676767"/>
              <w:sz w:val="14"/>
            </w:rPr>
            <w:t xml:space="preserve">  </w:t>
          </w:r>
          <w:proofErr w:type="gramStart"/>
          <w:r>
            <w:rPr>
              <w:color w:val="676767"/>
              <w:sz w:val="14"/>
            </w:rPr>
            <w:t>v3.0  •</w:t>
          </w:r>
          <w:proofErr w:type="gramEnd"/>
          <w:r>
            <w:rPr>
              <w:color w:val="676767"/>
              <w:sz w:val="14"/>
            </w:rPr>
            <w:t xml:space="preserve">  Spirit Floor Kft.</w:t>
          </w:r>
        </w:p>
      </w:tc>
      <w:tc>
        <w:tcPr>
          <w:tcW w:w="2808" w:type="dxa"/>
          <w:tcBorders>
            <w:top w:val="single" w:sz="4" w:space="0" w:color="D9D4CE"/>
          </w:tcBorders>
          <w:tcMar>
            <w:top w:w="30" w:type="dxa"/>
            <w:left w:w="20" w:type="dxa"/>
            <w:bottom w:w="10" w:type="dxa"/>
            <w:right w:w="20" w:type="dxa"/>
          </w:tcMar>
        </w:tcPr>
        <w:p w14:paraId="470B7407" w14:textId="77777777" w:rsidR="00E3008D" w:rsidRDefault="00000000">
          <w:pPr>
            <w:jc w:val="right"/>
          </w:pPr>
          <w:r>
            <w:rPr>
              <w:color w:val="676767"/>
              <w:sz w:val="14"/>
            </w:rPr>
            <w:t xml:space="preserve">Oldal </w:t>
          </w:r>
          <w:r>
            <w:rPr>
              <w:color w:val="676767"/>
              <w:sz w:val="14"/>
            </w:rPr>
            <w:fldChar w:fldCharType="begin"/>
          </w:r>
          <w:r>
            <w:rPr>
              <w:color w:val="676767"/>
              <w:sz w:val="14"/>
            </w:rPr>
            <w:instrText>PAGE</w:instrText>
          </w:r>
          <w:r w:rsidR="0045663A">
            <w:rPr>
              <w:color w:val="676767"/>
              <w:sz w:val="14"/>
            </w:rPr>
            <w:fldChar w:fldCharType="separate"/>
          </w:r>
          <w:r w:rsidR="0045663A">
            <w:rPr>
              <w:noProof/>
              <w:color w:val="676767"/>
              <w:sz w:val="14"/>
            </w:rPr>
            <w:t>1</w:t>
          </w:r>
          <w:r>
            <w:rPr>
              <w:color w:val="676767"/>
              <w:sz w:val="14"/>
            </w:rPr>
            <w:fldChar w:fldCharType="end"/>
          </w:r>
          <w:r>
            <w:rPr>
              <w:color w:val="676767"/>
              <w:sz w:val="14"/>
            </w:rPr>
            <w:t xml:space="preserve"> / </w:t>
          </w:r>
          <w:r>
            <w:rPr>
              <w:color w:val="676767"/>
              <w:sz w:val="14"/>
            </w:rPr>
            <w:fldChar w:fldCharType="begin"/>
          </w:r>
          <w:r>
            <w:rPr>
              <w:color w:val="676767"/>
              <w:sz w:val="14"/>
            </w:rPr>
            <w:instrText>NUMPAGES</w:instrText>
          </w:r>
          <w:r w:rsidR="0045663A">
            <w:rPr>
              <w:color w:val="676767"/>
              <w:sz w:val="14"/>
            </w:rPr>
            <w:fldChar w:fldCharType="separate"/>
          </w:r>
          <w:r w:rsidR="0045663A">
            <w:rPr>
              <w:noProof/>
              <w:color w:val="676767"/>
              <w:sz w:val="14"/>
            </w:rPr>
            <w:t>2</w:t>
          </w:r>
          <w:r>
            <w:rPr>
              <w:color w:val="676767"/>
              <w:sz w:val="14"/>
            </w:rPr>
            <w:fldChar w:fldCharType="end"/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5F924" w14:textId="77777777" w:rsidR="00E3008D" w:rsidRDefault="00E3008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9E822" w14:textId="77777777" w:rsidR="00A43033" w:rsidRDefault="00A43033">
      <w:pPr>
        <w:spacing w:after="0" w:line="240" w:lineRule="auto"/>
      </w:pPr>
      <w:r>
        <w:separator/>
      </w:r>
    </w:p>
  </w:footnote>
  <w:footnote w:type="continuationSeparator" w:id="0">
    <w:p w14:paraId="35A7CDA3" w14:textId="77777777" w:rsidR="00A43033" w:rsidRDefault="00A430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7FD32" w14:textId="77777777" w:rsidR="00E3008D" w:rsidRDefault="00E3008D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1008"/>
      <w:gridCol w:w="8640"/>
    </w:tblGrid>
    <w:tr w:rsidR="00E3008D" w14:paraId="19F1A1C0" w14:textId="77777777">
      <w:trPr>
        <w:jc w:val="center"/>
      </w:trPr>
      <w:tc>
        <w:tcPr>
          <w:tcW w:w="1008" w:type="dxa"/>
          <w:tcBorders>
            <w:bottom w:val="single" w:sz="10" w:space="0" w:color="F29F05"/>
          </w:tcBorders>
          <w:tcMar>
            <w:top w:w="20" w:type="dxa"/>
            <w:left w:w="20" w:type="dxa"/>
            <w:bottom w:w="30" w:type="dxa"/>
            <w:right w:w="20" w:type="dxa"/>
          </w:tcMar>
        </w:tcPr>
        <w:p w14:paraId="1ECC833D" w14:textId="77777777" w:rsidR="00E3008D" w:rsidRDefault="00000000">
          <w:r>
            <w:rPr>
              <w:noProof/>
            </w:rPr>
            <w:drawing>
              <wp:inline distT="0" distB="0" distL="0" distR="0" wp14:anchorId="2DB8A542" wp14:editId="1FA8A740">
                <wp:extent cx="292608" cy="306905"/>
                <wp:effectExtent l="0" t="0" r="0" b="0"/>
                <wp:docPr id="57479527" name="Picture 1" descr="Spirit Floor logó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pirit_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2608" cy="3069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40" w:type="dxa"/>
          <w:tcBorders>
            <w:bottom w:val="single" w:sz="10" w:space="0" w:color="F29F05"/>
          </w:tcBorders>
          <w:tcMar>
            <w:top w:w="20" w:type="dxa"/>
            <w:left w:w="20" w:type="dxa"/>
            <w:bottom w:w="30" w:type="dxa"/>
            <w:right w:w="20" w:type="dxa"/>
          </w:tcMar>
        </w:tcPr>
        <w:p w14:paraId="26D379BA" w14:textId="77777777" w:rsidR="00E3008D" w:rsidRDefault="00000000">
          <w:pPr>
            <w:jc w:val="right"/>
          </w:pPr>
          <w:r>
            <w:rPr>
              <w:b/>
              <w:color w:val="2D2218"/>
              <w:sz w:val="14"/>
            </w:rPr>
            <w:t xml:space="preserve">SPIRIT </w:t>
          </w:r>
          <w:proofErr w:type="gramStart"/>
          <w:r>
            <w:rPr>
              <w:b/>
              <w:color w:val="2D2218"/>
              <w:sz w:val="14"/>
            </w:rPr>
            <w:t>FLOOR  •</w:t>
          </w:r>
          <w:proofErr w:type="gramEnd"/>
          <w:r>
            <w:rPr>
              <w:b/>
              <w:color w:val="2D2218"/>
              <w:sz w:val="14"/>
            </w:rPr>
            <w:t xml:space="preserve">  MUNKATERÜLET ÉS VÁLTOZÁS</w:t>
          </w:r>
        </w:p>
      </w:tc>
    </w:tr>
  </w:tbl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386E0" w14:textId="77777777" w:rsidR="00E3008D" w:rsidRDefault="00E3008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57656490">
    <w:abstractNumId w:val="8"/>
  </w:num>
  <w:num w:numId="2" w16cid:durableId="1641229116">
    <w:abstractNumId w:val="6"/>
  </w:num>
  <w:num w:numId="3" w16cid:durableId="1258102105">
    <w:abstractNumId w:val="5"/>
  </w:num>
  <w:num w:numId="4" w16cid:durableId="1322083598">
    <w:abstractNumId w:val="4"/>
  </w:num>
  <w:num w:numId="5" w16cid:durableId="901252494">
    <w:abstractNumId w:val="7"/>
  </w:num>
  <w:num w:numId="6" w16cid:durableId="175996387">
    <w:abstractNumId w:val="3"/>
  </w:num>
  <w:num w:numId="7" w16cid:durableId="1781148304">
    <w:abstractNumId w:val="2"/>
  </w:num>
  <w:num w:numId="8" w16cid:durableId="1121722967">
    <w:abstractNumId w:val="1"/>
  </w:num>
  <w:num w:numId="9" w16cid:durableId="4082322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5663A"/>
    <w:rsid w:val="00A43033"/>
    <w:rsid w:val="00AA1D8D"/>
    <w:rsid w:val="00B47730"/>
    <w:rsid w:val="00B55B21"/>
    <w:rsid w:val="00CB0664"/>
    <w:rsid w:val="00E3008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48C2610"/>
  <w14:defaultImageDpi w14:val="300"/>
  <w15:docId w15:val="{59605E79-18A7-4474-9801-3B63B5E74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pPr>
      <w:spacing w:after="90" w:line="271" w:lineRule="auto"/>
    </w:pPr>
    <w:rPr>
      <w:rFonts w:ascii="Inter" w:eastAsia="Inter" w:hAnsi="Inter"/>
      <w:color w:val="222222"/>
      <w:sz w:val="19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320" w:after="140"/>
      <w:outlineLvl w:val="0"/>
    </w:pPr>
    <w:rPr>
      <w:rFonts w:asciiTheme="majorHAnsi" w:eastAsiaTheme="majorEastAsia" w:hAnsiTheme="majorHAnsi" w:cstheme="majorBidi"/>
      <w:bCs/>
      <w:color w:val="2D2218"/>
      <w:sz w:val="34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Theme="majorHAnsi" w:eastAsiaTheme="majorEastAsia" w:hAnsiTheme="majorHAnsi" w:cstheme="majorBidi"/>
      <w:b/>
      <w:bCs/>
      <w:color w:val="2D2218"/>
      <w:sz w:val="23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/>
      <w:b/>
      <w:bCs/>
      <w:color w:val="D98900"/>
      <w:sz w:val="20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  <w:rPr>
      <w:sz w:val="18"/>
    </w:r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  <w:rPr>
      <w:sz w:val="18"/>
    </w:r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  <w:rPr>
      <w:sz w:val="18"/>
    </w:r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  <w:rPr>
      <w:sz w:val="18"/>
    </w:r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FEyebrow">
    <w:name w:val="SF Eyebrow"/>
    <w:pPr>
      <w:keepNext/>
      <w:spacing w:after="80"/>
    </w:pPr>
    <w:rPr>
      <w:rFonts w:ascii="Inter" w:hAnsi="Inter"/>
      <w:b/>
      <w:caps/>
      <w:color w:val="D98900"/>
      <w:sz w:val="16"/>
    </w:rPr>
  </w:style>
  <w:style w:type="paragraph" w:customStyle="1" w:styleId="SFLead">
    <w:name w:val="SF Lead"/>
    <w:pPr>
      <w:spacing w:after="160" w:line="288" w:lineRule="auto"/>
    </w:pPr>
    <w:rPr>
      <w:rFonts w:ascii="Inter" w:hAnsi="Inter"/>
      <w:color w:val="676767"/>
      <w:sz w:val="21"/>
    </w:rPr>
  </w:style>
  <w:style w:type="paragraph" w:customStyle="1" w:styleId="SFNote">
    <w:name w:val="SF Note"/>
    <w:pPr>
      <w:spacing w:before="100" w:after="120"/>
      <w:ind w:left="173" w:right="115"/>
    </w:pPr>
    <w:rPr>
      <w:rFonts w:ascii="Inter" w:hAnsi="Inter"/>
      <w:color w:val="222222"/>
      <w:sz w:val="17"/>
    </w:rPr>
  </w:style>
  <w:style w:type="paragraph" w:customStyle="1" w:styleId="SFSource">
    <w:name w:val="SF Source"/>
    <w:pPr>
      <w:spacing w:after="40"/>
    </w:pPr>
    <w:rPr>
      <w:rFonts w:ascii="Inter" w:hAnsi="Inter"/>
      <w:color w:val="676767"/>
      <w:sz w:val="15"/>
    </w:rPr>
  </w:style>
  <w:style w:type="paragraph" w:customStyle="1" w:styleId="SFSmall">
    <w:name w:val="SF Small"/>
    <w:pPr>
      <w:spacing w:after="40"/>
    </w:pPr>
    <w:rPr>
      <w:rFonts w:ascii="Inter" w:hAnsi="Inter"/>
      <w:color w:val="676767"/>
      <w:sz w:val="16"/>
    </w:rPr>
  </w:style>
  <w:style w:type="paragraph" w:customStyle="1" w:styleId="SFClause">
    <w:name w:val="SF Clause"/>
    <w:pPr>
      <w:spacing w:after="100" w:line="274" w:lineRule="auto"/>
    </w:pPr>
    <w:rPr>
      <w:rFonts w:ascii="Inter" w:hAnsi="Inter"/>
      <w:color w:val="222222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1176</Words>
  <Characters>14881</Characters>
  <Application>Microsoft Office Word</Application>
  <DocSecurity>0</DocSecurity>
  <Lines>620</Lines>
  <Paragraphs>535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15522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>Gergő Nagy</cp:lastModifiedBy>
  <cp:revision>2</cp:revision>
  <dcterms:created xsi:type="dcterms:W3CDTF">2013-12-23T23:15:00Z</dcterms:created>
  <dcterms:modified xsi:type="dcterms:W3CDTF">2026-09-15T10:48:00Z</dcterms:modified>
  <cp:category/>
</cp:coreProperties>
</file>