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9FAE73" w14:textId="77777777" w:rsidR="00D35822" w:rsidRDefault="00000000">
      <w:pPr>
        <w:pStyle w:val="SFClause"/>
        <w:jc w:val="center"/>
        <w:rPr>
          <w:rFonts w:hint="eastAsia"/>
        </w:rPr>
      </w:pPr>
      <w:r>
        <w:rPr>
          <w:noProof/>
        </w:rPr>
        <w:drawing>
          <wp:inline distT="0" distB="0" distL="0" distR="0" wp14:anchorId="64E0C9AB" wp14:editId="1EA5943E">
            <wp:extent cx="987552" cy="1035804"/>
            <wp:effectExtent l="0" t="0" r="0" b="0"/>
            <wp:docPr id="1" name="Picture 1" descr="Spirit Floor log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pirit_logo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87552" cy="1035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F43270" w14:textId="77777777" w:rsidR="00D35822" w:rsidRDefault="00000000">
      <w:pPr>
        <w:pStyle w:val="SFEyebrow"/>
        <w:jc w:val="center"/>
        <w:rPr>
          <w:rFonts w:hint="eastAsia"/>
        </w:rPr>
      </w:pPr>
      <w:r>
        <w:t>SZERZŐDÉSES DOKUMENTÁCIÓ</w:t>
      </w:r>
    </w:p>
    <w:p w14:paraId="4E3FE986" w14:textId="77777777" w:rsidR="00D35822" w:rsidRDefault="00000000">
      <w:pPr>
        <w:pStyle w:val="SFClause"/>
        <w:jc w:val="center"/>
        <w:rPr>
          <w:rFonts w:hint="eastAsia"/>
        </w:rPr>
      </w:pPr>
      <w:r>
        <w:rPr>
          <w:rFonts w:ascii="Noto Serif Display" w:eastAsia="Noto Serif Display" w:hAnsi="Noto Serif Display"/>
          <w:color w:val="2D2218"/>
          <w:sz w:val="50"/>
        </w:rPr>
        <w:t>Felmérési és aljzatvizsgálati feltételek</w:t>
      </w:r>
    </w:p>
    <w:p w14:paraId="04EE96AB" w14:textId="77777777" w:rsidR="00D35822" w:rsidRDefault="00000000">
      <w:pPr>
        <w:pStyle w:val="SFLead"/>
        <w:jc w:val="center"/>
        <w:rPr>
          <w:rFonts w:hint="eastAsia"/>
        </w:rPr>
      </w:pPr>
      <w:r>
        <w:t>Alapfelmérés, extra műszaki vizsgálat, munkakezdési alkalmasság és mérési dokumentáció</w:t>
      </w:r>
    </w:p>
    <w:p w14:paraId="5016E18E" w14:textId="77777777" w:rsidR="00D35822" w:rsidRDefault="00000000">
      <w:pPr>
        <w:pStyle w:val="SFClause"/>
        <w:jc w:val="center"/>
        <w:rPr>
          <w:rFonts w:hint="eastAsia"/>
        </w:rPr>
      </w:pPr>
      <w:r>
        <w:rPr>
          <w:color w:val="F29F05"/>
          <w:sz w:val="16"/>
        </w:rPr>
        <w:t>━━━━━━━━━━━━━━━━━━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520"/>
        <w:gridCol w:w="6696"/>
      </w:tblGrid>
      <w:tr w:rsidR="00D35822" w14:paraId="65F896C7" w14:textId="77777777">
        <w:trPr>
          <w:tblHeader/>
          <w:jc w:val="center"/>
        </w:trPr>
        <w:tc>
          <w:tcPr>
            <w:tcW w:w="2520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D7F0B6" w14:textId="77777777" w:rsidR="00D35822" w:rsidRDefault="00000000">
            <w:pPr>
              <w:spacing w:after="36" w:line="245" w:lineRule="auto"/>
            </w:pPr>
            <w:r>
              <w:rPr>
                <w:b/>
                <w:color w:val="FFFFFF"/>
                <w:sz w:val="16"/>
              </w:rPr>
              <w:t>Dokumentumazonosító</w:t>
            </w:r>
          </w:p>
        </w:tc>
        <w:tc>
          <w:tcPr>
            <w:tcW w:w="6696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3A2DB7" w14:textId="77777777" w:rsidR="00D35822" w:rsidRDefault="00000000">
            <w:pPr>
              <w:spacing w:after="36" w:line="245" w:lineRule="auto"/>
            </w:pPr>
            <w:r>
              <w:rPr>
                <w:b/>
                <w:color w:val="FFFFFF"/>
                <w:sz w:val="16"/>
              </w:rPr>
              <w:t>SF-JOG-04</w:t>
            </w:r>
          </w:p>
        </w:tc>
      </w:tr>
      <w:tr w:rsidR="00D35822" w14:paraId="411AB116" w14:textId="77777777">
        <w:trPr>
          <w:jc w:val="center"/>
        </w:trPr>
        <w:tc>
          <w:tcPr>
            <w:tcW w:w="2520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BD2D35" w14:textId="77777777" w:rsidR="00D35822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Verzió</w:t>
            </w:r>
          </w:p>
        </w:tc>
        <w:tc>
          <w:tcPr>
            <w:tcW w:w="6696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7C06B8" w14:textId="77777777" w:rsidR="00D35822" w:rsidRDefault="00000000">
            <w:r>
              <w:t>3.0</w:t>
            </w:r>
          </w:p>
        </w:tc>
      </w:tr>
      <w:tr w:rsidR="00D35822" w14:paraId="70E9A5A5" w14:textId="77777777">
        <w:trPr>
          <w:jc w:val="center"/>
        </w:trPr>
        <w:tc>
          <w:tcPr>
            <w:tcW w:w="2520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087694" w14:textId="77777777" w:rsidR="00D35822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Keltezés</w:t>
            </w:r>
          </w:p>
        </w:tc>
        <w:tc>
          <w:tcPr>
            <w:tcW w:w="6696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B9E096" w14:textId="77777777" w:rsidR="00D35822" w:rsidRDefault="00000000">
            <w:r>
              <w:t>2026. 09. 15.</w:t>
            </w:r>
          </w:p>
        </w:tc>
      </w:tr>
      <w:tr w:rsidR="00D35822" w14:paraId="37478143" w14:textId="77777777">
        <w:trPr>
          <w:jc w:val="center"/>
        </w:trPr>
        <w:tc>
          <w:tcPr>
            <w:tcW w:w="2520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848BE6" w14:textId="77777777" w:rsidR="00D35822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Kibocsátó</w:t>
            </w:r>
          </w:p>
        </w:tc>
        <w:tc>
          <w:tcPr>
            <w:tcW w:w="6696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F7D231" w14:textId="77777777" w:rsidR="00D35822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Spirit Floor Kft.</w:t>
            </w:r>
          </w:p>
        </w:tc>
      </w:tr>
      <w:tr w:rsidR="00D35822" w14:paraId="52B24503" w14:textId="77777777">
        <w:trPr>
          <w:jc w:val="center"/>
        </w:trPr>
        <w:tc>
          <w:tcPr>
            <w:tcW w:w="2520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36AA8D" w14:textId="77777777" w:rsidR="00D35822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Weboldal</w:t>
            </w:r>
          </w:p>
        </w:tc>
        <w:tc>
          <w:tcPr>
            <w:tcW w:w="6696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39BA70" w14:textId="77777777" w:rsidR="00D35822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https://spiritfloor.com</w:t>
            </w:r>
          </w:p>
        </w:tc>
      </w:tr>
      <w:tr w:rsidR="00D35822" w14:paraId="218BA6D9" w14:textId="77777777">
        <w:trPr>
          <w:jc w:val="center"/>
        </w:trPr>
        <w:tc>
          <w:tcPr>
            <w:tcW w:w="2520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0E5444" w14:textId="77777777" w:rsidR="00D35822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Állapot</w:t>
            </w:r>
          </w:p>
        </w:tc>
        <w:tc>
          <w:tcPr>
            <w:tcW w:w="6696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C375D0" w14:textId="77777777" w:rsidR="00D35822" w:rsidRDefault="00000000">
            <w:r>
              <w:t>MASTER v3.0 felmérési sablon – projektspecifikus mezők kitöltendők</w:t>
            </w:r>
          </w:p>
        </w:tc>
      </w:tr>
    </w:tbl>
    <w:p w14:paraId="058C9718" w14:textId="77777777" w:rsidR="00D35822" w:rsidRDefault="00000000">
      <w:pPr>
        <w:pStyle w:val="SFNote"/>
        <w:pBdr>
          <w:left w:val="single" w:sz="14" w:space="6" w:color="F29F05"/>
        </w:pBdr>
        <w:shd w:val="clear" w:color="auto" w:fill="FAF8F5"/>
        <w:rPr>
          <w:rFonts w:hint="eastAsia"/>
        </w:rPr>
      </w:pPr>
      <w:r>
        <w:rPr>
          <w:b/>
        </w:rPr>
        <w:t xml:space="preserve">Alapelv: </w:t>
      </w:r>
      <w:r>
        <w:t>átlátható feltételek, dokumentált műszaki döntések és egyértelmű felelősségi határok. A fogyasztót megillető kötelező jogokat a dokumentum nem korlátozza.</w:t>
      </w:r>
    </w:p>
    <w:p w14:paraId="7D8D3966" w14:textId="77777777" w:rsidR="00D35822" w:rsidRDefault="00000000">
      <w:pPr>
        <w:pStyle w:val="SFClause"/>
        <w:jc w:val="center"/>
        <w:rPr>
          <w:rFonts w:hint="eastAsia"/>
        </w:rPr>
      </w:pPr>
      <w:r>
        <w:rPr>
          <w:color w:val="676767"/>
          <w:sz w:val="15"/>
        </w:rPr>
        <w:t>Spirit Floor Kereskedelmi és Szolgáltató Korlátolt Felelősségű Társaság</w:t>
      </w:r>
      <w:r>
        <w:rPr>
          <w:color w:val="676767"/>
          <w:sz w:val="15"/>
        </w:rPr>
        <w:br/>
        <w:t>2141 Csömör, Boglárka utca 19.  •  kapcsolat@spiritfloor.hu  •  +36 30 931 0990</w:t>
      </w:r>
    </w:p>
    <w:p w14:paraId="2DDFFB69" w14:textId="77777777" w:rsidR="00D35822" w:rsidRDefault="00000000">
      <w:pPr>
        <w:pStyle w:val="SFClause"/>
        <w:rPr>
          <w:rFonts w:hint="eastAsia"/>
        </w:rPr>
      </w:pPr>
      <w:r>
        <w:br w:type="page"/>
      </w:r>
    </w:p>
    <w:p w14:paraId="04BCC0A4" w14:textId="77777777" w:rsidR="00D35822" w:rsidRDefault="00000000">
      <w:pPr>
        <w:pStyle w:val="Cmsor1"/>
        <w:pBdr>
          <w:bottom w:val="single" w:sz="8" w:space="3" w:color="F29F05"/>
        </w:pBdr>
      </w:pPr>
      <w:r>
        <w:lastRenderedPageBreak/>
        <w:t>0. A felmérés jogi és műszaki határa</w:t>
      </w:r>
    </w:p>
    <w:p w14:paraId="583710B8" w14:textId="77777777" w:rsidR="00D35822" w:rsidRDefault="00000000">
      <w:pPr>
        <w:pStyle w:val="SFClause"/>
        <w:rPr>
          <w:rFonts w:hint="eastAsia"/>
        </w:rPr>
      </w:pPr>
      <w:r>
        <w:t>0.1. A felmérés a helyszínen hozzáférhető, szemrevételezhető és az alkalmazott eszközökkel mérhető állapotot rögzíti. Nem minősül feltárásnak, statikai, épületdiagnosztikai vagy laborvizsgálatnak, kivéve ha az extra felmérés ezt kifejezetten tartalmazza.</w:t>
      </w:r>
    </w:p>
    <w:p w14:paraId="53894513" w14:textId="77777777" w:rsidR="00D35822" w:rsidRDefault="00000000">
      <w:pPr>
        <w:pStyle w:val="SFClause"/>
        <w:rPr>
          <w:rFonts w:hint="eastAsia"/>
        </w:rPr>
      </w:pPr>
      <w:r>
        <w:t>0.2. Rejtett rétegek, korábbi ragasztók, aljzat alatti nedvességforrás, szerkezeti mozgás vagy veszélyes anyag csak akkor tekinthető vizsgáltnak, ha arra külön feltárás vagy vizsgálat történt és azt a jegyzőkönyv rögzíti.</w:t>
      </w:r>
    </w:p>
    <w:p w14:paraId="542BC8C3" w14:textId="77777777" w:rsidR="00D35822" w:rsidRDefault="00000000">
      <w:pPr>
        <w:pStyle w:val="Cmsor1"/>
        <w:pageBreakBefore/>
        <w:pBdr>
          <w:bottom w:val="single" w:sz="8" w:space="3" w:color="F29F05"/>
        </w:pBdr>
      </w:pPr>
      <w:r>
        <w:lastRenderedPageBreak/>
        <w:t>M/3 – Alapfelmérési adatlap</w:t>
      </w:r>
    </w:p>
    <w:tbl>
      <w:tblPr>
        <w:tblW w:w="0" w:type="auto"/>
        <w:jc w:val="center"/>
        <w:tblBorders>
          <w:top w:val="single" w:sz="6" w:space="0" w:color="AAB3BB"/>
          <w:left w:val="single" w:sz="6" w:space="0" w:color="AAB3BB"/>
          <w:bottom w:val="single" w:sz="6" w:space="0" w:color="AAB3BB"/>
          <w:right w:val="single" w:sz="6" w:space="0" w:color="AAB3BB"/>
          <w:insideH w:val="single" w:sz="6" w:space="0" w:color="AAB3BB"/>
          <w:insideV w:val="single" w:sz="6" w:space="0" w:color="AAB3BB"/>
        </w:tblBorders>
        <w:tblLook w:val="04A0" w:firstRow="1" w:lastRow="0" w:firstColumn="1" w:lastColumn="0" w:noHBand="0" w:noVBand="1"/>
      </w:tblPr>
      <w:tblGrid>
        <w:gridCol w:w="1326"/>
        <w:gridCol w:w="2883"/>
        <w:gridCol w:w="1428"/>
        <w:gridCol w:w="1628"/>
        <w:gridCol w:w="1407"/>
        <w:gridCol w:w="114"/>
        <w:gridCol w:w="1171"/>
      </w:tblGrid>
      <w:tr w:rsidR="00D35822" w14:paraId="58E439BA" w14:textId="77777777">
        <w:trPr>
          <w:jc w:val="center"/>
        </w:trPr>
        <w:tc>
          <w:tcPr>
            <w:tcW w:w="9866" w:type="dxa"/>
            <w:gridSpan w:val="7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EEF1F4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2EC1B908" w14:textId="77777777" w:rsidR="00D35822" w:rsidRDefault="00000000">
            <w:pPr>
              <w:spacing w:after="0" w:line="240" w:lineRule="auto"/>
            </w:pPr>
            <w:r>
              <w:rPr>
                <w:b/>
                <w:sz w:val="16"/>
              </w:rPr>
              <w:t xml:space="preserve">Cél: </w:t>
            </w:r>
            <w:r>
              <w:rPr>
                <w:sz w:val="16"/>
              </w:rPr>
              <w:t>Ajánlatkészítéshez szükséges látható helyszíni adatok rögzítése.</w:t>
            </w:r>
          </w:p>
        </w:tc>
      </w:tr>
      <w:tr w:rsidR="00D35822" w14:paraId="56A8EC89" w14:textId="77777777">
        <w:tblPrEx>
          <w:tblBorders>
            <w:top w:val="single" w:sz="6" w:space="0" w:color="D3B35C"/>
            <w:left w:val="single" w:sz="6" w:space="0" w:color="D3B35C"/>
            <w:bottom w:val="single" w:sz="6" w:space="0" w:color="D3B35C"/>
            <w:right w:val="single" w:sz="6" w:space="0" w:color="D3B35C"/>
            <w:insideH w:val="single" w:sz="6" w:space="0" w:color="D3B35C"/>
            <w:insideV w:val="single" w:sz="6" w:space="0" w:color="D3B35C"/>
          </w:tblBorders>
        </w:tblPrEx>
        <w:trPr>
          <w:jc w:val="center"/>
        </w:trPr>
        <w:tc>
          <w:tcPr>
            <w:tcW w:w="9866" w:type="dxa"/>
            <w:gridSpan w:val="7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FF3CD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46877BE5" w14:textId="77777777" w:rsidR="00D35822" w:rsidRDefault="00000000">
            <w:pPr>
              <w:spacing w:after="0" w:line="240" w:lineRule="auto"/>
            </w:pPr>
            <w:r>
              <w:rPr>
                <w:b/>
                <w:sz w:val="16"/>
              </w:rPr>
              <w:t xml:space="preserve">Használati szabály: </w:t>
            </w:r>
            <w:r>
              <w:rPr>
                <w:sz w:val="16"/>
              </w:rPr>
              <w:t>A felmérő csak hozzáférhető, roncsolás nélkül ellenőrizhető állapotot rögzít. A nem vizsgált vagy takart területet jelölni kell.</w:t>
            </w:r>
          </w:p>
        </w:tc>
      </w:tr>
      <w:tr w:rsidR="00D35822" w14:paraId="35091FD7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298736A3" w14:textId="77777777" w:rsidR="00D35822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Projekt / cím</w:t>
            </w:r>
          </w:p>
        </w:tc>
        <w:tc>
          <w:tcPr>
            <w:tcW w:w="4933" w:type="dxa"/>
            <w:gridSpan w:val="4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4347D026" w14:textId="2CDADA70" w:rsidR="00D35822" w:rsidRDefault="00D35822">
            <w:pPr>
              <w:spacing w:after="0" w:line="240" w:lineRule="auto"/>
            </w:pPr>
          </w:p>
        </w:tc>
      </w:tr>
      <w:tr w:rsidR="00D35822" w14:paraId="3AA4392E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A17535F" w14:textId="77777777" w:rsidR="00D35822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Felmérés időpontja</w:t>
            </w:r>
          </w:p>
        </w:tc>
        <w:tc>
          <w:tcPr>
            <w:tcW w:w="4933" w:type="dxa"/>
            <w:gridSpan w:val="4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2BE63C4E" w14:textId="62FAD37A" w:rsidR="00D35822" w:rsidRDefault="00D35822">
            <w:pPr>
              <w:spacing w:after="0" w:line="240" w:lineRule="auto"/>
            </w:pPr>
          </w:p>
        </w:tc>
      </w:tr>
      <w:tr w:rsidR="00D35822" w14:paraId="056FD403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49326012" w14:textId="77777777" w:rsidR="00D35822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Jelenlévők</w:t>
            </w:r>
          </w:p>
        </w:tc>
        <w:tc>
          <w:tcPr>
            <w:tcW w:w="4933" w:type="dxa"/>
            <w:gridSpan w:val="4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2C9C5B85" w14:textId="4B8FD286" w:rsidR="00D35822" w:rsidRDefault="00D35822">
            <w:pPr>
              <w:spacing w:after="0" w:line="240" w:lineRule="auto"/>
            </w:pPr>
          </w:p>
        </w:tc>
      </w:tr>
      <w:tr w:rsidR="00D35822" w14:paraId="7CE686DD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2E2530A3" w14:textId="77777777" w:rsidR="00D35822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Felmérő</w:t>
            </w:r>
          </w:p>
        </w:tc>
        <w:tc>
          <w:tcPr>
            <w:tcW w:w="4933" w:type="dxa"/>
            <w:gridSpan w:val="4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63C7A3DF" w14:textId="678C4B66" w:rsidR="00D35822" w:rsidRDefault="00D35822">
            <w:pPr>
              <w:spacing w:after="0" w:line="240" w:lineRule="auto"/>
            </w:pPr>
          </w:p>
        </w:tc>
      </w:tr>
      <w:tr w:rsidR="00D35822" w14:paraId="08F2E48A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2D0B8DB" w14:textId="77777777" w:rsidR="00D35822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Ingatlan használatban</w:t>
            </w:r>
          </w:p>
        </w:tc>
        <w:tc>
          <w:tcPr>
            <w:tcW w:w="4933" w:type="dxa"/>
            <w:gridSpan w:val="4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0C508B0B" w14:textId="77777777" w:rsidR="00D35822" w:rsidRDefault="00000000">
            <w:pPr>
              <w:spacing w:after="0" w:line="240" w:lineRule="auto"/>
            </w:pPr>
            <w:r>
              <w:rPr>
                <w:sz w:val="16"/>
              </w:rPr>
              <w:t>□ igen  □ nem</w:t>
            </w:r>
          </w:p>
        </w:tc>
      </w:tr>
      <w:tr w:rsidR="00D35822" w14:paraId="66C36E9B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693636CE" w14:textId="77777777" w:rsidR="00D35822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Hőmérséklet / relatív páratartalom</w:t>
            </w:r>
          </w:p>
        </w:tc>
        <w:tc>
          <w:tcPr>
            <w:tcW w:w="4933" w:type="dxa"/>
            <w:gridSpan w:val="4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FE17146" w14:textId="30F0532F" w:rsidR="00D35822" w:rsidRDefault="00D35822">
            <w:pPr>
              <w:spacing w:after="0" w:line="240" w:lineRule="auto"/>
            </w:pPr>
          </w:p>
        </w:tc>
      </w:tr>
      <w:tr w:rsidR="00D35822" w14:paraId="26565502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2772AE3" w14:textId="77777777" w:rsidR="00D35822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Hozzáférés korlátozása</w:t>
            </w:r>
          </w:p>
        </w:tc>
        <w:tc>
          <w:tcPr>
            <w:tcW w:w="4933" w:type="dxa"/>
            <w:gridSpan w:val="4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60B54CF6" w14:textId="0EB4101D" w:rsidR="00D35822" w:rsidRDefault="00D35822">
            <w:pPr>
              <w:spacing w:after="0" w:line="240" w:lineRule="auto"/>
            </w:pPr>
          </w:p>
        </w:tc>
      </w:tr>
      <w:tr w:rsidR="00D35822" w14:paraId="43AA91E8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tblHeader/>
          <w:jc w:val="center"/>
        </w:trPr>
        <w:tc>
          <w:tcPr>
            <w:tcW w:w="147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907E6D2" w14:textId="77777777" w:rsidR="00D35822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Helyiség</w:t>
            </w:r>
          </w:p>
        </w:tc>
        <w:tc>
          <w:tcPr>
            <w:tcW w:w="170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1F2EEFDE" w14:textId="77777777" w:rsidR="00D35822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Hossz × szélesség / terület</w:t>
            </w:r>
          </w:p>
        </w:tc>
        <w:tc>
          <w:tcPr>
            <w:tcW w:w="153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66B4C880" w14:textId="77777777" w:rsidR="00D35822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Meglévő burkolat</w:t>
            </w:r>
          </w:p>
        </w:tc>
        <w:tc>
          <w:tcPr>
            <w:tcW w:w="181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407CC0D3" w14:textId="77777777" w:rsidR="00D35822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Aljzat látható állapota</w:t>
            </w:r>
          </w:p>
        </w:tc>
        <w:tc>
          <w:tcPr>
            <w:tcW w:w="147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0CFE2ED4" w14:textId="77777777" w:rsidR="00D35822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Lábazat / csatlakozás</w:t>
            </w:r>
          </w:p>
        </w:tc>
        <w:tc>
          <w:tcPr>
            <w:tcW w:w="1361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0E573C22" w14:textId="77777777" w:rsidR="00D35822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Megjegyzés</w:t>
            </w:r>
          </w:p>
        </w:tc>
      </w:tr>
      <w:tr w:rsidR="00D35822" w14:paraId="22BD492A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jc w:val="center"/>
        </w:trPr>
        <w:tc>
          <w:tcPr>
            <w:tcW w:w="147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01AC5BE9" w14:textId="37F9A407" w:rsidR="00D35822" w:rsidRDefault="00D35822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4C4E98F7" w14:textId="27BDD0A2" w:rsidR="00D35822" w:rsidRDefault="00D35822">
            <w:pPr>
              <w:spacing w:after="0" w:line="240" w:lineRule="auto"/>
            </w:pPr>
          </w:p>
        </w:tc>
        <w:tc>
          <w:tcPr>
            <w:tcW w:w="153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E4F12B9" w14:textId="65FFF744" w:rsidR="00D35822" w:rsidRDefault="00D35822">
            <w:pPr>
              <w:spacing w:after="0" w:line="240" w:lineRule="auto"/>
            </w:pPr>
          </w:p>
        </w:tc>
        <w:tc>
          <w:tcPr>
            <w:tcW w:w="181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A8E2FA1" w14:textId="78D0314B" w:rsidR="00D35822" w:rsidRDefault="00D35822">
            <w:pPr>
              <w:spacing w:after="0" w:line="240" w:lineRule="auto"/>
            </w:pPr>
          </w:p>
        </w:tc>
        <w:tc>
          <w:tcPr>
            <w:tcW w:w="147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BC60708" w14:textId="7A325ABE" w:rsidR="00D35822" w:rsidRDefault="00D35822">
            <w:pPr>
              <w:spacing w:after="0" w:line="240" w:lineRule="auto"/>
            </w:pPr>
          </w:p>
        </w:tc>
        <w:tc>
          <w:tcPr>
            <w:tcW w:w="1361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708AC0C" w14:textId="0C357767" w:rsidR="00D35822" w:rsidRDefault="00D35822">
            <w:pPr>
              <w:spacing w:after="0" w:line="240" w:lineRule="auto"/>
            </w:pPr>
          </w:p>
        </w:tc>
      </w:tr>
      <w:tr w:rsidR="00D35822" w14:paraId="486DB8C2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jc w:val="center"/>
        </w:trPr>
        <w:tc>
          <w:tcPr>
            <w:tcW w:w="147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2AC8D06" w14:textId="1A073F81" w:rsidR="00D35822" w:rsidRDefault="00D35822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40AB04EF" w14:textId="4B1259AE" w:rsidR="00D35822" w:rsidRDefault="00D35822">
            <w:pPr>
              <w:spacing w:after="0" w:line="240" w:lineRule="auto"/>
            </w:pPr>
          </w:p>
        </w:tc>
        <w:tc>
          <w:tcPr>
            <w:tcW w:w="153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BE911EC" w14:textId="6FB698D7" w:rsidR="00D35822" w:rsidRDefault="00D35822">
            <w:pPr>
              <w:spacing w:after="0" w:line="240" w:lineRule="auto"/>
            </w:pPr>
          </w:p>
        </w:tc>
        <w:tc>
          <w:tcPr>
            <w:tcW w:w="181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761876A" w14:textId="409A04CA" w:rsidR="00D35822" w:rsidRDefault="00D35822">
            <w:pPr>
              <w:spacing w:after="0" w:line="240" w:lineRule="auto"/>
            </w:pPr>
          </w:p>
        </w:tc>
        <w:tc>
          <w:tcPr>
            <w:tcW w:w="147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394D0F0" w14:textId="1CE60D54" w:rsidR="00D35822" w:rsidRDefault="00D35822">
            <w:pPr>
              <w:spacing w:after="0" w:line="240" w:lineRule="auto"/>
            </w:pPr>
          </w:p>
        </w:tc>
        <w:tc>
          <w:tcPr>
            <w:tcW w:w="1361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6F206273" w14:textId="7F167DD3" w:rsidR="00D35822" w:rsidRDefault="00D35822">
            <w:pPr>
              <w:spacing w:after="0" w:line="240" w:lineRule="auto"/>
            </w:pPr>
          </w:p>
        </w:tc>
      </w:tr>
      <w:tr w:rsidR="00D35822" w14:paraId="01AE8025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jc w:val="center"/>
        </w:trPr>
        <w:tc>
          <w:tcPr>
            <w:tcW w:w="147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455C25E" w14:textId="70328643" w:rsidR="00D35822" w:rsidRDefault="00D35822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90E6C75" w14:textId="5ED6C438" w:rsidR="00D35822" w:rsidRDefault="00D35822">
            <w:pPr>
              <w:spacing w:after="0" w:line="240" w:lineRule="auto"/>
            </w:pPr>
          </w:p>
        </w:tc>
        <w:tc>
          <w:tcPr>
            <w:tcW w:w="153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1963BC51" w14:textId="6A97DBC3" w:rsidR="00D35822" w:rsidRDefault="00D35822">
            <w:pPr>
              <w:spacing w:after="0" w:line="240" w:lineRule="auto"/>
            </w:pPr>
          </w:p>
        </w:tc>
        <w:tc>
          <w:tcPr>
            <w:tcW w:w="181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223C33EA" w14:textId="208006F6" w:rsidR="00D35822" w:rsidRDefault="00D35822">
            <w:pPr>
              <w:spacing w:after="0" w:line="240" w:lineRule="auto"/>
            </w:pPr>
          </w:p>
        </w:tc>
        <w:tc>
          <w:tcPr>
            <w:tcW w:w="147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AA04C3B" w14:textId="04A3F1CD" w:rsidR="00D35822" w:rsidRDefault="00D35822">
            <w:pPr>
              <w:spacing w:after="0" w:line="240" w:lineRule="auto"/>
            </w:pPr>
          </w:p>
        </w:tc>
        <w:tc>
          <w:tcPr>
            <w:tcW w:w="1361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299646C" w14:textId="231C02CB" w:rsidR="00D35822" w:rsidRDefault="00D35822">
            <w:pPr>
              <w:spacing w:after="0" w:line="240" w:lineRule="auto"/>
            </w:pPr>
          </w:p>
        </w:tc>
      </w:tr>
      <w:tr w:rsidR="00D35822" w14:paraId="0715D36B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jc w:val="center"/>
        </w:trPr>
        <w:tc>
          <w:tcPr>
            <w:tcW w:w="147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1E76B721" w14:textId="4AEC36F8" w:rsidR="00D35822" w:rsidRDefault="00D35822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4B5C1C7F" w14:textId="2482D9DA" w:rsidR="00D35822" w:rsidRDefault="00D35822">
            <w:pPr>
              <w:spacing w:after="0" w:line="240" w:lineRule="auto"/>
            </w:pPr>
          </w:p>
        </w:tc>
        <w:tc>
          <w:tcPr>
            <w:tcW w:w="153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27BE04C3" w14:textId="17C2BABE" w:rsidR="00D35822" w:rsidRDefault="00D35822">
            <w:pPr>
              <w:spacing w:after="0" w:line="240" w:lineRule="auto"/>
            </w:pPr>
          </w:p>
        </w:tc>
        <w:tc>
          <w:tcPr>
            <w:tcW w:w="181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FC97166" w14:textId="3504E49A" w:rsidR="00D35822" w:rsidRDefault="00D35822">
            <w:pPr>
              <w:spacing w:after="0" w:line="240" w:lineRule="auto"/>
            </w:pPr>
          </w:p>
        </w:tc>
        <w:tc>
          <w:tcPr>
            <w:tcW w:w="147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2E10379D" w14:textId="3984C1A0" w:rsidR="00D35822" w:rsidRDefault="00D35822">
            <w:pPr>
              <w:spacing w:after="0" w:line="240" w:lineRule="auto"/>
            </w:pPr>
          </w:p>
        </w:tc>
        <w:tc>
          <w:tcPr>
            <w:tcW w:w="1361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F32488B" w14:textId="5D55A416" w:rsidR="00D35822" w:rsidRDefault="00D35822">
            <w:pPr>
              <w:spacing w:after="0" w:line="240" w:lineRule="auto"/>
            </w:pPr>
          </w:p>
        </w:tc>
      </w:tr>
      <w:tr w:rsidR="00D35822" w14:paraId="3ABDA333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jc w:val="center"/>
        </w:trPr>
        <w:tc>
          <w:tcPr>
            <w:tcW w:w="147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6B5C57F5" w14:textId="76CCDAD6" w:rsidR="00D35822" w:rsidRDefault="00D35822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0A732A9" w14:textId="6C759B1F" w:rsidR="00D35822" w:rsidRDefault="00D35822">
            <w:pPr>
              <w:spacing w:after="0" w:line="240" w:lineRule="auto"/>
            </w:pPr>
          </w:p>
        </w:tc>
        <w:tc>
          <w:tcPr>
            <w:tcW w:w="153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94F6386" w14:textId="6319B65B" w:rsidR="00D35822" w:rsidRDefault="00D35822">
            <w:pPr>
              <w:spacing w:after="0" w:line="240" w:lineRule="auto"/>
            </w:pPr>
          </w:p>
        </w:tc>
        <w:tc>
          <w:tcPr>
            <w:tcW w:w="181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5A9D543" w14:textId="0D0A66E2" w:rsidR="00D35822" w:rsidRDefault="00D35822">
            <w:pPr>
              <w:spacing w:after="0" w:line="240" w:lineRule="auto"/>
            </w:pPr>
          </w:p>
        </w:tc>
        <w:tc>
          <w:tcPr>
            <w:tcW w:w="147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4F672D0D" w14:textId="68DD4E1C" w:rsidR="00D35822" w:rsidRDefault="00D35822">
            <w:pPr>
              <w:spacing w:after="0" w:line="240" w:lineRule="auto"/>
            </w:pPr>
          </w:p>
        </w:tc>
        <w:tc>
          <w:tcPr>
            <w:tcW w:w="1361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44383107" w14:textId="63059977" w:rsidR="00D35822" w:rsidRDefault="00D35822">
            <w:pPr>
              <w:spacing w:after="0" w:line="240" w:lineRule="auto"/>
            </w:pPr>
          </w:p>
        </w:tc>
      </w:tr>
      <w:tr w:rsidR="00D35822" w14:paraId="43A13B0E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jc w:val="center"/>
        </w:trPr>
        <w:tc>
          <w:tcPr>
            <w:tcW w:w="147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182AA436" w14:textId="0398FD52" w:rsidR="00D35822" w:rsidRDefault="00D35822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6EA6670" w14:textId="0DD370BF" w:rsidR="00D35822" w:rsidRDefault="00D35822">
            <w:pPr>
              <w:spacing w:after="0" w:line="240" w:lineRule="auto"/>
            </w:pPr>
          </w:p>
        </w:tc>
        <w:tc>
          <w:tcPr>
            <w:tcW w:w="153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968A0B7" w14:textId="1D16C6C0" w:rsidR="00D35822" w:rsidRDefault="00D35822">
            <w:pPr>
              <w:spacing w:after="0" w:line="240" w:lineRule="auto"/>
            </w:pPr>
          </w:p>
        </w:tc>
        <w:tc>
          <w:tcPr>
            <w:tcW w:w="181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1DEA7801" w14:textId="5F961E57" w:rsidR="00D35822" w:rsidRDefault="00D35822">
            <w:pPr>
              <w:spacing w:after="0" w:line="240" w:lineRule="auto"/>
            </w:pPr>
          </w:p>
        </w:tc>
        <w:tc>
          <w:tcPr>
            <w:tcW w:w="147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470A8AF1" w14:textId="52F6C2A5" w:rsidR="00D35822" w:rsidRDefault="00D35822">
            <w:pPr>
              <w:spacing w:after="0" w:line="240" w:lineRule="auto"/>
            </w:pPr>
          </w:p>
        </w:tc>
        <w:tc>
          <w:tcPr>
            <w:tcW w:w="1361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A810B73" w14:textId="2BF43735" w:rsidR="00D35822" w:rsidRDefault="00D35822">
            <w:pPr>
              <w:spacing w:after="0" w:line="240" w:lineRule="auto"/>
            </w:pPr>
          </w:p>
        </w:tc>
      </w:tr>
      <w:tr w:rsidR="00D35822" w14:paraId="265F9E4B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jc w:val="center"/>
        </w:trPr>
        <w:tc>
          <w:tcPr>
            <w:tcW w:w="147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1B6360BB" w14:textId="5CE95465" w:rsidR="00D35822" w:rsidRDefault="00D35822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4E8294D7" w14:textId="31C49087" w:rsidR="00D35822" w:rsidRDefault="00D35822">
            <w:pPr>
              <w:spacing w:after="0" w:line="240" w:lineRule="auto"/>
            </w:pPr>
          </w:p>
        </w:tc>
        <w:tc>
          <w:tcPr>
            <w:tcW w:w="153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0294CAB6" w14:textId="38084ED2" w:rsidR="00D35822" w:rsidRDefault="00D35822">
            <w:pPr>
              <w:spacing w:after="0" w:line="240" w:lineRule="auto"/>
            </w:pPr>
          </w:p>
        </w:tc>
        <w:tc>
          <w:tcPr>
            <w:tcW w:w="181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213149FD" w14:textId="367EC2EA" w:rsidR="00D35822" w:rsidRDefault="00D35822">
            <w:pPr>
              <w:spacing w:after="0" w:line="240" w:lineRule="auto"/>
            </w:pPr>
          </w:p>
        </w:tc>
        <w:tc>
          <w:tcPr>
            <w:tcW w:w="147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AF02648" w14:textId="339D597C" w:rsidR="00D35822" w:rsidRDefault="00D35822">
            <w:pPr>
              <w:spacing w:after="0" w:line="240" w:lineRule="auto"/>
            </w:pPr>
          </w:p>
        </w:tc>
        <w:tc>
          <w:tcPr>
            <w:tcW w:w="1361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69F991EA" w14:textId="1F3AF388" w:rsidR="00D35822" w:rsidRDefault="00D35822">
            <w:pPr>
              <w:spacing w:after="0" w:line="240" w:lineRule="auto"/>
            </w:pPr>
          </w:p>
        </w:tc>
      </w:tr>
      <w:tr w:rsidR="00D35822" w14:paraId="6467B097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jc w:val="center"/>
        </w:trPr>
        <w:tc>
          <w:tcPr>
            <w:tcW w:w="147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D486662" w14:textId="22E928FD" w:rsidR="00D35822" w:rsidRDefault="00D35822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1D8C8DDA" w14:textId="718553B5" w:rsidR="00D35822" w:rsidRDefault="00D35822">
            <w:pPr>
              <w:spacing w:after="0" w:line="240" w:lineRule="auto"/>
            </w:pPr>
          </w:p>
        </w:tc>
        <w:tc>
          <w:tcPr>
            <w:tcW w:w="153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42AAC47" w14:textId="6D8063E6" w:rsidR="00D35822" w:rsidRDefault="00D35822">
            <w:pPr>
              <w:spacing w:after="0" w:line="240" w:lineRule="auto"/>
            </w:pPr>
          </w:p>
        </w:tc>
        <w:tc>
          <w:tcPr>
            <w:tcW w:w="181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641FEF97" w14:textId="663DD77A" w:rsidR="00D35822" w:rsidRDefault="00D35822">
            <w:pPr>
              <w:spacing w:after="0" w:line="240" w:lineRule="auto"/>
            </w:pPr>
          </w:p>
        </w:tc>
        <w:tc>
          <w:tcPr>
            <w:tcW w:w="147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8375EDB" w14:textId="02AA9C61" w:rsidR="00D35822" w:rsidRDefault="00D35822">
            <w:pPr>
              <w:spacing w:after="0" w:line="240" w:lineRule="auto"/>
            </w:pPr>
          </w:p>
        </w:tc>
        <w:tc>
          <w:tcPr>
            <w:tcW w:w="1361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F3EB9B8" w14:textId="7E57A039" w:rsidR="00D35822" w:rsidRDefault="00D35822">
            <w:pPr>
              <w:spacing w:after="0" w:line="240" w:lineRule="auto"/>
            </w:pPr>
          </w:p>
        </w:tc>
      </w:tr>
      <w:tr w:rsidR="00D35822" w14:paraId="4A13745E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8EE8E82" w14:textId="77777777" w:rsidR="00D35822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Látható repedések / dilatációk</w:t>
            </w:r>
          </w:p>
        </w:tc>
        <w:tc>
          <w:tcPr>
            <w:tcW w:w="4933" w:type="dxa"/>
            <w:gridSpan w:val="4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2DE0284" w14:textId="77777777" w:rsidR="00D35822" w:rsidRDefault="00000000">
            <w:pPr>
              <w:spacing w:after="0" w:line="240" w:lineRule="auto"/>
            </w:pPr>
            <w:r>
              <w:rPr>
                <w:sz w:val="16"/>
              </w:rPr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</w:p>
        </w:tc>
      </w:tr>
      <w:tr w:rsidR="00D35822" w14:paraId="3CA2CAF7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67642212" w14:textId="77777777" w:rsidR="00D35822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Ajtók / küszöbök / szintkülönbségek</w:t>
            </w:r>
          </w:p>
        </w:tc>
        <w:tc>
          <w:tcPr>
            <w:tcW w:w="4933" w:type="dxa"/>
            <w:gridSpan w:val="4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077C0A46" w14:textId="77777777" w:rsidR="00D35822" w:rsidRDefault="00000000">
            <w:pPr>
              <w:spacing w:after="0" w:line="240" w:lineRule="auto"/>
            </w:pPr>
            <w:r>
              <w:rPr>
                <w:sz w:val="16"/>
              </w:rPr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</w:p>
        </w:tc>
      </w:tr>
      <w:tr w:rsidR="00D35822" w14:paraId="11BF64A4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4C512DA9" w14:textId="77777777" w:rsidR="00D35822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Bútorozottság / mozgatás</w:t>
            </w:r>
          </w:p>
        </w:tc>
        <w:tc>
          <w:tcPr>
            <w:tcW w:w="4933" w:type="dxa"/>
            <w:gridSpan w:val="4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6151949E" w14:textId="77777777" w:rsidR="00D35822" w:rsidRDefault="00000000">
            <w:pPr>
              <w:spacing w:after="0" w:line="240" w:lineRule="auto"/>
            </w:pPr>
            <w:r>
              <w:rPr>
                <w:sz w:val="16"/>
              </w:rPr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</w:p>
        </w:tc>
      </w:tr>
      <w:tr w:rsidR="00D35822" w14:paraId="5F069087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684A8FD" w14:textId="77777777" w:rsidR="00D35822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Anyagmozgatási útvonal / parkolás</w:t>
            </w:r>
          </w:p>
        </w:tc>
        <w:tc>
          <w:tcPr>
            <w:tcW w:w="4933" w:type="dxa"/>
            <w:gridSpan w:val="4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A53E1B4" w14:textId="77777777" w:rsidR="00D35822" w:rsidRDefault="00000000">
            <w:pPr>
              <w:spacing w:after="0" w:line="240" w:lineRule="auto"/>
            </w:pPr>
            <w:r>
              <w:rPr>
                <w:sz w:val="16"/>
              </w:rPr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</w:p>
        </w:tc>
      </w:tr>
      <w:tr w:rsidR="00D35822" w14:paraId="03CE6591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19E37897" w14:textId="77777777" w:rsidR="00D35822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Más szakág / ütemezési kockázat</w:t>
            </w:r>
          </w:p>
        </w:tc>
        <w:tc>
          <w:tcPr>
            <w:tcW w:w="4933" w:type="dxa"/>
            <w:gridSpan w:val="4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469601C3" w14:textId="77777777" w:rsidR="00D35822" w:rsidRDefault="00000000">
            <w:pPr>
              <w:spacing w:after="0" w:line="240" w:lineRule="auto"/>
            </w:pPr>
            <w:r>
              <w:rPr>
                <w:sz w:val="16"/>
              </w:rPr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</w:p>
        </w:tc>
      </w:tr>
      <w:tr w:rsidR="00D35822" w14:paraId="27A10EA0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201B2958" w14:textId="77777777" w:rsidR="00D35822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Feltételezett rejtett kockázat</w:t>
            </w:r>
          </w:p>
        </w:tc>
        <w:tc>
          <w:tcPr>
            <w:tcW w:w="4933" w:type="dxa"/>
            <w:gridSpan w:val="4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4D0DDB40" w14:textId="77777777" w:rsidR="00D35822" w:rsidRDefault="00000000">
            <w:pPr>
              <w:spacing w:after="0" w:line="240" w:lineRule="auto"/>
            </w:pPr>
            <w:r>
              <w:rPr>
                <w:sz w:val="16"/>
              </w:rPr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</w:p>
        </w:tc>
      </w:tr>
      <w:tr w:rsidR="00D35822" w14:paraId="0B2DFB64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68BAEAF0" w14:textId="77777777" w:rsidR="00D35822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További vizsgálat javasolt</w:t>
            </w:r>
          </w:p>
        </w:tc>
        <w:tc>
          <w:tcPr>
            <w:tcW w:w="4933" w:type="dxa"/>
            <w:gridSpan w:val="4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65D3D8B8" w14:textId="77777777" w:rsidR="00D35822" w:rsidRDefault="00000000">
            <w:pPr>
              <w:spacing w:after="0" w:line="240" w:lineRule="auto"/>
            </w:pPr>
            <w:r>
              <w:rPr>
                <w:sz w:val="16"/>
              </w:rPr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</w:p>
        </w:tc>
      </w:tr>
      <w:tr w:rsidR="00D35822" w14:paraId="004B5876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E11D80F" w14:textId="77777777" w:rsidR="00D35822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Fotók azonosítói</w:t>
            </w:r>
          </w:p>
        </w:tc>
        <w:tc>
          <w:tcPr>
            <w:tcW w:w="4933" w:type="dxa"/>
            <w:gridSpan w:val="4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0D9AA227" w14:textId="65D62A7B" w:rsidR="00D35822" w:rsidRDefault="00D35822">
            <w:pPr>
              <w:spacing w:after="0" w:line="240" w:lineRule="auto"/>
            </w:pPr>
          </w:p>
        </w:tc>
      </w:tr>
      <w:tr w:rsidR="00D35822" w14:paraId="79C45FAB" w14:textId="77777777">
        <w:tblPrEx>
          <w:tblBorders>
            <w:top w:val="single" w:sz="6" w:space="0" w:color="D3B35C"/>
            <w:left w:val="single" w:sz="6" w:space="0" w:color="D3B35C"/>
            <w:bottom w:val="single" w:sz="6" w:space="0" w:color="D3B35C"/>
            <w:right w:val="single" w:sz="6" w:space="0" w:color="D3B35C"/>
            <w:insideH w:val="single" w:sz="6" w:space="0" w:color="D3B35C"/>
            <w:insideV w:val="single" w:sz="6" w:space="0" w:color="D3B35C"/>
          </w:tblBorders>
        </w:tblPrEx>
        <w:trPr>
          <w:jc w:val="center"/>
        </w:trPr>
        <w:tc>
          <w:tcPr>
            <w:tcW w:w="9866" w:type="dxa"/>
            <w:gridSpan w:val="7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FF3CD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658D535F" w14:textId="77777777" w:rsidR="00D35822" w:rsidRDefault="00000000">
            <w:pPr>
              <w:spacing w:after="0" w:line="240" w:lineRule="auto"/>
            </w:pPr>
            <w:r>
              <w:rPr>
                <w:b/>
                <w:sz w:val="16"/>
              </w:rPr>
              <w:t xml:space="preserve">Korlát: </w:t>
            </w:r>
            <w:r>
              <w:rPr>
                <w:sz w:val="16"/>
              </w:rPr>
              <w:t>Az alapfelmérés nem bontásos feltárás, nem statikai vagy azbesztvizsgálat, és nem igazolja a teljes aljzat nedvességi vagy tapadási alkalmasságát.</w:t>
            </w:r>
          </w:p>
        </w:tc>
      </w:tr>
    </w:tbl>
    <w:p w14:paraId="7D970A85" w14:textId="77777777" w:rsidR="00D35822" w:rsidRDefault="00D35822">
      <w:pPr>
        <w:pStyle w:val="SFClause"/>
        <w:rPr>
          <w:rFonts w:hint="eastAsia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933"/>
        <w:gridCol w:w="4933"/>
      </w:tblGrid>
      <w:tr w:rsidR="00D35822" w14:paraId="1B79F0FB" w14:textId="77777777">
        <w:trPr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20" w:type="dxa"/>
              <w:left w:w="90" w:type="dxa"/>
              <w:bottom w:w="20" w:type="dxa"/>
              <w:right w:w="90" w:type="dxa"/>
            </w:tcMar>
            <w:vAlign w:val="center"/>
          </w:tcPr>
          <w:p w14:paraId="267B83A2" w14:textId="77777777" w:rsidR="00D35822" w:rsidRDefault="00000000">
            <w:pPr>
              <w:spacing w:after="0" w:line="240" w:lineRule="auto"/>
            </w:pPr>
            <w:r>
              <w:rPr>
                <w:b/>
                <w:sz w:val="16"/>
              </w:rPr>
              <w:br/>
              <w:t>____________________________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20" w:type="dxa"/>
              <w:left w:w="90" w:type="dxa"/>
              <w:bottom w:w="20" w:type="dxa"/>
              <w:right w:w="90" w:type="dxa"/>
            </w:tcMar>
            <w:vAlign w:val="center"/>
          </w:tcPr>
          <w:p w14:paraId="6B75A64E" w14:textId="77777777" w:rsidR="00D35822" w:rsidRDefault="00000000">
            <w:pPr>
              <w:spacing w:after="0" w:line="240" w:lineRule="auto"/>
            </w:pPr>
            <w:r>
              <w:rPr>
                <w:b/>
                <w:sz w:val="16"/>
              </w:rPr>
              <w:br/>
              <w:t>____________________________</w:t>
            </w:r>
          </w:p>
        </w:tc>
      </w:tr>
      <w:tr w:rsidR="00D35822" w14:paraId="79C1235F" w14:textId="77777777">
        <w:trPr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20" w:type="dxa"/>
              <w:left w:w="90" w:type="dxa"/>
              <w:bottom w:w="20" w:type="dxa"/>
              <w:right w:w="90" w:type="dxa"/>
            </w:tcMar>
            <w:vAlign w:val="center"/>
          </w:tcPr>
          <w:p w14:paraId="301E7D5D" w14:textId="64288FD7" w:rsidR="00D35822" w:rsidRDefault="00D35822">
            <w:pPr>
              <w:spacing w:after="0" w:line="240" w:lineRule="auto"/>
              <w:jc w:val="center"/>
            </w:pP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20" w:type="dxa"/>
              <w:left w:w="90" w:type="dxa"/>
              <w:bottom w:w="20" w:type="dxa"/>
              <w:right w:w="90" w:type="dxa"/>
            </w:tcMar>
            <w:vAlign w:val="center"/>
          </w:tcPr>
          <w:p w14:paraId="1CBC2AC2" w14:textId="03231F2C" w:rsidR="00D35822" w:rsidRDefault="00D35822">
            <w:pPr>
              <w:spacing w:after="0" w:line="240" w:lineRule="auto"/>
              <w:jc w:val="center"/>
            </w:pPr>
          </w:p>
        </w:tc>
      </w:tr>
      <w:tr w:rsidR="00D35822" w14:paraId="3A5FAD95" w14:textId="77777777">
        <w:trPr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20" w:type="dxa"/>
              <w:left w:w="90" w:type="dxa"/>
              <w:bottom w:w="20" w:type="dxa"/>
              <w:right w:w="90" w:type="dxa"/>
            </w:tcMar>
            <w:vAlign w:val="center"/>
          </w:tcPr>
          <w:p w14:paraId="0176FDFC" w14:textId="77777777" w:rsidR="00D35822" w:rsidRDefault="0000000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Felmérő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20" w:type="dxa"/>
              <w:left w:w="90" w:type="dxa"/>
              <w:bottom w:w="20" w:type="dxa"/>
              <w:right w:w="90" w:type="dxa"/>
            </w:tcMar>
            <w:vAlign w:val="center"/>
          </w:tcPr>
          <w:p w14:paraId="4CFA536F" w14:textId="77777777" w:rsidR="00D35822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Megrendelő / jelenlévő</w:t>
            </w:r>
          </w:p>
        </w:tc>
      </w:tr>
    </w:tbl>
    <w:p w14:paraId="0392ED6C" w14:textId="77777777" w:rsidR="00D35822" w:rsidRDefault="00000000">
      <w:pPr>
        <w:pStyle w:val="Cmsor1"/>
        <w:pageBreakBefore/>
        <w:pBdr>
          <w:bottom w:val="single" w:sz="8" w:space="3" w:color="F29F05"/>
        </w:pBdr>
      </w:pPr>
      <w:r>
        <w:lastRenderedPageBreak/>
        <w:t>M/4 – Extra műszaki felmérési jelentés</w:t>
      </w:r>
    </w:p>
    <w:tbl>
      <w:tblPr>
        <w:tblW w:w="0" w:type="auto"/>
        <w:jc w:val="center"/>
        <w:tblBorders>
          <w:top w:val="single" w:sz="6" w:space="0" w:color="AAB3BB"/>
          <w:left w:val="single" w:sz="6" w:space="0" w:color="AAB3BB"/>
          <w:bottom w:val="single" w:sz="6" w:space="0" w:color="AAB3BB"/>
          <w:right w:val="single" w:sz="6" w:space="0" w:color="AAB3BB"/>
          <w:insideH w:val="single" w:sz="6" w:space="0" w:color="AAB3BB"/>
          <w:insideV w:val="single" w:sz="6" w:space="0" w:color="AAB3BB"/>
        </w:tblBorders>
        <w:tblLook w:val="04A0" w:firstRow="1" w:lastRow="0" w:firstColumn="1" w:lastColumn="0" w:noHBand="0" w:noVBand="1"/>
      </w:tblPr>
      <w:tblGrid>
        <w:gridCol w:w="1343"/>
        <w:gridCol w:w="2932"/>
        <w:gridCol w:w="1180"/>
        <w:gridCol w:w="1360"/>
        <w:gridCol w:w="1801"/>
        <w:gridCol w:w="284"/>
        <w:gridCol w:w="1057"/>
      </w:tblGrid>
      <w:tr w:rsidR="00D35822" w14:paraId="57A710E0" w14:textId="77777777">
        <w:trPr>
          <w:jc w:val="center"/>
        </w:trPr>
        <w:tc>
          <w:tcPr>
            <w:tcW w:w="9866" w:type="dxa"/>
            <w:gridSpan w:val="7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EEF1F4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6AAF5DE" w14:textId="77777777" w:rsidR="00D35822" w:rsidRDefault="00000000">
            <w:pPr>
              <w:spacing w:after="0" w:line="240" w:lineRule="auto"/>
            </w:pPr>
            <w:r>
              <w:rPr>
                <w:b/>
                <w:sz w:val="16"/>
              </w:rPr>
              <w:t xml:space="preserve">Cél: </w:t>
            </w:r>
            <w:r>
              <w:rPr>
                <w:sz w:val="16"/>
              </w:rPr>
              <w:t>Részletesebb, mérésalapú döntés-előkészítés és technológiai javaslat készítése.</w:t>
            </w:r>
          </w:p>
        </w:tc>
      </w:tr>
      <w:tr w:rsidR="00D35822" w14:paraId="79EBE656" w14:textId="77777777">
        <w:tblPrEx>
          <w:tblBorders>
            <w:top w:val="single" w:sz="6" w:space="0" w:color="D3B35C"/>
            <w:left w:val="single" w:sz="6" w:space="0" w:color="D3B35C"/>
            <w:bottom w:val="single" w:sz="6" w:space="0" w:color="D3B35C"/>
            <w:right w:val="single" w:sz="6" w:space="0" w:color="D3B35C"/>
            <w:insideH w:val="single" w:sz="6" w:space="0" w:color="D3B35C"/>
            <w:insideV w:val="single" w:sz="6" w:space="0" w:color="D3B35C"/>
          </w:tblBorders>
        </w:tblPrEx>
        <w:trPr>
          <w:jc w:val="center"/>
        </w:trPr>
        <w:tc>
          <w:tcPr>
            <w:tcW w:w="9866" w:type="dxa"/>
            <w:gridSpan w:val="7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FF3CD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F3F494D" w14:textId="77777777" w:rsidR="00D35822" w:rsidRDefault="00000000">
            <w:pPr>
              <w:spacing w:after="0" w:line="240" w:lineRule="auto"/>
            </w:pPr>
            <w:r>
              <w:rPr>
                <w:b/>
                <w:sz w:val="16"/>
              </w:rPr>
              <w:t xml:space="preserve">Használati szabály: </w:t>
            </w:r>
            <w:r>
              <w:rPr>
                <w:sz w:val="16"/>
              </w:rPr>
              <w:t>Minden méréshez eszközt, mérési módszert, helyet és körülményt kell rendelni. A szakmai becslést tényként tilos feltüntetni.</w:t>
            </w:r>
          </w:p>
        </w:tc>
      </w:tr>
      <w:tr w:rsidR="00D35822" w14:paraId="3C47D0D8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69F06980" w14:textId="77777777" w:rsidR="00D35822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Projekt / helyszín</w:t>
            </w:r>
          </w:p>
        </w:tc>
        <w:tc>
          <w:tcPr>
            <w:tcW w:w="4933" w:type="dxa"/>
            <w:gridSpan w:val="4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470C41DF" w14:textId="4A613FCC" w:rsidR="00D35822" w:rsidRDefault="00D35822">
            <w:pPr>
              <w:spacing w:after="0" w:line="240" w:lineRule="auto"/>
            </w:pPr>
          </w:p>
        </w:tc>
      </w:tr>
      <w:tr w:rsidR="00D35822" w14:paraId="1E09D6D5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2A23B73A" w14:textId="77777777" w:rsidR="00D35822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Megbízás tárgya</w:t>
            </w:r>
          </w:p>
        </w:tc>
        <w:tc>
          <w:tcPr>
            <w:tcW w:w="4933" w:type="dxa"/>
            <w:gridSpan w:val="4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738EDDC" w14:textId="0FD9425D" w:rsidR="00D35822" w:rsidRDefault="00D35822">
            <w:pPr>
              <w:spacing w:after="0" w:line="240" w:lineRule="auto"/>
            </w:pPr>
          </w:p>
        </w:tc>
      </w:tr>
      <w:tr w:rsidR="00D35822" w14:paraId="6134D38C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A836EE9" w14:textId="77777777" w:rsidR="00D35822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Vizsgálat időpontja</w:t>
            </w:r>
          </w:p>
        </w:tc>
        <w:tc>
          <w:tcPr>
            <w:tcW w:w="4933" w:type="dxa"/>
            <w:gridSpan w:val="4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1F42D011" w14:textId="1CD3A7AE" w:rsidR="00D35822" w:rsidRDefault="00D35822">
            <w:pPr>
              <w:spacing w:after="0" w:line="240" w:lineRule="auto"/>
            </w:pPr>
          </w:p>
        </w:tc>
      </w:tr>
      <w:tr w:rsidR="00D35822" w14:paraId="24950C68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42A4849D" w14:textId="77777777" w:rsidR="00D35822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Vizsgálatot végző</w:t>
            </w:r>
          </w:p>
        </w:tc>
        <w:tc>
          <w:tcPr>
            <w:tcW w:w="4933" w:type="dxa"/>
            <w:gridSpan w:val="4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C80644F" w14:textId="7ED47308" w:rsidR="00D35822" w:rsidRDefault="00D35822">
            <w:pPr>
              <w:spacing w:after="0" w:line="240" w:lineRule="auto"/>
            </w:pPr>
          </w:p>
        </w:tc>
      </w:tr>
      <w:tr w:rsidR="00D35822" w14:paraId="08AD0797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0509C63B" w14:textId="77777777" w:rsidR="00D35822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Átadott dokumentumok</w:t>
            </w:r>
          </w:p>
        </w:tc>
        <w:tc>
          <w:tcPr>
            <w:tcW w:w="4933" w:type="dxa"/>
            <w:gridSpan w:val="4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63066DBE" w14:textId="77777777" w:rsidR="00D35822" w:rsidRDefault="00000000">
            <w:pPr>
              <w:spacing w:after="0" w:line="240" w:lineRule="auto"/>
            </w:pPr>
            <w:r>
              <w:rPr>
                <w:sz w:val="16"/>
              </w:rPr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</w:p>
        </w:tc>
      </w:tr>
      <w:tr w:rsidR="00D35822" w14:paraId="21456A04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108DF1B" w14:textId="77777777" w:rsidR="00D35822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Nem hozzáférhető részek</w:t>
            </w:r>
          </w:p>
        </w:tc>
        <w:tc>
          <w:tcPr>
            <w:tcW w:w="4933" w:type="dxa"/>
            <w:gridSpan w:val="4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C63F1EF" w14:textId="77777777" w:rsidR="00D35822" w:rsidRDefault="00000000">
            <w:pPr>
              <w:spacing w:after="0" w:line="240" w:lineRule="auto"/>
            </w:pPr>
            <w:r>
              <w:rPr>
                <w:sz w:val="16"/>
              </w:rPr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</w:p>
        </w:tc>
      </w:tr>
      <w:tr w:rsidR="00D35822" w14:paraId="6DD4637F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tblHeader/>
          <w:jc w:val="center"/>
        </w:trPr>
        <w:tc>
          <w:tcPr>
            <w:tcW w:w="141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F00EF98" w14:textId="77777777" w:rsidR="00D35822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Mérés / vizsgálat</w:t>
            </w:r>
          </w:p>
        </w:tc>
        <w:tc>
          <w:tcPr>
            <w:tcW w:w="147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61F499BF" w14:textId="77777777" w:rsidR="00D35822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Eszköz / azonosító</w:t>
            </w:r>
          </w:p>
        </w:tc>
        <w:tc>
          <w:tcPr>
            <w:tcW w:w="130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FBB1437" w14:textId="77777777" w:rsidR="00D35822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Hely / pont</w:t>
            </w:r>
          </w:p>
        </w:tc>
        <w:tc>
          <w:tcPr>
            <w:tcW w:w="141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47038E65" w14:textId="77777777" w:rsidR="00D35822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Eredmény</w:t>
            </w:r>
          </w:p>
        </w:tc>
        <w:tc>
          <w:tcPr>
            <w:tcW w:w="192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6E7AA1D0" w14:textId="77777777" w:rsidR="00D35822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Követelmény / viszonyítás</w:t>
            </w:r>
          </w:p>
        </w:tc>
        <w:tc>
          <w:tcPr>
            <w:tcW w:w="1474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19EA2B1" w14:textId="77777777" w:rsidR="00D35822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Értékelés</w:t>
            </w:r>
          </w:p>
        </w:tc>
      </w:tr>
      <w:tr w:rsidR="00D35822" w14:paraId="3BD858DD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jc w:val="center"/>
        </w:trPr>
        <w:tc>
          <w:tcPr>
            <w:tcW w:w="141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07FA0171" w14:textId="77777777" w:rsidR="00D35822" w:rsidRDefault="00000000">
            <w:pPr>
              <w:spacing w:after="0" w:line="240" w:lineRule="auto"/>
            </w:pPr>
            <w:r>
              <w:rPr>
                <w:sz w:val="16"/>
              </w:rPr>
              <w:t>Síkpontosság</w:t>
            </w:r>
          </w:p>
        </w:tc>
        <w:tc>
          <w:tcPr>
            <w:tcW w:w="147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1D15FABC" w14:textId="37394AF0" w:rsidR="00D35822" w:rsidRDefault="00D35822">
            <w:pPr>
              <w:spacing w:after="0" w:line="240" w:lineRule="auto"/>
            </w:pPr>
          </w:p>
        </w:tc>
        <w:tc>
          <w:tcPr>
            <w:tcW w:w="130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6F40B7FD" w14:textId="7DA4D2D6" w:rsidR="00D35822" w:rsidRDefault="00D35822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20DF5FDF" w14:textId="31113ED9" w:rsidR="00D35822" w:rsidRDefault="00D35822">
            <w:pPr>
              <w:spacing w:after="0" w:line="240" w:lineRule="auto"/>
            </w:pPr>
          </w:p>
        </w:tc>
        <w:tc>
          <w:tcPr>
            <w:tcW w:w="192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46DA456" w14:textId="6EDD0B8E" w:rsidR="00D35822" w:rsidRDefault="00D35822">
            <w:pPr>
              <w:spacing w:after="0" w:line="240" w:lineRule="auto"/>
            </w:pPr>
          </w:p>
        </w:tc>
        <w:tc>
          <w:tcPr>
            <w:tcW w:w="1474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6D46452A" w14:textId="35613FE5" w:rsidR="00D35822" w:rsidRDefault="00D35822">
            <w:pPr>
              <w:spacing w:after="0" w:line="240" w:lineRule="auto"/>
            </w:pPr>
          </w:p>
        </w:tc>
      </w:tr>
      <w:tr w:rsidR="00D35822" w14:paraId="1D9E2FAC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jc w:val="center"/>
        </w:trPr>
        <w:tc>
          <w:tcPr>
            <w:tcW w:w="141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5D5F2D2" w14:textId="77777777" w:rsidR="00D35822" w:rsidRDefault="00000000">
            <w:pPr>
              <w:spacing w:after="0" w:line="240" w:lineRule="auto"/>
            </w:pPr>
            <w:r>
              <w:rPr>
                <w:sz w:val="16"/>
              </w:rPr>
              <w:t>Szint / csatlakozás</w:t>
            </w:r>
          </w:p>
        </w:tc>
        <w:tc>
          <w:tcPr>
            <w:tcW w:w="147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2BD148A5" w14:textId="5ACA7848" w:rsidR="00D35822" w:rsidRDefault="00D35822">
            <w:pPr>
              <w:spacing w:after="0" w:line="240" w:lineRule="auto"/>
            </w:pPr>
          </w:p>
        </w:tc>
        <w:tc>
          <w:tcPr>
            <w:tcW w:w="130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16DC9A37" w14:textId="10C7C482" w:rsidR="00D35822" w:rsidRDefault="00D35822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2814F345" w14:textId="6DEBF94C" w:rsidR="00D35822" w:rsidRDefault="00D35822">
            <w:pPr>
              <w:spacing w:after="0" w:line="240" w:lineRule="auto"/>
            </w:pPr>
          </w:p>
        </w:tc>
        <w:tc>
          <w:tcPr>
            <w:tcW w:w="192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46C555E3" w14:textId="15DD82B4" w:rsidR="00D35822" w:rsidRDefault="00D35822">
            <w:pPr>
              <w:spacing w:after="0" w:line="240" w:lineRule="auto"/>
            </w:pPr>
          </w:p>
        </w:tc>
        <w:tc>
          <w:tcPr>
            <w:tcW w:w="1474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1B7CCBAB" w14:textId="2BFCA1F2" w:rsidR="00D35822" w:rsidRDefault="00D35822">
            <w:pPr>
              <w:spacing w:after="0" w:line="240" w:lineRule="auto"/>
            </w:pPr>
          </w:p>
        </w:tc>
      </w:tr>
      <w:tr w:rsidR="00D35822" w14:paraId="20ECC0DD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jc w:val="center"/>
        </w:trPr>
        <w:tc>
          <w:tcPr>
            <w:tcW w:w="141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8979713" w14:textId="77777777" w:rsidR="00D35822" w:rsidRDefault="00000000">
            <w:pPr>
              <w:spacing w:after="0" w:line="240" w:lineRule="auto"/>
            </w:pPr>
            <w:r>
              <w:rPr>
                <w:sz w:val="16"/>
              </w:rPr>
              <w:t>Nedvesség</w:t>
            </w:r>
          </w:p>
        </w:tc>
        <w:tc>
          <w:tcPr>
            <w:tcW w:w="147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4A8B9994" w14:textId="4898CAB3" w:rsidR="00D35822" w:rsidRDefault="00D35822">
            <w:pPr>
              <w:spacing w:after="0" w:line="240" w:lineRule="auto"/>
            </w:pPr>
          </w:p>
        </w:tc>
        <w:tc>
          <w:tcPr>
            <w:tcW w:w="130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688FAF42" w14:textId="32B799EC" w:rsidR="00D35822" w:rsidRDefault="00D35822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6B4377C7" w14:textId="39740383" w:rsidR="00D35822" w:rsidRDefault="00D35822">
            <w:pPr>
              <w:spacing w:after="0" w:line="240" w:lineRule="auto"/>
            </w:pPr>
          </w:p>
        </w:tc>
        <w:tc>
          <w:tcPr>
            <w:tcW w:w="192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1656F05A" w14:textId="411E10B7" w:rsidR="00D35822" w:rsidRDefault="00D35822">
            <w:pPr>
              <w:spacing w:after="0" w:line="240" w:lineRule="auto"/>
            </w:pPr>
          </w:p>
        </w:tc>
        <w:tc>
          <w:tcPr>
            <w:tcW w:w="1474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204F6545" w14:textId="24753FD2" w:rsidR="00D35822" w:rsidRDefault="00D35822">
            <w:pPr>
              <w:spacing w:after="0" w:line="240" w:lineRule="auto"/>
            </w:pPr>
          </w:p>
        </w:tc>
      </w:tr>
      <w:tr w:rsidR="00D35822" w14:paraId="51A13E21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jc w:val="center"/>
        </w:trPr>
        <w:tc>
          <w:tcPr>
            <w:tcW w:w="141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5AFABFD" w14:textId="77777777" w:rsidR="00D35822" w:rsidRDefault="00000000">
            <w:pPr>
              <w:spacing w:after="0" w:line="240" w:lineRule="auto"/>
            </w:pPr>
            <w:r>
              <w:rPr>
                <w:sz w:val="16"/>
              </w:rPr>
              <w:t>Felületi szilárdság</w:t>
            </w:r>
          </w:p>
        </w:tc>
        <w:tc>
          <w:tcPr>
            <w:tcW w:w="147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2F65CA40" w14:textId="15FAC470" w:rsidR="00D35822" w:rsidRDefault="00D35822">
            <w:pPr>
              <w:spacing w:after="0" w:line="240" w:lineRule="auto"/>
            </w:pPr>
          </w:p>
        </w:tc>
        <w:tc>
          <w:tcPr>
            <w:tcW w:w="130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6F0CBBB5" w14:textId="5D8D6F7C" w:rsidR="00D35822" w:rsidRDefault="00D35822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68A1360" w14:textId="4FB13D67" w:rsidR="00D35822" w:rsidRDefault="00D35822">
            <w:pPr>
              <w:spacing w:after="0" w:line="240" w:lineRule="auto"/>
            </w:pPr>
          </w:p>
        </w:tc>
        <w:tc>
          <w:tcPr>
            <w:tcW w:w="192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0A163733" w14:textId="60A25C06" w:rsidR="00D35822" w:rsidRDefault="00D35822">
            <w:pPr>
              <w:spacing w:after="0" w:line="240" w:lineRule="auto"/>
            </w:pPr>
          </w:p>
        </w:tc>
        <w:tc>
          <w:tcPr>
            <w:tcW w:w="1474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11505388" w14:textId="28A5184F" w:rsidR="00D35822" w:rsidRDefault="00D35822">
            <w:pPr>
              <w:spacing w:after="0" w:line="240" w:lineRule="auto"/>
            </w:pPr>
          </w:p>
        </w:tc>
      </w:tr>
      <w:tr w:rsidR="00D35822" w14:paraId="4313B90B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jc w:val="center"/>
        </w:trPr>
        <w:tc>
          <w:tcPr>
            <w:tcW w:w="141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1D95AE5" w14:textId="77777777" w:rsidR="00D35822" w:rsidRDefault="00000000">
            <w:pPr>
              <w:spacing w:after="0" w:line="240" w:lineRule="auto"/>
            </w:pPr>
            <w:r>
              <w:rPr>
                <w:sz w:val="16"/>
              </w:rPr>
              <w:t>Repedés / dilatáció</w:t>
            </w:r>
          </w:p>
        </w:tc>
        <w:tc>
          <w:tcPr>
            <w:tcW w:w="147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A80D409" w14:textId="65C8CAB7" w:rsidR="00D35822" w:rsidRDefault="00D35822">
            <w:pPr>
              <w:spacing w:after="0" w:line="240" w:lineRule="auto"/>
            </w:pPr>
          </w:p>
        </w:tc>
        <w:tc>
          <w:tcPr>
            <w:tcW w:w="130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B535D19" w14:textId="4D4B88B8" w:rsidR="00D35822" w:rsidRDefault="00D35822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08275D6E" w14:textId="0DC803EE" w:rsidR="00D35822" w:rsidRDefault="00D35822">
            <w:pPr>
              <w:spacing w:after="0" w:line="240" w:lineRule="auto"/>
            </w:pPr>
          </w:p>
        </w:tc>
        <w:tc>
          <w:tcPr>
            <w:tcW w:w="192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6937F42A" w14:textId="75926F62" w:rsidR="00D35822" w:rsidRDefault="00D35822">
            <w:pPr>
              <w:spacing w:after="0" w:line="240" w:lineRule="auto"/>
            </w:pPr>
          </w:p>
        </w:tc>
        <w:tc>
          <w:tcPr>
            <w:tcW w:w="1474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229ED9BC" w14:textId="504EAEBD" w:rsidR="00D35822" w:rsidRDefault="00D35822">
            <w:pPr>
              <w:spacing w:after="0" w:line="240" w:lineRule="auto"/>
            </w:pPr>
          </w:p>
        </w:tc>
      </w:tr>
      <w:tr w:rsidR="00D35822" w14:paraId="3ED49C44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jc w:val="center"/>
        </w:trPr>
        <w:tc>
          <w:tcPr>
            <w:tcW w:w="141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66AEBA3A" w14:textId="77777777" w:rsidR="00D35822" w:rsidRDefault="00000000">
            <w:pPr>
              <w:spacing w:after="0" w:line="240" w:lineRule="auto"/>
            </w:pPr>
            <w:r>
              <w:rPr>
                <w:sz w:val="16"/>
              </w:rPr>
              <w:t>Egyéb</w:t>
            </w:r>
          </w:p>
        </w:tc>
        <w:tc>
          <w:tcPr>
            <w:tcW w:w="147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82B3E1A" w14:textId="754A9C76" w:rsidR="00D35822" w:rsidRDefault="00D35822">
            <w:pPr>
              <w:spacing w:after="0" w:line="240" w:lineRule="auto"/>
            </w:pPr>
          </w:p>
        </w:tc>
        <w:tc>
          <w:tcPr>
            <w:tcW w:w="130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0DFA4F07" w14:textId="6AAC767D" w:rsidR="00D35822" w:rsidRDefault="00D35822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6B68261" w14:textId="02D9700E" w:rsidR="00D35822" w:rsidRDefault="00D35822">
            <w:pPr>
              <w:spacing w:after="0" w:line="240" w:lineRule="auto"/>
            </w:pPr>
          </w:p>
        </w:tc>
        <w:tc>
          <w:tcPr>
            <w:tcW w:w="192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2B49DFA" w14:textId="5484B9D1" w:rsidR="00D35822" w:rsidRDefault="00D35822">
            <w:pPr>
              <w:spacing w:after="0" w:line="240" w:lineRule="auto"/>
            </w:pPr>
          </w:p>
        </w:tc>
        <w:tc>
          <w:tcPr>
            <w:tcW w:w="1474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61D5862" w14:textId="6315C072" w:rsidR="00D35822" w:rsidRDefault="00D35822">
            <w:pPr>
              <w:spacing w:after="0" w:line="240" w:lineRule="auto"/>
            </w:pPr>
          </w:p>
        </w:tc>
      </w:tr>
      <w:tr w:rsidR="00D35822" w14:paraId="2E4F3379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D7BAF6C" w14:textId="77777777" w:rsidR="00D35822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Meglévő rétegrend szakmai becslése</w:t>
            </w:r>
          </w:p>
        </w:tc>
        <w:tc>
          <w:tcPr>
            <w:tcW w:w="4933" w:type="dxa"/>
            <w:gridSpan w:val="4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0D05B075" w14:textId="77777777" w:rsidR="00D35822" w:rsidRDefault="00000000">
            <w:pPr>
              <w:spacing w:after="0" w:line="240" w:lineRule="auto"/>
            </w:pPr>
            <w:r>
              <w:rPr>
                <w:sz w:val="16"/>
              </w:rPr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</w:p>
        </w:tc>
      </w:tr>
      <w:tr w:rsidR="00D35822" w14:paraId="65C583C7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2F7680ED" w14:textId="77777777" w:rsidR="00D35822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Feltárt vagy valószínű fektetési technológia</w:t>
            </w:r>
          </w:p>
        </w:tc>
        <w:tc>
          <w:tcPr>
            <w:tcW w:w="4933" w:type="dxa"/>
            <w:gridSpan w:val="4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03CC103" w14:textId="77777777" w:rsidR="00D35822" w:rsidRDefault="00000000">
            <w:pPr>
              <w:spacing w:after="0" w:line="240" w:lineRule="auto"/>
            </w:pPr>
            <w:r>
              <w:rPr>
                <w:sz w:val="16"/>
              </w:rPr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</w:p>
        </w:tc>
      </w:tr>
      <w:tr w:rsidR="00D35822" w14:paraId="76CC5333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655D5483" w14:textId="77777777" w:rsidR="00D35822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Kivitelezést gátló tényezők</w:t>
            </w:r>
          </w:p>
        </w:tc>
        <w:tc>
          <w:tcPr>
            <w:tcW w:w="4933" w:type="dxa"/>
            <w:gridSpan w:val="4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48802305" w14:textId="77777777" w:rsidR="00D35822" w:rsidRDefault="00000000">
            <w:pPr>
              <w:spacing w:after="0" w:line="240" w:lineRule="auto"/>
            </w:pPr>
            <w:r>
              <w:rPr>
                <w:sz w:val="16"/>
              </w:rPr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</w:p>
        </w:tc>
      </w:tr>
      <w:tr w:rsidR="00D35822" w14:paraId="11C8B5C7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17A0CA4F" w14:textId="77777777" w:rsidR="00D35822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Javasolt előkészítési technológia</w:t>
            </w:r>
          </w:p>
        </w:tc>
        <w:tc>
          <w:tcPr>
            <w:tcW w:w="4933" w:type="dxa"/>
            <w:gridSpan w:val="4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0E7DF911" w14:textId="77777777" w:rsidR="00D35822" w:rsidRDefault="00000000">
            <w:pPr>
              <w:spacing w:after="0" w:line="240" w:lineRule="auto"/>
            </w:pPr>
            <w:r>
              <w:rPr>
                <w:sz w:val="16"/>
              </w:rPr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</w:p>
        </w:tc>
      </w:tr>
      <w:tr w:rsidR="00D35822" w14:paraId="6758EDE7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BF25A66" w14:textId="77777777" w:rsidR="00D35822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Javasolt burkolati rendszer</w:t>
            </w:r>
          </w:p>
        </w:tc>
        <w:tc>
          <w:tcPr>
            <w:tcW w:w="4933" w:type="dxa"/>
            <w:gridSpan w:val="4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B82E35A" w14:textId="77777777" w:rsidR="00D35822" w:rsidRDefault="00000000">
            <w:pPr>
              <w:spacing w:after="0" w:line="240" w:lineRule="auto"/>
            </w:pPr>
            <w:r>
              <w:rPr>
                <w:sz w:val="16"/>
              </w:rPr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</w:p>
        </w:tc>
      </w:tr>
      <w:tr w:rsidR="00D35822" w14:paraId="0E7508C4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9AB9AA5" w14:textId="77777777" w:rsidR="00D35822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Becsült kivitelezési idő és száradási idők</w:t>
            </w:r>
          </w:p>
        </w:tc>
        <w:tc>
          <w:tcPr>
            <w:tcW w:w="4933" w:type="dxa"/>
            <w:gridSpan w:val="4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2758A314" w14:textId="77777777" w:rsidR="00D35822" w:rsidRDefault="00000000">
            <w:pPr>
              <w:spacing w:after="0" w:line="240" w:lineRule="auto"/>
            </w:pPr>
            <w:r>
              <w:rPr>
                <w:sz w:val="16"/>
              </w:rPr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</w:p>
        </w:tc>
      </w:tr>
      <w:tr w:rsidR="00D35822" w14:paraId="5A15F041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ADDFA28" w14:textId="77777777" w:rsidR="00D35822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Szükséges további szakvizsgálat</w:t>
            </w:r>
          </w:p>
        </w:tc>
        <w:tc>
          <w:tcPr>
            <w:tcW w:w="4933" w:type="dxa"/>
            <w:gridSpan w:val="4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0D297C9" w14:textId="77777777" w:rsidR="00D35822" w:rsidRDefault="00000000">
            <w:pPr>
              <w:spacing w:after="0" w:line="240" w:lineRule="auto"/>
            </w:pPr>
            <w:r>
              <w:rPr>
                <w:sz w:val="16"/>
              </w:rPr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</w:p>
        </w:tc>
      </w:tr>
      <w:tr w:rsidR="00D35822" w14:paraId="52F9CF87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16AEDFBB" w14:textId="77777777" w:rsidR="00D35822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Kockázatok és fenntartások</w:t>
            </w:r>
          </w:p>
        </w:tc>
        <w:tc>
          <w:tcPr>
            <w:tcW w:w="4933" w:type="dxa"/>
            <w:gridSpan w:val="4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4DC9D4E9" w14:textId="77777777" w:rsidR="00D35822" w:rsidRDefault="00000000">
            <w:pPr>
              <w:spacing w:after="0" w:line="240" w:lineRule="auto"/>
            </w:pPr>
            <w:r>
              <w:rPr>
                <w:sz w:val="16"/>
              </w:rPr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</w:p>
        </w:tc>
      </w:tr>
      <w:tr w:rsidR="00D35822" w14:paraId="5DE87915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49B4290" w14:textId="77777777" w:rsidR="00D35822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Fotó / rajz mellékletek</w:t>
            </w:r>
          </w:p>
        </w:tc>
        <w:tc>
          <w:tcPr>
            <w:tcW w:w="4933" w:type="dxa"/>
            <w:gridSpan w:val="4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635563F4" w14:textId="3BA14859" w:rsidR="00D35822" w:rsidRDefault="00D35822">
            <w:pPr>
              <w:spacing w:after="0" w:line="240" w:lineRule="auto"/>
            </w:pPr>
          </w:p>
        </w:tc>
      </w:tr>
    </w:tbl>
    <w:p w14:paraId="3A79F49E" w14:textId="77777777" w:rsidR="00D35822" w:rsidRDefault="00D35822">
      <w:pPr>
        <w:pStyle w:val="SFClause"/>
        <w:rPr>
          <w:rFonts w:hint="eastAsia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933"/>
        <w:gridCol w:w="4933"/>
      </w:tblGrid>
      <w:tr w:rsidR="00D35822" w14:paraId="670D626C" w14:textId="77777777">
        <w:trPr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20" w:type="dxa"/>
              <w:left w:w="90" w:type="dxa"/>
              <w:bottom w:w="20" w:type="dxa"/>
              <w:right w:w="90" w:type="dxa"/>
            </w:tcMar>
            <w:vAlign w:val="center"/>
          </w:tcPr>
          <w:p w14:paraId="73AA3101" w14:textId="77777777" w:rsidR="00D35822" w:rsidRDefault="00000000">
            <w:pPr>
              <w:spacing w:after="0" w:line="240" w:lineRule="auto"/>
            </w:pPr>
            <w:r>
              <w:rPr>
                <w:b/>
                <w:sz w:val="16"/>
              </w:rPr>
              <w:br/>
              <w:t>____________________________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20" w:type="dxa"/>
              <w:left w:w="90" w:type="dxa"/>
              <w:bottom w:w="20" w:type="dxa"/>
              <w:right w:w="90" w:type="dxa"/>
            </w:tcMar>
            <w:vAlign w:val="center"/>
          </w:tcPr>
          <w:p w14:paraId="6326EADF" w14:textId="77777777" w:rsidR="00D35822" w:rsidRDefault="00000000">
            <w:pPr>
              <w:spacing w:after="0" w:line="240" w:lineRule="auto"/>
            </w:pPr>
            <w:r>
              <w:rPr>
                <w:b/>
                <w:sz w:val="16"/>
              </w:rPr>
              <w:br/>
              <w:t>____________________________</w:t>
            </w:r>
          </w:p>
        </w:tc>
      </w:tr>
      <w:tr w:rsidR="00D35822" w14:paraId="142B387B" w14:textId="77777777">
        <w:trPr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20" w:type="dxa"/>
              <w:left w:w="90" w:type="dxa"/>
              <w:bottom w:w="20" w:type="dxa"/>
              <w:right w:w="90" w:type="dxa"/>
            </w:tcMar>
            <w:vAlign w:val="center"/>
          </w:tcPr>
          <w:p w14:paraId="0785BB47" w14:textId="6C52B2C6" w:rsidR="00D35822" w:rsidRDefault="00D35822">
            <w:pPr>
              <w:spacing w:after="0" w:line="240" w:lineRule="auto"/>
              <w:jc w:val="center"/>
            </w:pP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20" w:type="dxa"/>
              <w:left w:w="90" w:type="dxa"/>
              <w:bottom w:w="20" w:type="dxa"/>
              <w:right w:w="90" w:type="dxa"/>
            </w:tcMar>
            <w:vAlign w:val="center"/>
          </w:tcPr>
          <w:p w14:paraId="306E57CE" w14:textId="41C637AD" w:rsidR="00D35822" w:rsidRDefault="00D35822">
            <w:pPr>
              <w:spacing w:after="0" w:line="240" w:lineRule="auto"/>
              <w:jc w:val="center"/>
            </w:pPr>
          </w:p>
        </w:tc>
      </w:tr>
      <w:tr w:rsidR="00D35822" w14:paraId="7AC64C5F" w14:textId="77777777">
        <w:trPr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20" w:type="dxa"/>
              <w:left w:w="90" w:type="dxa"/>
              <w:bottom w:w="20" w:type="dxa"/>
              <w:right w:w="90" w:type="dxa"/>
            </w:tcMar>
            <w:vAlign w:val="center"/>
          </w:tcPr>
          <w:p w14:paraId="59227477" w14:textId="77777777" w:rsidR="00D35822" w:rsidRDefault="0000000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Felmérő / szakmai készítő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20" w:type="dxa"/>
              <w:left w:w="90" w:type="dxa"/>
              <w:bottom w:w="20" w:type="dxa"/>
              <w:right w:w="90" w:type="dxa"/>
            </w:tcMar>
            <w:vAlign w:val="center"/>
          </w:tcPr>
          <w:p w14:paraId="19DAD266" w14:textId="77777777" w:rsidR="00D35822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Megrendelő – átvétel</w:t>
            </w:r>
          </w:p>
        </w:tc>
      </w:tr>
    </w:tbl>
    <w:p w14:paraId="246CD6FE" w14:textId="77777777" w:rsidR="00D35822" w:rsidRDefault="00000000">
      <w:pPr>
        <w:pStyle w:val="Cmsor1"/>
        <w:pageBreakBefore/>
        <w:pBdr>
          <w:bottom w:val="single" w:sz="8" w:space="3" w:color="F29F05"/>
        </w:pBdr>
      </w:pPr>
      <w:r>
        <w:lastRenderedPageBreak/>
        <w:t>M/5 – Munkakezdési feltétel-ellenőrző lista</w:t>
      </w:r>
    </w:p>
    <w:tbl>
      <w:tblPr>
        <w:tblW w:w="0" w:type="auto"/>
        <w:jc w:val="center"/>
        <w:tblBorders>
          <w:top w:val="single" w:sz="6" w:space="0" w:color="AAB3BB"/>
          <w:left w:val="single" w:sz="6" w:space="0" w:color="AAB3BB"/>
          <w:bottom w:val="single" w:sz="6" w:space="0" w:color="AAB3BB"/>
          <w:right w:val="single" w:sz="6" w:space="0" w:color="AAB3BB"/>
          <w:insideH w:val="single" w:sz="6" w:space="0" w:color="AAB3BB"/>
          <w:insideV w:val="single" w:sz="6" w:space="0" w:color="AAB3BB"/>
        </w:tblBorders>
        <w:tblLook w:val="04A0" w:firstRow="1" w:lastRow="0" w:firstColumn="1" w:lastColumn="0" w:noHBand="0" w:noVBand="1"/>
      </w:tblPr>
      <w:tblGrid>
        <w:gridCol w:w="4417"/>
        <w:gridCol w:w="1884"/>
        <w:gridCol w:w="2810"/>
        <w:gridCol w:w="846"/>
      </w:tblGrid>
      <w:tr w:rsidR="00D35822" w14:paraId="267F4C13" w14:textId="77777777">
        <w:trPr>
          <w:jc w:val="center"/>
        </w:trPr>
        <w:tc>
          <w:tcPr>
            <w:tcW w:w="9866" w:type="dxa"/>
            <w:gridSpan w:val="4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EEF1F4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E809920" w14:textId="77777777" w:rsidR="00D35822" w:rsidRDefault="00000000">
            <w:pPr>
              <w:spacing w:after="0" w:line="240" w:lineRule="auto"/>
            </w:pPr>
            <w:r>
              <w:rPr>
                <w:b/>
                <w:sz w:val="16"/>
              </w:rPr>
              <w:t xml:space="preserve">Cél: </w:t>
            </w:r>
            <w:r>
              <w:rPr>
                <w:sz w:val="16"/>
              </w:rPr>
              <w:t>A kivitelezés biztonságos és szerződésszerű indításának objektív engedélyezése.</w:t>
            </w:r>
          </w:p>
        </w:tc>
      </w:tr>
      <w:tr w:rsidR="00D35822" w14:paraId="2A55435B" w14:textId="77777777">
        <w:tblPrEx>
          <w:tblBorders>
            <w:top w:val="single" w:sz="6" w:space="0" w:color="D3B35C"/>
            <w:left w:val="single" w:sz="6" w:space="0" w:color="D3B35C"/>
            <w:bottom w:val="single" w:sz="6" w:space="0" w:color="D3B35C"/>
            <w:right w:val="single" w:sz="6" w:space="0" w:color="D3B35C"/>
            <w:insideH w:val="single" w:sz="6" w:space="0" w:color="D3B35C"/>
            <w:insideV w:val="single" w:sz="6" w:space="0" w:color="D3B35C"/>
          </w:tblBorders>
        </w:tblPrEx>
        <w:trPr>
          <w:jc w:val="center"/>
        </w:trPr>
        <w:tc>
          <w:tcPr>
            <w:tcW w:w="9866" w:type="dxa"/>
            <w:gridSpan w:val="4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FF3CD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C963AA8" w14:textId="77777777" w:rsidR="00D35822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Használati szabály: Bármely „NEM” kritikus tétel esetén az érintett munkarész nem indítható el addig, amíg a hiányt vagy kockázatot dokumentáltan meg nem szüntették, illetve az adott feltétel jogszerűen és műszakilag nem minősült nem alkalmazandónak. „FELTÉTELESEN INDÍTHATÓ” döntés kizárólag olyan más, elkülöníthető munkarészre adható, amelyet a kritikus hiány nem érint; a korlátot, felelőst és határidőt írásban rögzíteni kell. A lista nem váltható ki szóbeli egyeztetéssel.</w:t>
            </w:r>
          </w:p>
        </w:tc>
      </w:tr>
      <w:tr w:rsidR="00D35822" w14:paraId="1504F863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tblHeader/>
          <w:jc w:val="center"/>
        </w:trPr>
        <w:tc>
          <w:tcPr>
            <w:tcW w:w="4706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2405CB82" w14:textId="77777777" w:rsidR="00D35822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Feltétel</w:t>
            </w:r>
          </w:p>
        </w:tc>
        <w:tc>
          <w:tcPr>
            <w:tcW w:w="192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0D5CFEB7" w14:textId="77777777" w:rsidR="00D35822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Állapot</w:t>
            </w:r>
          </w:p>
        </w:tc>
        <w:tc>
          <w:tcPr>
            <w:tcW w:w="2494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43A466B5" w14:textId="77777777" w:rsidR="00D35822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Besorolás / megjegyzés</w:t>
            </w:r>
          </w:p>
        </w:tc>
      </w:tr>
      <w:tr w:rsidR="00D35822" w14:paraId="0CF8A1A1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jc w:val="center"/>
        </w:trPr>
        <w:tc>
          <w:tcPr>
            <w:tcW w:w="4706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AB99E24" w14:textId="77777777" w:rsidR="00D35822" w:rsidRDefault="00000000">
            <w:pPr>
              <w:spacing w:after="0" w:line="240" w:lineRule="auto"/>
            </w:pPr>
            <w:r>
              <w:rPr>
                <w:sz w:val="16"/>
              </w:rPr>
              <w:t>Szerződés és M/1 aláírva vagy igazolható elektronikus úton elfogadva</w:t>
            </w:r>
          </w:p>
        </w:tc>
        <w:tc>
          <w:tcPr>
            <w:tcW w:w="192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DF4C36A" w14:textId="77777777" w:rsidR="00D35822" w:rsidRDefault="00000000">
            <w:pPr>
              <w:spacing w:after="0" w:line="240" w:lineRule="auto"/>
            </w:pPr>
            <w:r>
              <w:rPr>
                <w:sz w:val="16"/>
              </w:rPr>
              <w:t>□ igen □ nem</w:t>
            </w:r>
          </w:p>
        </w:tc>
        <w:tc>
          <w:tcPr>
            <w:tcW w:w="2494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1F9888E" w14:textId="77777777" w:rsidR="00D35822" w:rsidRDefault="00000000">
            <w:pPr>
              <w:spacing w:after="0" w:line="240" w:lineRule="auto"/>
            </w:pPr>
            <w:r>
              <w:rPr>
                <w:sz w:val="16"/>
              </w:rPr>
              <w:t>kritikus</w:t>
            </w:r>
          </w:p>
        </w:tc>
      </w:tr>
      <w:tr w:rsidR="00D35822" w14:paraId="362FB847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jc w:val="center"/>
        </w:trPr>
        <w:tc>
          <w:tcPr>
            <w:tcW w:w="4706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95D62A6" w14:textId="77777777" w:rsidR="00D35822" w:rsidRDefault="00000000">
            <w:pPr>
              <w:spacing w:after="0" w:line="240" w:lineRule="auto"/>
            </w:pPr>
            <w:r>
              <w:rPr>
                <w:sz w:val="16"/>
              </w:rPr>
              <w:t>Előleg / esedékes díj beérkezett</w:t>
            </w:r>
          </w:p>
        </w:tc>
        <w:tc>
          <w:tcPr>
            <w:tcW w:w="192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4E9E46E1" w14:textId="77777777" w:rsidR="00D35822" w:rsidRDefault="00000000">
            <w:pPr>
              <w:spacing w:after="0" w:line="240" w:lineRule="auto"/>
            </w:pPr>
            <w:r>
              <w:rPr>
                <w:sz w:val="16"/>
              </w:rPr>
              <w:t>□ igen □ nem</w:t>
            </w:r>
          </w:p>
        </w:tc>
        <w:tc>
          <w:tcPr>
            <w:tcW w:w="2494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29121801" w14:textId="77777777" w:rsidR="00D35822" w:rsidRDefault="00000000">
            <w:pPr>
              <w:spacing w:after="0" w:line="240" w:lineRule="auto"/>
            </w:pPr>
            <w:r>
              <w:rPr>
                <w:sz w:val="16"/>
              </w:rPr>
              <w:t>kritikus</w:t>
            </w:r>
          </w:p>
        </w:tc>
      </w:tr>
      <w:tr w:rsidR="00D35822" w14:paraId="17877499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jc w:val="center"/>
        </w:trPr>
        <w:tc>
          <w:tcPr>
            <w:tcW w:w="4706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FBD546E" w14:textId="77777777" w:rsidR="00D35822" w:rsidRDefault="00000000">
            <w:pPr>
              <w:spacing w:after="0" w:line="240" w:lineRule="auto"/>
            </w:pPr>
            <w:r>
              <w:rPr>
                <w:sz w:val="16"/>
              </w:rPr>
              <w:t>Anyag mennyisége és típusa rendelkezésre áll</w:t>
            </w:r>
          </w:p>
        </w:tc>
        <w:tc>
          <w:tcPr>
            <w:tcW w:w="192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D5CFB97" w14:textId="77777777" w:rsidR="00D35822" w:rsidRDefault="00000000">
            <w:pPr>
              <w:spacing w:after="0" w:line="240" w:lineRule="auto"/>
            </w:pPr>
            <w:r>
              <w:rPr>
                <w:sz w:val="16"/>
              </w:rPr>
              <w:t>□ igen □ nem</w:t>
            </w:r>
          </w:p>
        </w:tc>
        <w:tc>
          <w:tcPr>
            <w:tcW w:w="2494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32CC4D1" w14:textId="77777777" w:rsidR="00D35822" w:rsidRDefault="00000000">
            <w:pPr>
              <w:spacing w:after="0" w:line="240" w:lineRule="auto"/>
            </w:pPr>
            <w:r>
              <w:rPr>
                <w:sz w:val="16"/>
              </w:rPr>
              <w:t>kritikus</w:t>
            </w:r>
          </w:p>
        </w:tc>
      </w:tr>
      <w:tr w:rsidR="00D35822" w14:paraId="3DD78A7F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jc w:val="center"/>
        </w:trPr>
        <w:tc>
          <w:tcPr>
            <w:tcW w:w="4706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4290CFFF" w14:textId="77777777" w:rsidR="00D35822" w:rsidRDefault="00000000">
            <w:pPr>
              <w:spacing w:after="0" w:line="240" w:lineRule="auto"/>
            </w:pPr>
            <w:r>
              <w:rPr>
                <w:sz w:val="16"/>
              </w:rPr>
              <w:t>Munkaterület hozzáférhető és kiürített</w:t>
            </w:r>
          </w:p>
        </w:tc>
        <w:tc>
          <w:tcPr>
            <w:tcW w:w="192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48884F3D" w14:textId="77777777" w:rsidR="00D35822" w:rsidRDefault="00000000">
            <w:pPr>
              <w:spacing w:after="0" w:line="240" w:lineRule="auto"/>
            </w:pPr>
            <w:r>
              <w:rPr>
                <w:sz w:val="16"/>
              </w:rPr>
              <w:t>□ igen □ nem</w:t>
            </w:r>
          </w:p>
        </w:tc>
        <w:tc>
          <w:tcPr>
            <w:tcW w:w="2494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054BCB0" w14:textId="77777777" w:rsidR="00D35822" w:rsidRDefault="00000000">
            <w:pPr>
              <w:spacing w:after="0" w:line="240" w:lineRule="auto"/>
            </w:pPr>
            <w:r>
              <w:rPr>
                <w:sz w:val="16"/>
              </w:rPr>
              <w:t>kritikus</w:t>
            </w:r>
          </w:p>
        </w:tc>
      </w:tr>
      <w:tr w:rsidR="00D35822" w14:paraId="3A109769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jc w:val="center"/>
        </w:trPr>
        <w:tc>
          <w:tcPr>
            <w:tcW w:w="4706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10E90CD2" w14:textId="77777777" w:rsidR="00D35822" w:rsidRDefault="00000000">
            <w:pPr>
              <w:spacing w:after="0" w:line="240" w:lineRule="auto"/>
            </w:pPr>
            <w:r>
              <w:rPr>
                <w:sz w:val="16"/>
              </w:rPr>
              <w:t>Aljzatvizsgálat megtörtént</w:t>
            </w:r>
          </w:p>
        </w:tc>
        <w:tc>
          <w:tcPr>
            <w:tcW w:w="192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79D903B" w14:textId="77777777" w:rsidR="00D35822" w:rsidRDefault="00000000">
            <w:pPr>
              <w:spacing w:after="0" w:line="240" w:lineRule="auto"/>
            </w:pPr>
            <w:r>
              <w:rPr>
                <w:sz w:val="16"/>
              </w:rPr>
              <w:t>□ igen □ nem</w:t>
            </w:r>
          </w:p>
        </w:tc>
        <w:tc>
          <w:tcPr>
            <w:tcW w:w="2494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2B30D43" w14:textId="77777777" w:rsidR="00D35822" w:rsidRDefault="00000000">
            <w:pPr>
              <w:spacing w:after="0" w:line="240" w:lineRule="auto"/>
            </w:pPr>
            <w:r>
              <w:rPr>
                <w:sz w:val="16"/>
              </w:rPr>
              <w:t>kritikus</w:t>
            </w:r>
          </w:p>
        </w:tc>
      </w:tr>
      <w:tr w:rsidR="00D35822" w14:paraId="45815BD7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jc w:val="center"/>
        </w:trPr>
        <w:tc>
          <w:tcPr>
            <w:tcW w:w="4706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298D6958" w14:textId="77777777" w:rsidR="00D35822" w:rsidRDefault="00000000">
            <w:pPr>
              <w:spacing w:after="0" w:line="240" w:lineRule="auto"/>
            </w:pPr>
            <w:r>
              <w:rPr>
                <w:sz w:val="16"/>
              </w:rPr>
              <w:t>Aljzat technológiailag alkalmas</w:t>
            </w:r>
          </w:p>
        </w:tc>
        <w:tc>
          <w:tcPr>
            <w:tcW w:w="192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10F1269" w14:textId="77777777" w:rsidR="00D35822" w:rsidRDefault="00000000">
            <w:pPr>
              <w:spacing w:after="0" w:line="240" w:lineRule="auto"/>
            </w:pPr>
            <w:r>
              <w:rPr>
                <w:sz w:val="16"/>
              </w:rPr>
              <w:t>□ igen □ nem</w:t>
            </w:r>
          </w:p>
        </w:tc>
        <w:tc>
          <w:tcPr>
            <w:tcW w:w="2494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2A421DE3" w14:textId="77777777" w:rsidR="00D35822" w:rsidRDefault="00000000">
            <w:pPr>
              <w:spacing w:after="0" w:line="240" w:lineRule="auto"/>
            </w:pPr>
            <w:r>
              <w:rPr>
                <w:sz w:val="16"/>
              </w:rPr>
              <w:t>kritikus</w:t>
            </w:r>
          </w:p>
        </w:tc>
      </w:tr>
      <w:tr w:rsidR="00D35822" w14:paraId="5A294FEB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jc w:val="center"/>
        </w:trPr>
        <w:tc>
          <w:tcPr>
            <w:tcW w:w="4706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0EAD20CC" w14:textId="77777777" w:rsidR="00D35822" w:rsidRDefault="00000000">
            <w:pPr>
              <w:spacing w:after="0" w:line="240" w:lineRule="auto"/>
            </w:pPr>
            <w:r>
              <w:rPr>
                <w:sz w:val="16"/>
              </w:rPr>
              <w:t>Hőmérséklet / páratartalom megfelelő</w:t>
            </w:r>
          </w:p>
        </w:tc>
        <w:tc>
          <w:tcPr>
            <w:tcW w:w="192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22CFF5D9" w14:textId="77777777" w:rsidR="00D35822" w:rsidRDefault="00000000">
            <w:pPr>
              <w:spacing w:after="0" w:line="240" w:lineRule="auto"/>
            </w:pPr>
            <w:r>
              <w:rPr>
                <w:sz w:val="16"/>
              </w:rPr>
              <w:t>□ igen □ nem</w:t>
            </w:r>
          </w:p>
        </w:tc>
        <w:tc>
          <w:tcPr>
            <w:tcW w:w="2494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1F17411A" w14:textId="77777777" w:rsidR="00D35822" w:rsidRDefault="00000000">
            <w:pPr>
              <w:spacing w:after="0" w:line="240" w:lineRule="auto"/>
            </w:pPr>
            <w:r>
              <w:rPr>
                <w:sz w:val="16"/>
              </w:rPr>
              <w:t>kritikus</w:t>
            </w:r>
          </w:p>
        </w:tc>
      </w:tr>
      <w:tr w:rsidR="00D35822" w14:paraId="202F356A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jc w:val="center"/>
        </w:trPr>
        <w:tc>
          <w:tcPr>
            <w:tcW w:w="4706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DEBE387" w14:textId="77777777" w:rsidR="00D35822" w:rsidRDefault="00000000">
            <w:pPr>
              <w:spacing w:after="0" w:line="240" w:lineRule="auto"/>
            </w:pPr>
            <w:r>
              <w:rPr>
                <w:sz w:val="16"/>
              </w:rPr>
              <w:t>Víz / áram / világítás biztosított</w:t>
            </w:r>
          </w:p>
        </w:tc>
        <w:tc>
          <w:tcPr>
            <w:tcW w:w="192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D84A73B" w14:textId="77777777" w:rsidR="00D35822" w:rsidRDefault="00000000">
            <w:pPr>
              <w:spacing w:after="0" w:line="240" w:lineRule="auto"/>
            </w:pPr>
            <w:r>
              <w:rPr>
                <w:sz w:val="16"/>
              </w:rPr>
              <w:t>□ igen □ nem</w:t>
            </w:r>
          </w:p>
        </w:tc>
        <w:tc>
          <w:tcPr>
            <w:tcW w:w="2494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45105F92" w14:textId="77777777" w:rsidR="00D35822" w:rsidRDefault="00000000">
            <w:pPr>
              <w:spacing w:after="0" w:line="240" w:lineRule="auto"/>
            </w:pPr>
            <w:r>
              <w:rPr>
                <w:sz w:val="16"/>
              </w:rPr>
              <w:t>fontos</w:t>
            </w:r>
          </w:p>
        </w:tc>
      </w:tr>
      <w:tr w:rsidR="00D35822" w14:paraId="406C49B1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jc w:val="center"/>
        </w:trPr>
        <w:tc>
          <w:tcPr>
            <w:tcW w:w="4706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4E20E106" w14:textId="77777777" w:rsidR="00D35822" w:rsidRDefault="00000000">
            <w:pPr>
              <w:spacing w:after="0" w:line="240" w:lineRule="auto"/>
            </w:pPr>
            <w:r>
              <w:rPr>
                <w:sz w:val="16"/>
              </w:rPr>
              <w:t>Más szakág nem akadályoz</w:t>
            </w:r>
          </w:p>
        </w:tc>
        <w:tc>
          <w:tcPr>
            <w:tcW w:w="192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E6581E3" w14:textId="77777777" w:rsidR="00D35822" w:rsidRDefault="00000000">
            <w:pPr>
              <w:spacing w:after="0" w:line="240" w:lineRule="auto"/>
            </w:pPr>
            <w:r>
              <w:rPr>
                <w:sz w:val="16"/>
              </w:rPr>
              <w:t>□ igen □ nem</w:t>
            </w:r>
          </w:p>
        </w:tc>
        <w:tc>
          <w:tcPr>
            <w:tcW w:w="2494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734D214" w14:textId="77777777" w:rsidR="00D35822" w:rsidRDefault="00000000">
            <w:pPr>
              <w:spacing w:after="0" w:line="240" w:lineRule="auto"/>
            </w:pPr>
            <w:r>
              <w:rPr>
                <w:sz w:val="16"/>
              </w:rPr>
              <w:t>kritikus</w:t>
            </w:r>
          </w:p>
        </w:tc>
      </w:tr>
      <w:tr w:rsidR="00D35822" w14:paraId="0FC6B82F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jc w:val="center"/>
        </w:trPr>
        <w:tc>
          <w:tcPr>
            <w:tcW w:w="4706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1553F208" w14:textId="77777777" w:rsidR="00D35822" w:rsidRDefault="00000000">
            <w:pPr>
              <w:spacing w:after="0" w:line="240" w:lineRule="auto"/>
            </w:pPr>
            <w:r>
              <w:rPr>
                <w:sz w:val="16"/>
              </w:rPr>
              <w:t>Védelmi és takarási terv végrehajtva</w:t>
            </w:r>
          </w:p>
        </w:tc>
        <w:tc>
          <w:tcPr>
            <w:tcW w:w="192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078D181" w14:textId="77777777" w:rsidR="00D35822" w:rsidRDefault="00000000">
            <w:pPr>
              <w:spacing w:after="0" w:line="240" w:lineRule="auto"/>
            </w:pPr>
            <w:r>
              <w:rPr>
                <w:sz w:val="16"/>
              </w:rPr>
              <w:t>□ igen □ nem</w:t>
            </w:r>
          </w:p>
        </w:tc>
        <w:tc>
          <w:tcPr>
            <w:tcW w:w="2494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460A2F55" w14:textId="77777777" w:rsidR="00D35822" w:rsidRDefault="00000000">
            <w:pPr>
              <w:spacing w:after="0" w:line="240" w:lineRule="auto"/>
            </w:pPr>
            <w:r>
              <w:rPr>
                <w:sz w:val="16"/>
              </w:rPr>
              <w:t>fontos</w:t>
            </w:r>
          </w:p>
        </w:tc>
      </w:tr>
      <w:tr w:rsidR="00D35822" w14:paraId="42104422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jc w:val="center"/>
        </w:trPr>
        <w:tc>
          <w:tcPr>
            <w:tcW w:w="4706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594908E" w14:textId="77777777" w:rsidR="00D35822" w:rsidRDefault="00000000">
            <w:pPr>
              <w:spacing w:after="0" w:line="240" w:lineRule="auto"/>
            </w:pPr>
            <w:r>
              <w:rPr>
                <w:sz w:val="16"/>
              </w:rPr>
              <w:t>Fektetési irány / minta jóváhagyva</w:t>
            </w:r>
          </w:p>
        </w:tc>
        <w:tc>
          <w:tcPr>
            <w:tcW w:w="192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F7A7B3E" w14:textId="77777777" w:rsidR="00D35822" w:rsidRDefault="00000000">
            <w:pPr>
              <w:spacing w:after="0" w:line="240" w:lineRule="auto"/>
            </w:pPr>
            <w:r>
              <w:rPr>
                <w:sz w:val="16"/>
              </w:rPr>
              <w:t>□ igen □ nem</w:t>
            </w:r>
          </w:p>
        </w:tc>
        <w:tc>
          <w:tcPr>
            <w:tcW w:w="2494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8D6C354" w14:textId="77777777" w:rsidR="00D35822" w:rsidRDefault="00000000">
            <w:pPr>
              <w:spacing w:after="0" w:line="240" w:lineRule="auto"/>
            </w:pPr>
            <w:r>
              <w:rPr>
                <w:sz w:val="16"/>
              </w:rPr>
              <w:t>kritikus</w:t>
            </w:r>
          </w:p>
        </w:tc>
      </w:tr>
      <w:tr w:rsidR="00D35822" w14:paraId="20300020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jc w:val="center"/>
        </w:trPr>
        <w:tc>
          <w:tcPr>
            <w:tcW w:w="4706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0512A54C" w14:textId="77777777" w:rsidR="00D35822" w:rsidRDefault="00000000">
            <w:pPr>
              <w:spacing w:after="0" w:line="240" w:lineRule="auto"/>
            </w:pPr>
            <w:r>
              <w:rPr>
                <w:sz w:val="16"/>
              </w:rPr>
              <w:t>Dilatációk és csatlakozások tisztázva</w:t>
            </w:r>
          </w:p>
        </w:tc>
        <w:tc>
          <w:tcPr>
            <w:tcW w:w="192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75BF906" w14:textId="77777777" w:rsidR="00D35822" w:rsidRDefault="00000000">
            <w:pPr>
              <w:spacing w:after="0" w:line="240" w:lineRule="auto"/>
            </w:pPr>
            <w:r>
              <w:rPr>
                <w:sz w:val="16"/>
              </w:rPr>
              <w:t>□ igen □ nem</w:t>
            </w:r>
          </w:p>
        </w:tc>
        <w:tc>
          <w:tcPr>
            <w:tcW w:w="2494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E6D3FA8" w14:textId="77777777" w:rsidR="00D35822" w:rsidRDefault="00000000">
            <w:pPr>
              <w:spacing w:after="0" w:line="240" w:lineRule="auto"/>
            </w:pPr>
            <w:r>
              <w:rPr>
                <w:sz w:val="16"/>
              </w:rPr>
              <w:t>kritikus</w:t>
            </w:r>
          </w:p>
        </w:tc>
      </w:tr>
      <w:tr w:rsidR="00D35822" w14:paraId="728A9316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jc w:val="center"/>
        </w:trPr>
        <w:tc>
          <w:tcPr>
            <w:tcW w:w="4706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6C819B45" w14:textId="77777777" w:rsidR="00D35822" w:rsidRDefault="00000000">
            <w:pPr>
              <w:spacing w:after="0" w:line="240" w:lineRule="auto"/>
            </w:pPr>
            <w:r>
              <w:rPr>
                <w:sz w:val="16"/>
              </w:rPr>
              <w:t>E-napló / beléptetés / engedély rendben</w:t>
            </w:r>
          </w:p>
        </w:tc>
        <w:tc>
          <w:tcPr>
            <w:tcW w:w="192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432EA97E" w14:textId="77777777" w:rsidR="00D35822" w:rsidRDefault="00000000">
            <w:pPr>
              <w:spacing w:after="0" w:line="240" w:lineRule="auto"/>
            </w:pPr>
            <w:r>
              <w:rPr>
                <w:sz w:val="16"/>
              </w:rPr>
              <w:t>□ igen □ nem / n.a.</w:t>
            </w:r>
          </w:p>
        </w:tc>
        <w:tc>
          <w:tcPr>
            <w:tcW w:w="2494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0291153" w14:textId="77777777" w:rsidR="00D35822" w:rsidRDefault="00000000">
            <w:pPr>
              <w:spacing w:after="0" w:line="240" w:lineRule="auto"/>
            </w:pPr>
            <w:r>
              <w:rPr>
                <w:sz w:val="16"/>
              </w:rPr>
              <w:t>kritikus</w:t>
            </w:r>
          </w:p>
        </w:tc>
      </w:tr>
      <w:tr w:rsidR="00D35822" w14:paraId="327A2BBC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jc w:val="center"/>
        </w:trPr>
        <w:tc>
          <w:tcPr>
            <w:tcW w:w="4706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4939AF99" w14:textId="77777777" w:rsidR="00D35822" w:rsidRDefault="00000000">
            <w:pPr>
              <w:spacing w:after="0" w:line="240" w:lineRule="auto"/>
            </w:pPr>
            <w:r>
              <w:rPr>
                <w:sz w:val="16"/>
              </w:rPr>
              <w:t>Munkavédelmi és házirendi oktatás megtörtént</w:t>
            </w:r>
          </w:p>
        </w:tc>
        <w:tc>
          <w:tcPr>
            <w:tcW w:w="192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45125D1E" w14:textId="77777777" w:rsidR="00D35822" w:rsidRDefault="00000000">
            <w:pPr>
              <w:spacing w:after="0" w:line="240" w:lineRule="auto"/>
            </w:pPr>
            <w:r>
              <w:rPr>
                <w:sz w:val="16"/>
              </w:rPr>
              <w:t>□ igen □ nem</w:t>
            </w:r>
          </w:p>
        </w:tc>
        <w:tc>
          <w:tcPr>
            <w:tcW w:w="2494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6C8B2E40" w14:textId="77777777" w:rsidR="00D35822" w:rsidRDefault="00000000">
            <w:pPr>
              <w:spacing w:after="0" w:line="240" w:lineRule="auto"/>
            </w:pPr>
            <w:r>
              <w:rPr>
                <w:sz w:val="16"/>
              </w:rPr>
              <w:t>kritikus</w:t>
            </w:r>
          </w:p>
        </w:tc>
      </w:tr>
      <w:tr w:rsidR="00D35822" w14:paraId="3068F2A2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jc w:val="center"/>
        </w:trPr>
        <w:tc>
          <w:tcPr>
            <w:tcW w:w="4706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13ECA716" w14:textId="77777777" w:rsidR="00D35822" w:rsidRDefault="00000000">
            <w:pPr>
              <w:spacing w:after="0" w:line="240" w:lineRule="auto"/>
            </w:pPr>
            <w:r>
              <w:rPr>
                <w:sz w:val="16"/>
              </w:rPr>
              <w:t>Hulladék- és tárolási hely kijelölve</w:t>
            </w:r>
          </w:p>
        </w:tc>
        <w:tc>
          <w:tcPr>
            <w:tcW w:w="192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8D2BE05" w14:textId="77777777" w:rsidR="00D35822" w:rsidRDefault="00000000">
            <w:pPr>
              <w:spacing w:after="0" w:line="240" w:lineRule="auto"/>
            </w:pPr>
            <w:r>
              <w:rPr>
                <w:sz w:val="16"/>
              </w:rPr>
              <w:t>□ igen □ nem</w:t>
            </w:r>
          </w:p>
        </w:tc>
        <w:tc>
          <w:tcPr>
            <w:tcW w:w="2494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47D0CD83" w14:textId="77777777" w:rsidR="00D35822" w:rsidRDefault="00000000">
            <w:pPr>
              <w:spacing w:after="0" w:line="240" w:lineRule="auto"/>
            </w:pPr>
            <w:r>
              <w:rPr>
                <w:sz w:val="16"/>
              </w:rPr>
              <w:t>fontos</w:t>
            </w:r>
          </w:p>
        </w:tc>
      </w:tr>
      <w:tr w:rsidR="00D35822" w14:paraId="5607EDA6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jc w:val="center"/>
        </w:trPr>
        <w:tc>
          <w:tcPr>
            <w:tcW w:w="4706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4530F4BD" w14:textId="77777777" w:rsidR="00D35822" w:rsidRDefault="00000000">
            <w:pPr>
              <w:spacing w:after="0" w:line="240" w:lineRule="auto"/>
            </w:pPr>
            <w:r>
              <w:rPr>
                <w:sz w:val="16"/>
              </w:rPr>
              <w:t>Fotódokumentáció induló állapotról elkészült</w:t>
            </w:r>
          </w:p>
        </w:tc>
        <w:tc>
          <w:tcPr>
            <w:tcW w:w="192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0229BFDF" w14:textId="77777777" w:rsidR="00D35822" w:rsidRDefault="00000000">
            <w:pPr>
              <w:spacing w:after="0" w:line="240" w:lineRule="auto"/>
            </w:pPr>
            <w:r>
              <w:rPr>
                <w:sz w:val="16"/>
              </w:rPr>
              <w:t>□ igen □ nem</w:t>
            </w:r>
          </w:p>
        </w:tc>
        <w:tc>
          <w:tcPr>
            <w:tcW w:w="2494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16B26CE3" w14:textId="77777777" w:rsidR="00D35822" w:rsidRDefault="00000000">
            <w:pPr>
              <w:spacing w:after="0" w:line="240" w:lineRule="auto"/>
            </w:pPr>
            <w:r>
              <w:rPr>
                <w:sz w:val="16"/>
              </w:rPr>
              <w:t>fontos</w:t>
            </w:r>
          </w:p>
        </w:tc>
      </w:tr>
      <w:tr w:rsidR="00D35822" w14:paraId="3FF2F2B5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0934D818" w14:textId="77777777" w:rsidR="00D35822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Hiány / intézkedés</w:t>
            </w:r>
          </w:p>
        </w:tc>
        <w:tc>
          <w:tcPr>
            <w:tcW w:w="4933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4B52BB94" w14:textId="77777777" w:rsidR="00D35822" w:rsidRDefault="00000000">
            <w:pPr>
              <w:spacing w:after="0" w:line="240" w:lineRule="auto"/>
            </w:pPr>
            <w:r>
              <w:rPr>
                <w:sz w:val="16"/>
              </w:rPr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</w:p>
        </w:tc>
      </w:tr>
      <w:tr w:rsidR="00D35822" w14:paraId="40D5DA15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6655F0B4" w14:textId="77777777" w:rsidR="00D35822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Felelős</w:t>
            </w:r>
          </w:p>
        </w:tc>
        <w:tc>
          <w:tcPr>
            <w:tcW w:w="4933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0A001943" w14:textId="374DFC48" w:rsidR="00D35822" w:rsidRDefault="00D35822">
            <w:pPr>
              <w:spacing w:after="0" w:line="240" w:lineRule="auto"/>
            </w:pPr>
          </w:p>
        </w:tc>
      </w:tr>
      <w:tr w:rsidR="00D35822" w14:paraId="753B0559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671C410D" w14:textId="77777777" w:rsidR="00D35822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Határidő</w:t>
            </w:r>
          </w:p>
        </w:tc>
        <w:tc>
          <w:tcPr>
            <w:tcW w:w="4933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41F87F5E" w14:textId="45D43218" w:rsidR="00D35822" w:rsidRDefault="00D35822">
            <w:pPr>
              <w:spacing w:after="0" w:line="240" w:lineRule="auto"/>
            </w:pPr>
          </w:p>
        </w:tc>
      </w:tr>
      <w:tr w:rsidR="00D35822" w14:paraId="71703DB6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4491D1E" w14:textId="77777777" w:rsidR="00D35822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Döntés</w:t>
            </w:r>
          </w:p>
        </w:tc>
        <w:tc>
          <w:tcPr>
            <w:tcW w:w="4933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3EEF66B" w14:textId="77777777" w:rsidR="00D35822" w:rsidRDefault="00000000">
            <w:pPr>
              <w:spacing w:after="0" w:line="240" w:lineRule="auto"/>
            </w:pPr>
            <w:r>
              <w:rPr>
                <w:sz w:val="16"/>
              </w:rPr>
              <w:t>□ INDÍTHATÓ  □ FELTÉTELESEN INDÍTHATÓ  □ NEM INDÍTHATÓ</w:t>
            </w:r>
          </w:p>
        </w:tc>
      </w:tr>
      <w:tr w:rsidR="00D35822" w14:paraId="1A07E6DD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9FC5CF5" w14:textId="77777777" w:rsidR="00D35822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Feltételes indulás korlátai</w:t>
            </w:r>
          </w:p>
        </w:tc>
        <w:tc>
          <w:tcPr>
            <w:tcW w:w="4933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61872E4B" w14:textId="77777777" w:rsidR="00D35822" w:rsidRDefault="00000000">
            <w:pPr>
              <w:spacing w:after="0" w:line="240" w:lineRule="auto"/>
            </w:pPr>
            <w:r>
              <w:rPr>
                <w:sz w:val="16"/>
              </w:rPr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</w:p>
        </w:tc>
      </w:tr>
    </w:tbl>
    <w:p w14:paraId="3C306A2D" w14:textId="77777777" w:rsidR="00D35822" w:rsidRDefault="00D35822">
      <w:pPr>
        <w:pStyle w:val="SFClause"/>
        <w:rPr>
          <w:rFonts w:hint="eastAsia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933"/>
        <w:gridCol w:w="4933"/>
      </w:tblGrid>
      <w:tr w:rsidR="00D35822" w14:paraId="2A17FE98" w14:textId="77777777">
        <w:trPr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20" w:type="dxa"/>
              <w:left w:w="90" w:type="dxa"/>
              <w:bottom w:w="20" w:type="dxa"/>
              <w:right w:w="90" w:type="dxa"/>
            </w:tcMar>
            <w:vAlign w:val="center"/>
          </w:tcPr>
          <w:p w14:paraId="28661B8A" w14:textId="77777777" w:rsidR="00D35822" w:rsidRDefault="00000000">
            <w:pPr>
              <w:spacing w:after="0" w:line="240" w:lineRule="auto"/>
            </w:pPr>
            <w:r>
              <w:rPr>
                <w:b/>
                <w:sz w:val="16"/>
              </w:rPr>
              <w:br/>
              <w:t>____________________________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20" w:type="dxa"/>
              <w:left w:w="90" w:type="dxa"/>
              <w:bottom w:w="20" w:type="dxa"/>
              <w:right w:w="90" w:type="dxa"/>
            </w:tcMar>
            <w:vAlign w:val="center"/>
          </w:tcPr>
          <w:p w14:paraId="703B32C7" w14:textId="77777777" w:rsidR="00D35822" w:rsidRDefault="00000000">
            <w:pPr>
              <w:spacing w:after="0" w:line="240" w:lineRule="auto"/>
            </w:pPr>
            <w:r>
              <w:rPr>
                <w:b/>
                <w:sz w:val="16"/>
              </w:rPr>
              <w:br/>
              <w:t>____________________________</w:t>
            </w:r>
          </w:p>
        </w:tc>
      </w:tr>
      <w:tr w:rsidR="00D35822" w14:paraId="413491CD" w14:textId="77777777">
        <w:trPr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20" w:type="dxa"/>
              <w:left w:w="90" w:type="dxa"/>
              <w:bottom w:w="20" w:type="dxa"/>
              <w:right w:w="90" w:type="dxa"/>
            </w:tcMar>
            <w:vAlign w:val="center"/>
          </w:tcPr>
          <w:p w14:paraId="758EE242" w14:textId="77777777" w:rsidR="00D35822" w:rsidRDefault="0000000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[KITÖLTENDŐ]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20" w:type="dxa"/>
              <w:left w:w="90" w:type="dxa"/>
              <w:bottom w:w="20" w:type="dxa"/>
              <w:right w:w="90" w:type="dxa"/>
            </w:tcMar>
            <w:vAlign w:val="center"/>
          </w:tcPr>
          <w:p w14:paraId="058B0467" w14:textId="77777777" w:rsidR="00D35822" w:rsidRDefault="0000000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[KITÖLTENDŐ]</w:t>
            </w:r>
          </w:p>
        </w:tc>
      </w:tr>
      <w:tr w:rsidR="00D35822" w14:paraId="6C90C848" w14:textId="77777777">
        <w:trPr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20" w:type="dxa"/>
              <w:left w:w="90" w:type="dxa"/>
              <w:bottom w:w="20" w:type="dxa"/>
              <w:right w:w="90" w:type="dxa"/>
            </w:tcMar>
            <w:vAlign w:val="center"/>
          </w:tcPr>
          <w:p w14:paraId="18CA29A9" w14:textId="77777777" w:rsidR="00D35822" w:rsidRDefault="0000000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Spirit Floor projektfelelős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20" w:type="dxa"/>
              <w:left w:w="90" w:type="dxa"/>
              <w:bottom w:w="20" w:type="dxa"/>
              <w:right w:w="90" w:type="dxa"/>
            </w:tcMar>
            <w:vAlign w:val="center"/>
          </w:tcPr>
          <w:p w14:paraId="1EACF71D" w14:textId="77777777" w:rsidR="00D35822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Megrendelő / helyszíni képviselő</w:t>
            </w:r>
          </w:p>
        </w:tc>
      </w:tr>
    </w:tbl>
    <w:p w14:paraId="09606D91" w14:textId="77777777" w:rsidR="00D35822" w:rsidRDefault="00000000">
      <w:pPr>
        <w:pStyle w:val="Cmsor1"/>
        <w:pageBreakBefore/>
        <w:pBdr>
          <w:bottom w:val="single" w:sz="8" w:space="3" w:color="F29F05"/>
        </w:pBdr>
      </w:pPr>
      <w:r>
        <w:lastRenderedPageBreak/>
        <w:t>M/8 – Aljzatvizsgálati és mérési lap</w:t>
      </w:r>
    </w:p>
    <w:tbl>
      <w:tblPr>
        <w:tblW w:w="0" w:type="auto"/>
        <w:jc w:val="center"/>
        <w:tblBorders>
          <w:top w:val="single" w:sz="6" w:space="0" w:color="AAB3BB"/>
          <w:left w:val="single" w:sz="6" w:space="0" w:color="AAB3BB"/>
          <w:bottom w:val="single" w:sz="6" w:space="0" w:color="AAB3BB"/>
          <w:right w:val="single" w:sz="6" w:space="0" w:color="AAB3BB"/>
          <w:insideH w:val="single" w:sz="6" w:space="0" w:color="AAB3BB"/>
          <w:insideV w:val="single" w:sz="6" w:space="0" w:color="AAB3BB"/>
        </w:tblBorders>
        <w:tblLook w:val="04A0" w:firstRow="1" w:lastRow="0" w:firstColumn="1" w:lastColumn="0" w:noHBand="0" w:noVBand="1"/>
      </w:tblPr>
      <w:tblGrid>
        <w:gridCol w:w="1352"/>
        <w:gridCol w:w="1242"/>
        <w:gridCol w:w="1886"/>
        <w:gridCol w:w="1180"/>
        <w:gridCol w:w="1404"/>
        <w:gridCol w:w="945"/>
        <w:gridCol w:w="1124"/>
        <w:gridCol w:w="824"/>
      </w:tblGrid>
      <w:tr w:rsidR="00D35822" w14:paraId="7408A9F9" w14:textId="77777777">
        <w:trPr>
          <w:jc w:val="center"/>
        </w:trPr>
        <w:tc>
          <w:tcPr>
            <w:tcW w:w="9866" w:type="dxa"/>
            <w:gridSpan w:val="8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EEF1F4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3580D72" w14:textId="77777777" w:rsidR="00D35822" w:rsidRDefault="00000000">
            <w:pPr>
              <w:spacing w:after="0" w:line="240" w:lineRule="auto"/>
            </w:pPr>
            <w:r>
              <w:rPr>
                <w:b/>
                <w:sz w:val="16"/>
              </w:rPr>
              <w:t xml:space="preserve">Cél: </w:t>
            </w:r>
            <w:r>
              <w:rPr>
                <w:sz w:val="16"/>
              </w:rPr>
              <w:t>A fogadófelület burkolhatóságának dokumentált értékelése és a szükséges előkészítés meghatározása.</w:t>
            </w:r>
          </w:p>
        </w:tc>
      </w:tr>
      <w:tr w:rsidR="00D35822" w14:paraId="0AAB2879" w14:textId="77777777">
        <w:tblPrEx>
          <w:tblBorders>
            <w:top w:val="single" w:sz="6" w:space="0" w:color="D3B35C"/>
            <w:left w:val="single" w:sz="6" w:space="0" w:color="D3B35C"/>
            <w:bottom w:val="single" w:sz="6" w:space="0" w:color="D3B35C"/>
            <w:right w:val="single" w:sz="6" w:space="0" w:color="D3B35C"/>
            <w:insideH w:val="single" w:sz="6" w:space="0" w:color="D3B35C"/>
            <w:insideV w:val="single" w:sz="6" w:space="0" w:color="D3B35C"/>
          </w:tblBorders>
        </w:tblPrEx>
        <w:trPr>
          <w:jc w:val="center"/>
        </w:trPr>
        <w:tc>
          <w:tcPr>
            <w:tcW w:w="9866" w:type="dxa"/>
            <w:gridSpan w:val="8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FF3CD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0B6DB450" w14:textId="77777777" w:rsidR="00D35822" w:rsidRDefault="00000000">
            <w:pPr>
              <w:spacing w:after="0" w:line="240" w:lineRule="auto"/>
            </w:pPr>
            <w:r>
              <w:rPr>
                <w:b/>
                <w:sz w:val="16"/>
              </w:rPr>
              <w:t xml:space="preserve">Használati szabály: </w:t>
            </w:r>
            <w:r>
              <w:rPr>
                <w:sz w:val="16"/>
              </w:rPr>
              <w:t>A követelmény forrását minden mérésnél meg kell jelölni: terv, gyártói előírás, termékadatlap, szerződés vagy szakmai követelmény. A „1 m-en 2 mm” érték csak akkor használható, ha az adott rendszer ezt írja elő.</w:t>
            </w:r>
          </w:p>
        </w:tc>
      </w:tr>
      <w:tr w:rsidR="00D35822" w14:paraId="0699C83C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gridSpan w:val="3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633C6167" w14:textId="77777777" w:rsidR="00D35822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Projekt / helyiség</w:t>
            </w:r>
          </w:p>
        </w:tc>
        <w:tc>
          <w:tcPr>
            <w:tcW w:w="4933" w:type="dxa"/>
            <w:gridSpan w:val="4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1E719625" w14:textId="789297AF" w:rsidR="00D35822" w:rsidRDefault="00D35822">
            <w:pPr>
              <w:spacing w:after="0" w:line="240" w:lineRule="auto"/>
            </w:pPr>
          </w:p>
        </w:tc>
      </w:tr>
      <w:tr w:rsidR="00D35822" w14:paraId="3E79D2CF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gridSpan w:val="3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4A36184" w14:textId="77777777" w:rsidR="00D35822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Vizsgálat időpontja</w:t>
            </w:r>
          </w:p>
        </w:tc>
        <w:tc>
          <w:tcPr>
            <w:tcW w:w="4933" w:type="dxa"/>
            <w:gridSpan w:val="4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1AE0D5E1" w14:textId="2AD21407" w:rsidR="00D35822" w:rsidRDefault="00D35822">
            <w:pPr>
              <w:spacing w:after="0" w:line="240" w:lineRule="auto"/>
            </w:pPr>
          </w:p>
        </w:tc>
      </w:tr>
      <w:tr w:rsidR="00D35822" w14:paraId="3DA9C285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gridSpan w:val="3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62992045" w14:textId="77777777" w:rsidR="00D35822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Vizsgáló</w:t>
            </w:r>
          </w:p>
        </w:tc>
        <w:tc>
          <w:tcPr>
            <w:tcW w:w="4933" w:type="dxa"/>
            <w:gridSpan w:val="4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2777E570" w14:textId="58572955" w:rsidR="00D35822" w:rsidRDefault="00D35822">
            <w:pPr>
              <w:spacing w:after="0" w:line="240" w:lineRule="auto"/>
            </w:pPr>
          </w:p>
        </w:tc>
      </w:tr>
      <w:tr w:rsidR="00D35822" w14:paraId="7759B735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gridSpan w:val="3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4983113" w14:textId="77777777" w:rsidR="00D35822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Aljzat típusa</w:t>
            </w:r>
          </w:p>
        </w:tc>
        <w:tc>
          <w:tcPr>
            <w:tcW w:w="4933" w:type="dxa"/>
            <w:gridSpan w:val="4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4D9F67B0" w14:textId="22D98516" w:rsidR="00D35822" w:rsidRDefault="00D35822">
            <w:pPr>
              <w:spacing w:after="0" w:line="240" w:lineRule="auto"/>
            </w:pPr>
          </w:p>
        </w:tc>
      </w:tr>
      <w:tr w:rsidR="00D35822" w14:paraId="0302FD5F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gridSpan w:val="3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47D65827" w14:textId="77777777" w:rsidR="00D35822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Tervezett burkolat / ragasztó</w:t>
            </w:r>
          </w:p>
        </w:tc>
        <w:tc>
          <w:tcPr>
            <w:tcW w:w="4933" w:type="dxa"/>
            <w:gridSpan w:val="4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0500993A" w14:textId="0DD3635A" w:rsidR="00D35822" w:rsidRDefault="00D35822">
            <w:pPr>
              <w:spacing w:after="0" w:line="240" w:lineRule="auto"/>
            </w:pPr>
          </w:p>
        </w:tc>
      </w:tr>
      <w:tr w:rsidR="00D35822" w14:paraId="1EC98CAE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gridSpan w:val="3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24BEDAF0" w14:textId="77777777" w:rsidR="00D35822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Környezeti hőmérséklet</w:t>
            </w:r>
          </w:p>
        </w:tc>
        <w:tc>
          <w:tcPr>
            <w:tcW w:w="4933" w:type="dxa"/>
            <w:gridSpan w:val="4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48E1F039" w14:textId="01973CAE" w:rsidR="00D35822" w:rsidRDefault="00D35822">
            <w:pPr>
              <w:spacing w:after="0" w:line="240" w:lineRule="auto"/>
            </w:pPr>
          </w:p>
        </w:tc>
      </w:tr>
      <w:tr w:rsidR="00D35822" w14:paraId="11419D0C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gridSpan w:val="3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526BE1D" w14:textId="77777777" w:rsidR="00D35822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Aljzat hőmérséklet</w:t>
            </w:r>
          </w:p>
        </w:tc>
        <w:tc>
          <w:tcPr>
            <w:tcW w:w="4933" w:type="dxa"/>
            <w:gridSpan w:val="4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2A581C47" w14:textId="21FF8F8B" w:rsidR="00D35822" w:rsidRDefault="00D35822">
            <w:pPr>
              <w:spacing w:after="0" w:line="240" w:lineRule="auto"/>
            </w:pPr>
          </w:p>
        </w:tc>
      </w:tr>
      <w:tr w:rsidR="00D35822" w14:paraId="376D79B3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gridSpan w:val="3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1D329341" w14:textId="77777777" w:rsidR="00D35822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Relatív páratartalom</w:t>
            </w:r>
          </w:p>
        </w:tc>
        <w:tc>
          <w:tcPr>
            <w:tcW w:w="4933" w:type="dxa"/>
            <w:gridSpan w:val="4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847D970" w14:textId="6432810A" w:rsidR="00D35822" w:rsidRDefault="00D35822">
            <w:pPr>
              <w:spacing w:after="0" w:line="240" w:lineRule="auto"/>
            </w:pPr>
          </w:p>
        </w:tc>
      </w:tr>
      <w:tr w:rsidR="00D35822" w14:paraId="289C1F45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gridSpan w:val="3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DE2A3F6" w14:textId="77777777" w:rsidR="00D35822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Padlófűtés</w:t>
            </w:r>
          </w:p>
        </w:tc>
        <w:tc>
          <w:tcPr>
            <w:tcW w:w="4933" w:type="dxa"/>
            <w:gridSpan w:val="4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AB90FB2" w14:textId="3E6BADD5" w:rsidR="00D35822" w:rsidRDefault="00000000">
            <w:pPr>
              <w:spacing w:after="0" w:line="240" w:lineRule="auto"/>
            </w:pPr>
            <w:r w:rsidRPr="001D6DD0">
              <w:rPr>
                <w:sz w:val="16"/>
              </w:rPr>
              <w:t xml:space="preserve">□ </w:t>
            </w:r>
            <w:proofErr w:type="gramStart"/>
            <w:r w:rsidRPr="001D6DD0">
              <w:rPr>
                <w:sz w:val="16"/>
              </w:rPr>
              <w:t>nincs  □</w:t>
            </w:r>
            <w:proofErr w:type="gramEnd"/>
            <w:r w:rsidRPr="001D6DD0">
              <w:rPr>
                <w:sz w:val="16"/>
              </w:rPr>
              <w:t xml:space="preserve"> van; felfűtési jegyzőkönyv: </w:t>
            </w:r>
          </w:p>
        </w:tc>
      </w:tr>
      <w:tr w:rsidR="00D35822" w14:paraId="31749D95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tblHeader/>
          <w:jc w:val="center"/>
        </w:trPr>
        <w:tc>
          <w:tcPr>
            <w:tcW w:w="136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08685A6F" w14:textId="77777777" w:rsidR="00D35822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Vizsgálat</w:t>
            </w:r>
          </w:p>
        </w:tc>
        <w:tc>
          <w:tcPr>
            <w:tcW w:w="136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266208ED" w14:textId="77777777" w:rsidR="00D35822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Módszer / eszköz</w:t>
            </w:r>
          </w:p>
        </w:tc>
        <w:tc>
          <w:tcPr>
            <w:tcW w:w="850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19FD3335" w14:textId="77777777" w:rsidR="00D35822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Pontok</w:t>
            </w:r>
          </w:p>
        </w:tc>
        <w:tc>
          <w:tcPr>
            <w:tcW w:w="124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21A23A31" w14:textId="77777777" w:rsidR="00D35822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Eredmény</w:t>
            </w:r>
          </w:p>
        </w:tc>
        <w:tc>
          <w:tcPr>
            <w:tcW w:w="147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679F3DA5" w14:textId="77777777" w:rsidR="00D35822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Követelmény</w:t>
            </w:r>
          </w:p>
        </w:tc>
        <w:tc>
          <w:tcPr>
            <w:tcW w:w="96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630CC698" w14:textId="77777777" w:rsidR="00D35822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Megfelel?</w:t>
            </w:r>
          </w:p>
        </w:tc>
        <w:tc>
          <w:tcPr>
            <w:tcW w:w="1871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C2BA562" w14:textId="77777777" w:rsidR="00D35822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Intézkedés</w:t>
            </w:r>
          </w:p>
        </w:tc>
      </w:tr>
      <w:tr w:rsidR="00D35822" w14:paraId="32151CAC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jc w:val="center"/>
        </w:trPr>
        <w:tc>
          <w:tcPr>
            <w:tcW w:w="136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61CE3611" w14:textId="77777777" w:rsidR="00D35822" w:rsidRDefault="00000000">
            <w:pPr>
              <w:spacing w:after="0" w:line="240" w:lineRule="auto"/>
            </w:pPr>
            <w:r>
              <w:rPr>
                <w:sz w:val="16"/>
              </w:rPr>
              <w:t>Szemrevételezés</w:t>
            </w:r>
          </w:p>
        </w:tc>
        <w:tc>
          <w:tcPr>
            <w:tcW w:w="136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EFD1B51" w14:textId="7AEE5F67" w:rsidR="00D35822" w:rsidRDefault="00D35822">
            <w:pPr>
              <w:spacing w:after="0" w:line="240" w:lineRule="auto"/>
            </w:pPr>
          </w:p>
        </w:tc>
        <w:tc>
          <w:tcPr>
            <w:tcW w:w="850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0F0DD6E8" w14:textId="6CD6790A" w:rsidR="00D35822" w:rsidRDefault="00D35822">
            <w:pPr>
              <w:spacing w:after="0" w:line="240" w:lineRule="auto"/>
            </w:pPr>
          </w:p>
        </w:tc>
        <w:tc>
          <w:tcPr>
            <w:tcW w:w="124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20FA4C03" w14:textId="4908ACB5" w:rsidR="00D35822" w:rsidRDefault="00D35822">
            <w:pPr>
              <w:spacing w:after="0" w:line="240" w:lineRule="auto"/>
            </w:pPr>
          </w:p>
        </w:tc>
        <w:tc>
          <w:tcPr>
            <w:tcW w:w="147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D42DEBD" w14:textId="008D5529" w:rsidR="00D35822" w:rsidRDefault="00D35822">
            <w:pPr>
              <w:spacing w:after="0" w:line="240" w:lineRule="auto"/>
            </w:pPr>
          </w:p>
        </w:tc>
        <w:tc>
          <w:tcPr>
            <w:tcW w:w="96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4967D5B9" w14:textId="758F8171" w:rsidR="00D35822" w:rsidRDefault="00000000">
            <w:pPr>
              <w:spacing w:after="0" w:line="240" w:lineRule="auto"/>
            </w:pPr>
            <w:r>
              <w:rPr>
                <w:sz w:val="16"/>
              </w:rPr>
              <w:t xml:space="preserve">□ </w:t>
            </w:r>
            <w:proofErr w:type="spellStart"/>
            <w:r>
              <w:rPr>
                <w:sz w:val="16"/>
              </w:rPr>
              <w:t>igen</w:t>
            </w:r>
            <w:proofErr w:type="spellEnd"/>
            <w:r w:rsidR="009D4574">
              <w:rPr>
                <w:sz w:val="16"/>
              </w:rPr>
              <w:t xml:space="preserve">      </w:t>
            </w:r>
            <w:r>
              <w:rPr>
                <w:sz w:val="16"/>
              </w:rPr>
              <w:t xml:space="preserve"> □ nem</w:t>
            </w:r>
          </w:p>
        </w:tc>
        <w:tc>
          <w:tcPr>
            <w:tcW w:w="1871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2F7EE49D" w14:textId="21B010DA" w:rsidR="00D35822" w:rsidRDefault="00D35822">
            <w:pPr>
              <w:spacing w:after="0" w:line="240" w:lineRule="auto"/>
            </w:pPr>
          </w:p>
        </w:tc>
      </w:tr>
      <w:tr w:rsidR="00D35822" w14:paraId="20108971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jc w:val="center"/>
        </w:trPr>
        <w:tc>
          <w:tcPr>
            <w:tcW w:w="136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6EF9D0D1" w14:textId="77777777" w:rsidR="00D35822" w:rsidRDefault="00000000">
            <w:pPr>
              <w:spacing w:after="0" w:line="240" w:lineRule="auto"/>
            </w:pPr>
            <w:r>
              <w:rPr>
                <w:sz w:val="16"/>
              </w:rPr>
              <w:t>Síkpontosság</w:t>
            </w:r>
          </w:p>
        </w:tc>
        <w:tc>
          <w:tcPr>
            <w:tcW w:w="136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00CCD612" w14:textId="0DA5E9F9" w:rsidR="00D35822" w:rsidRDefault="00D35822">
            <w:pPr>
              <w:spacing w:after="0" w:line="240" w:lineRule="auto"/>
            </w:pPr>
          </w:p>
        </w:tc>
        <w:tc>
          <w:tcPr>
            <w:tcW w:w="850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4D3D12A2" w14:textId="1B86638D" w:rsidR="00D35822" w:rsidRDefault="00D35822">
            <w:pPr>
              <w:spacing w:after="0" w:line="240" w:lineRule="auto"/>
            </w:pPr>
          </w:p>
        </w:tc>
        <w:tc>
          <w:tcPr>
            <w:tcW w:w="124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B009D21" w14:textId="0E52DA1E" w:rsidR="00D35822" w:rsidRDefault="00D35822">
            <w:pPr>
              <w:spacing w:after="0" w:line="240" w:lineRule="auto"/>
            </w:pPr>
          </w:p>
        </w:tc>
        <w:tc>
          <w:tcPr>
            <w:tcW w:w="147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2198DCD9" w14:textId="25CEEC7A" w:rsidR="00D35822" w:rsidRDefault="00D35822">
            <w:pPr>
              <w:spacing w:after="0" w:line="240" w:lineRule="auto"/>
            </w:pPr>
          </w:p>
        </w:tc>
        <w:tc>
          <w:tcPr>
            <w:tcW w:w="96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005D2CDB" w14:textId="3D81C0FD" w:rsidR="00D35822" w:rsidRDefault="00000000">
            <w:pPr>
              <w:spacing w:after="0" w:line="240" w:lineRule="auto"/>
            </w:pPr>
            <w:r>
              <w:rPr>
                <w:sz w:val="16"/>
              </w:rPr>
              <w:t xml:space="preserve">□ </w:t>
            </w:r>
            <w:proofErr w:type="spellStart"/>
            <w:r>
              <w:rPr>
                <w:sz w:val="16"/>
              </w:rPr>
              <w:t>igen</w:t>
            </w:r>
            <w:proofErr w:type="spellEnd"/>
            <w:r>
              <w:rPr>
                <w:sz w:val="16"/>
              </w:rPr>
              <w:t xml:space="preserve"> </w:t>
            </w:r>
            <w:r w:rsidR="009D4574">
              <w:rPr>
                <w:sz w:val="16"/>
              </w:rPr>
              <w:t xml:space="preserve">      </w:t>
            </w:r>
            <w:r>
              <w:rPr>
                <w:sz w:val="16"/>
              </w:rPr>
              <w:t>□ nem</w:t>
            </w:r>
          </w:p>
        </w:tc>
        <w:tc>
          <w:tcPr>
            <w:tcW w:w="1871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118E6DA2" w14:textId="7A8347EC" w:rsidR="00D35822" w:rsidRDefault="00D35822">
            <w:pPr>
              <w:spacing w:after="0" w:line="240" w:lineRule="auto"/>
            </w:pPr>
          </w:p>
        </w:tc>
      </w:tr>
      <w:tr w:rsidR="00D35822" w14:paraId="67779C80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jc w:val="center"/>
        </w:trPr>
        <w:tc>
          <w:tcPr>
            <w:tcW w:w="136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5756EA0" w14:textId="77777777" w:rsidR="00D35822" w:rsidRDefault="00000000">
            <w:pPr>
              <w:spacing w:after="0" w:line="240" w:lineRule="auto"/>
            </w:pPr>
            <w:r>
              <w:rPr>
                <w:sz w:val="16"/>
              </w:rPr>
              <w:t>Nedvesség</w:t>
            </w:r>
          </w:p>
        </w:tc>
        <w:tc>
          <w:tcPr>
            <w:tcW w:w="136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521D37A" w14:textId="075881EA" w:rsidR="00D35822" w:rsidRDefault="00D35822">
            <w:pPr>
              <w:spacing w:after="0" w:line="240" w:lineRule="auto"/>
            </w:pPr>
          </w:p>
        </w:tc>
        <w:tc>
          <w:tcPr>
            <w:tcW w:w="850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2DBAE9FB" w14:textId="1E85A004" w:rsidR="00D35822" w:rsidRDefault="00D35822">
            <w:pPr>
              <w:spacing w:after="0" w:line="240" w:lineRule="auto"/>
            </w:pPr>
          </w:p>
        </w:tc>
        <w:tc>
          <w:tcPr>
            <w:tcW w:w="124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6AF02FE" w14:textId="7510BF3E" w:rsidR="00D35822" w:rsidRDefault="00D35822">
            <w:pPr>
              <w:spacing w:after="0" w:line="240" w:lineRule="auto"/>
            </w:pPr>
          </w:p>
        </w:tc>
        <w:tc>
          <w:tcPr>
            <w:tcW w:w="147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312CF0C" w14:textId="310DAF74" w:rsidR="00D35822" w:rsidRDefault="00D35822">
            <w:pPr>
              <w:spacing w:after="0" w:line="240" w:lineRule="auto"/>
            </w:pPr>
          </w:p>
        </w:tc>
        <w:tc>
          <w:tcPr>
            <w:tcW w:w="96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39DD41A" w14:textId="5E88A235" w:rsidR="00D35822" w:rsidRDefault="00000000">
            <w:pPr>
              <w:spacing w:after="0" w:line="240" w:lineRule="auto"/>
            </w:pPr>
            <w:r>
              <w:rPr>
                <w:sz w:val="16"/>
              </w:rPr>
              <w:t xml:space="preserve">□ </w:t>
            </w:r>
            <w:proofErr w:type="spellStart"/>
            <w:r>
              <w:rPr>
                <w:sz w:val="16"/>
              </w:rPr>
              <w:t>igen</w:t>
            </w:r>
            <w:proofErr w:type="spellEnd"/>
            <w:r>
              <w:rPr>
                <w:sz w:val="16"/>
              </w:rPr>
              <w:t xml:space="preserve"> </w:t>
            </w:r>
            <w:r w:rsidR="009D4574">
              <w:rPr>
                <w:sz w:val="16"/>
              </w:rPr>
              <w:t xml:space="preserve">      </w:t>
            </w:r>
            <w:r>
              <w:rPr>
                <w:sz w:val="16"/>
              </w:rPr>
              <w:t>□ nem</w:t>
            </w:r>
          </w:p>
        </w:tc>
        <w:tc>
          <w:tcPr>
            <w:tcW w:w="1871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08DED3FF" w14:textId="196B1994" w:rsidR="00D35822" w:rsidRDefault="00D35822">
            <w:pPr>
              <w:spacing w:after="0" w:line="240" w:lineRule="auto"/>
            </w:pPr>
          </w:p>
        </w:tc>
      </w:tr>
      <w:tr w:rsidR="00D35822" w14:paraId="185133D7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jc w:val="center"/>
        </w:trPr>
        <w:tc>
          <w:tcPr>
            <w:tcW w:w="136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2BBC38C" w14:textId="77777777" w:rsidR="00D35822" w:rsidRDefault="00000000">
            <w:pPr>
              <w:spacing w:after="0" w:line="240" w:lineRule="auto"/>
            </w:pPr>
            <w:r>
              <w:rPr>
                <w:sz w:val="16"/>
              </w:rPr>
              <w:t>Felületi szilárdság</w:t>
            </w:r>
          </w:p>
        </w:tc>
        <w:tc>
          <w:tcPr>
            <w:tcW w:w="136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2849C507" w14:textId="58048E52" w:rsidR="00D35822" w:rsidRDefault="00D35822">
            <w:pPr>
              <w:spacing w:after="0" w:line="240" w:lineRule="auto"/>
            </w:pPr>
          </w:p>
        </w:tc>
        <w:tc>
          <w:tcPr>
            <w:tcW w:w="850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1185810" w14:textId="1BA30507" w:rsidR="00D35822" w:rsidRDefault="00D35822">
            <w:pPr>
              <w:spacing w:after="0" w:line="240" w:lineRule="auto"/>
            </w:pPr>
          </w:p>
        </w:tc>
        <w:tc>
          <w:tcPr>
            <w:tcW w:w="124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0DF73256" w14:textId="6B439B20" w:rsidR="00D35822" w:rsidRDefault="00D35822">
            <w:pPr>
              <w:spacing w:after="0" w:line="240" w:lineRule="auto"/>
            </w:pPr>
          </w:p>
        </w:tc>
        <w:tc>
          <w:tcPr>
            <w:tcW w:w="147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F52BC85" w14:textId="697C93EB" w:rsidR="00D35822" w:rsidRDefault="00D35822">
            <w:pPr>
              <w:spacing w:after="0" w:line="240" w:lineRule="auto"/>
            </w:pPr>
          </w:p>
        </w:tc>
        <w:tc>
          <w:tcPr>
            <w:tcW w:w="96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04172BC3" w14:textId="15020EA8" w:rsidR="00D35822" w:rsidRDefault="00000000">
            <w:pPr>
              <w:spacing w:after="0" w:line="240" w:lineRule="auto"/>
            </w:pPr>
            <w:r>
              <w:rPr>
                <w:sz w:val="16"/>
              </w:rPr>
              <w:t xml:space="preserve">□ </w:t>
            </w:r>
            <w:proofErr w:type="spellStart"/>
            <w:r>
              <w:rPr>
                <w:sz w:val="16"/>
              </w:rPr>
              <w:t>igen</w:t>
            </w:r>
            <w:proofErr w:type="spellEnd"/>
            <w:r>
              <w:rPr>
                <w:sz w:val="16"/>
              </w:rPr>
              <w:t xml:space="preserve"> </w:t>
            </w:r>
            <w:r w:rsidR="009D4574">
              <w:rPr>
                <w:sz w:val="16"/>
              </w:rPr>
              <w:t xml:space="preserve">      </w:t>
            </w:r>
            <w:r>
              <w:rPr>
                <w:sz w:val="16"/>
              </w:rPr>
              <w:t>□ nem</w:t>
            </w:r>
          </w:p>
        </w:tc>
        <w:tc>
          <w:tcPr>
            <w:tcW w:w="1871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07F68B78" w14:textId="3CC10B86" w:rsidR="00D35822" w:rsidRDefault="00D35822">
            <w:pPr>
              <w:spacing w:after="0" w:line="240" w:lineRule="auto"/>
            </w:pPr>
          </w:p>
        </w:tc>
      </w:tr>
      <w:tr w:rsidR="00D35822" w14:paraId="4EF791FD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jc w:val="center"/>
        </w:trPr>
        <w:tc>
          <w:tcPr>
            <w:tcW w:w="136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E3E9040" w14:textId="77777777" w:rsidR="00D35822" w:rsidRDefault="00000000">
            <w:pPr>
              <w:spacing w:after="0" w:line="240" w:lineRule="auto"/>
            </w:pPr>
            <w:r>
              <w:rPr>
                <w:sz w:val="16"/>
              </w:rPr>
              <w:t>Tapadás / karcpróba</w:t>
            </w:r>
          </w:p>
        </w:tc>
        <w:tc>
          <w:tcPr>
            <w:tcW w:w="136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4130DC97" w14:textId="7EE96D7E" w:rsidR="00D35822" w:rsidRDefault="00D35822">
            <w:pPr>
              <w:spacing w:after="0" w:line="240" w:lineRule="auto"/>
            </w:pPr>
          </w:p>
        </w:tc>
        <w:tc>
          <w:tcPr>
            <w:tcW w:w="850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0A8B51B8" w14:textId="6BF3B165" w:rsidR="00D35822" w:rsidRDefault="00D35822">
            <w:pPr>
              <w:spacing w:after="0" w:line="240" w:lineRule="auto"/>
            </w:pPr>
          </w:p>
        </w:tc>
        <w:tc>
          <w:tcPr>
            <w:tcW w:w="124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1DCAB08D" w14:textId="1A4F36BD" w:rsidR="00D35822" w:rsidRDefault="00D35822">
            <w:pPr>
              <w:spacing w:after="0" w:line="240" w:lineRule="auto"/>
            </w:pPr>
          </w:p>
        </w:tc>
        <w:tc>
          <w:tcPr>
            <w:tcW w:w="147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03E3C740" w14:textId="41D4C325" w:rsidR="00D35822" w:rsidRDefault="00D35822">
            <w:pPr>
              <w:spacing w:after="0" w:line="240" w:lineRule="auto"/>
            </w:pPr>
          </w:p>
        </w:tc>
        <w:tc>
          <w:tcPr>
            <w:tcW w:w="96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45F944D" w14:textId="2E59A00B" w:rsidR="00D35822" w:rsidRDefault="00000000">
            <w:pPr>
              <w:spacing w:after="0" w:line="240" w:lineRule="auto"/>
            </w:pPr>
            <w:r>
              <w:rPr>
                <w:sz w:val="16"/>
              </w:rPr>
              <w:t xml:space="preserve">□ </w:t>
            </w:r>
            <w:proofErr w:type="spellStart"/>
            <w:r>
              <w:rPr>
                <w:sz w:val="16"/>
              </w:rPr>
              <w:t>igen</w:t>
            </w:r>
            <w:proofErr w:type="spellEnd"/>
            <w:r>
              <w:rPr>
                <w:sz w:val="16"/>
              </w:rPr>
              <w:t xml:space="preserve"> </w:t>
            </w:r>
            <w:r w:rsidR="009D4574">
              <w:rPr>
                <w:sz w:val="16"/>
              </w:rPr>
              <w:t xml:space="preserve">      </w:t>
            </w:r>
            <w:r>
              <w:rPr>
                <w:sz w:val="16"/>
              </w:rPr>
              <w:t>□ nem</w:t>
            </w:r>
          </w:p>
        </w:tc>
        <w:tc>
          <w:tcPr>
            <w:tcW w:w="1871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1C934B2" w14:textId="54E3D577" w:rsidR="00D35822" w:rsidRDefault="00D35822">
            <w:pPr>
              <w:spacing w:after="0" w:line="240" w:lineRule="auto"/>
            </w:pPr>
          </w:p>
        </w:tc>
      </w:tr>
      <w:tr w:rsidR="00D35822" w14:paraId="4357D839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jc w:val="center"/>
        </w:trPr>
        <w:tc>
          <w:tcPr>
            <w:tcW w:w="136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0AA88489" w14:textId="77777777" w:rsidR="00D35822" w:rsidRDefault="00000000">
            <w:pPr>
              <w:spacing w:after="0" w:line="240" w:lineRule="auto"/>
            </w:pPr>
            <w:r>
              <w:rPr>
                <w:sz w:val="16"/>
              </w:rPr>
              <w:t>Repedés / mozgási hézag</w:t>
            </w:r>
          </w:p>
        </w:tc>
        <w:tc>
          <w:tcPr>
            <w:tcW w:w="136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DF12547" w14:textId="2D859A17" w:rsidR="00D35822" w:rsidRDefault="00D35822">
            <w:pPr>
              <w:spacing w:after="0" w:line="240" w:lineRule="auto"/>
            </w:pPr>
          </w:p>
        </w:tc>
        <w:tc>
          <w:tcPr>
            <w:tcW w:w="850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273006C3" w14:textId="2AA59659" w:rsidR="00D35822" w:rsidRDefault="00D35822">
            <w:pPr>
              <w:spacing w:after="0" w:line="240" w:lineRule="auto"/>
            </w:pPr>
          </w:p>
        </w:tc>
        <w:tc>
          <w:tcPr>
            <w:tcW w:w="124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88024F4" w14:textId="7ECA1C1E" w:rsidR="00D35822" w:rsidRDefault="00D35822">
            <w:pPr>
              <w:spacing w:after="0" w:line="240" w:lineRule="auto"/>
            </w:pPr>
          </w:p>
        </w:tc>
        <w:tc>
          <w:tcPr>
            <w:tcW w:w="147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671694BB" w14:textId="5C1A7A13" w:rsidR="00D35822" w:rsidRDefault="00D35822">
            <w:pPr>
              <w:spacing w:after="0" w:line="240" w:lineRule="auto"/>
            </w:pPr>
          </w:p>
        </w:tc>
        <w:tc>
          <w:tcPr>
            <w:tcW w:w="96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6854BFF2" w14:textId="7B901696" w:rsidR="00D35822" w:rsidRDefault="00000000">
            <w:pPr>
              <w:spacing w:after="0" w:line="240" w:lineRule="auto"/>
            </w:pPr>
            <w:r>
              <w:rPr>
                <w:sz w:val="16"/>
              </w:rPr>
              <w:t xml:space="preserve">□ </w:t>
            </w:r>
            <w:proofErr w:type="spellStart"/>
            <w:r>
              <w:rPr>
                <w:sz w:val="16"/>
              </w:rPr>
              <w:t>igen</w:t>
            </w:r>
            <w:proofErr w:type="spellEnd"/>
            <w:r>
              <w:rPr>
                <w:sz w:val="16"/>
              </w:rPr>
              <w:t xml:space="preserve"> </w:t>
            </w:r>
            <w:r w:rsidR="009D4574">
              <w:rPr>
                <w:sz w:val="16"/>
              </w:rPr>
              <w:t xml:space="preserve">      </w:t>
            </w:r>
            <w:r>
              <w:rPr>
                <w:sz w:val="16"/>
              </w:rPr>
              <w:t>□ nem</w:t>
            </w:r>
          </w:p>
        </w:tc>
        <w:tc>
          <w:tcPr>
            <w:tcW w:w="1871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165483FA" w14:textId="43812281" w:rsidR="00D35822" w:rsidRDefault="00D35822">
            <w:pPr>
              <w:spacing w:after="0" w:line="240" w:lineRule="auto"/>
            </w:pPr>
          </w:p>
        </w:tc>
      </w:tr>
      <w:tr w:rsidR="00D35822" w14:paraId="548A5FDF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jc w:val="center"/>
        </w:trPr>
        <w:tc>
          <w:tcPr>
            <w:tcW w:w="136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1C0EEAB6" w14:textId="77777777" w:rsidR="00D35822" w:rsidRDefault="00000000">
            <w:pPr>
              <w:spacing w:after="0" w:line="240" w:lineRule="auto"/>
            </w:pPr>
            <w:r>
              <w:rPr>
                <w:sz w:val="16"/>
              </w:rPr>
              <w:t>Tisztaság / szennyezés</w:t>
            </w:r>
          </w:p>
        </w:tc>
        <w:tc>
          <w:tcPr>
            <w:tcW w:w="136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034F0018" w14:textId="1EAC9D9A" w:rsidR="00D35822" w:rsidRDefault="00D35822">
            <w:pPr>
              <w:spacing w:after="0" w:line="240" w:lineRule="auto"/>
            </w:pPr>
          </w:p>
        </w:tc>
        <w:tc>
          <w:tcPr>
            <w:tcW w:w="850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08C34022" w14:textId="543C0C31" w:rsidR="00D35822" w:rsidRDefault="00D35822">
            <w:pPr>
              <w:spacing w:after="0" w:line="240" w:lineRule="auto"/>
            </w:pPr>
          </w:p>
        </w:tc>
        <w:tc>
          <w:tcPr>
            <w:tcW w:w="124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458020A9" w14:textId="227DEEBA" w:rsidR="00D35822" w:rsidRDefault="00D35822">
            <w:pPr>
              <w:spacing w:after="0" w:line="240" w:lineRule="auto"/>
            </w:pPr>
          </w:p>
        </w:tc>
        <w:tc>
          <w:tcPr>
            <w:tcW w:w="147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F71C8BA" w14:textId="79754250" w:rsidR="00D35822" w:rsidRDefault="00D35822">
            <w:pPr>
              <w:spacing w:after="0" w:line="240" w:lineRule="auto"/>
            </w:pPr>
          </w:p>
        </w:tc>
        <w:tc>
          <w:tcPr>
            <w:tcW w:w="96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2B2E7438" w14:textId="66C7E49F" w:rsidR="00D35822" w:rsidRDefault="00000000">
            <w:pPr>
              <w:spacing w:after="0" w:line="240" w:lineRule="auto"/>
            </w:pPr>
            <w:r>
              <w:rPr>
                <w:sz w:val="16"/>
              </w:rPr>
              <w:t xml:space="preserve">□ </w:t>
            </w:r>
            <w:proofErr w:type="spellStart"/>
            <w:r>
              <w:rPr>
                <w:sz w:val="16"/>
              </w:rPr>
              <w:t>igen</w:t>
            </w:r>
            <w:proofErr w:type="spellEnd"/>
            <w:r>
              <w:rPr>
                <w:sz w:val="16"/>
              </w:rPr>
              <w:t xml:space="preserve"> </w:t>
            </w:r>
            <w:r w:rsidR="009D4574">
              <w:rPr>
                <w:sz w:val="16"/>
              </w:rPr>
              <w:t xml:space="preserve">      </w:t>
            </w:r>
            <w:r>
              <w:rPr>
                <w:sz w:val="16"/>
              </w:rPr>
              <w:t>□ nem</w:t>
            </w:r>
          </w:p>
        </w:tc>
        <w:tc>
          <w:tcPr>
            <w:tcW w:w="1871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02D4A5B" w14:textId="4C157465" w:rsidR="00D35822" w:rsidRDefault="00D35822">
            <w:pPr>
              <w:spacing w:after="0" w:line="240" w:lineRule="auto"/>
            </w:pPr>
          </w:p>
        </w:tc>
      </w:tr>
      <w:tr w:rsidR="00D35822" w14:paraId="6DD02E71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jc w:val="center"/>
        </w:trPr>
        <w:tc>
          <w:tcPr>
            <w:tcW w:w="136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B8CCD8B" w14:textId="77777777" w:rsidR="00D35822" w:rsidRDefault="00000000">
            <w:pPr>
              <w:spacing w:after="0" w:line="240" w:lineRule="auto"/>
            </w:pPr>
            <w:r>
              <w:rPr>
                <w:sz w:val="16"/>
              </w:rPr>
              <w:t>Szint / csatlakozás</w:t>
            </w:r>
          </w:p>
        </w:tc>
        <w:tc>
          <w:tcPr>
            <w:tcW w:w="136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43B63E0A" w14:textId="02841F43" w:rsidR="00D35822" w:rsidRDefault="00D35822">
            <w:pPr>
              <w:spacing w:after="0" w:line="240" w:lineRule="auto"/>
            </w:pPr>
          </w:p>
        </w:tc>
        <w:tc>
          <w:tcPr>
            <w:tcW w:w="850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4176D8BB" w14:textId="6ADEDAFD" w:rsidR="00D35822" w:rsidRDefault="00D35822">
            <w:pPr>
              <w:spacing w:after="0" w:line="240" w:lineRule="auto"/>
            </w:pPr>
          </w:p>
        </w:tc>
        <w:tc>
          <w:tcPr>
            <w:tcW w:w="1247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07654246" w14:textId="71D3F159" w:rsidR="00D35822" w:rsidRDefault="00D35822">
            <w:pPr>
              <w:spacing w:after="0" w:line="240" w:lineRule="auto"/>
            </w:pPr>
          </w:p>
        </w:tc>
        <w:tc>
          <w:tcPr>
            <w:tcW w:w="147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2AC1DB8" w14:textId="5F26E2B4" w:rsidR="00D35822" w:rsidRDefault="00D35822">
            <w:pPr>
              <w:spacing w:after="0" w:line="240" w:lineRule="auto"/>
            </w:pPr>
          </w:p>
        </w:tc>
        <w:tc>
          <w:tcPr>
            <w:tcW w:w="96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2FFCEEB7" w14:textId="698581F6" w:rsidR="00D35822" w:rsidRDefault="00000000">
            <w:pPr>
              <w:spacing w:after="0" w:line="240" w:lineRule="auto"/>
            </w:pPr>
            <w:r>
              <w:rPr>
                <w:sz w:val="16"/>
              </w:rPr>
              <w:t xml:space="preserve">□ </w:t>
            </w:r>
            <w:proofErr w:type="spellStart"/>
            <w:r>
              <w:rPr>
                <w:sz w:val="16"/>
              </w:rPr>
              <w:t>igen</w:t>
            </w:r>
            <w:proofErr w:type="spellEnd"/>
            <w:r>
              <w:rPr>
                <w:sz w:val="16"/>
              </w:rPr>
              <w:t xml:space="preserve"> </w:t>
            </w:r>
            <w:r w:rsidR="009D4574">
              <w:rPr>
                <w:sz w:val="16"/>
              </w:rPr>
              <w:t xml:space="preserve">      </w:t>
            </w:r>
            <w:r>
              <w:rPr>
                <w:sz w:val="16"/>
              </w:rPr>
              <w:t>□ nem</w:t>
            </w:r>
          </w:p>
        </w:tc>
        <w:tc>
          <w:tcPr>
            <w:tcW w:w="1871" w:type="dxa"/>
            <w:gridSpan w:val="2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155EB847" w14:textId="6E1F361B" w:rsidR="00D35822" w:rsidRDefault="00D35822">
            <w:pPr>
              <w:spacing w:after="0" w:line="240" w:lineRule="auto"/>
            </w:pPr>
          </w:p>
        </w:tc>
      </w:tr>
      <w:tr w:rsidR="00D35822" w14:paraId="2DC67D97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gridSpan w:val="3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66929D29" w14:textId="77777777" w:rsidR="00D35822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Repedések / dilatációk térképe</w:t>
            </w:r>
          </w:p>
        </w:tc>
        <w:tc>
          <w:tcPr>
            <w:tcW w:w="4933" w:type="dxa"/>
            <w:gridSpan w:val="4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21A40E54" w14:textId="77777777" w:rsidR="00D35822" w:rsidRDefault="00000000">
            <w:pPr>
              <w:spacing w:after="0" w:line="240" w:lineRule="auto"/>
            </w:pPr>
            <w:r>
              <w:rPr>
                <w:sz w:val="16"/>
              </w:rPr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</w:p>
        </w:tc>
      </w:tr>
      <w:tr w:rsidR="00D35822" w14:paraId="53254BA7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gridSpan w:val="3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2CCD1DD" w14:textId="77777777" w:rsidR="00D35822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Szükséges előkészítő munkák</w:t>
            </w:r>
          </w:p>
        </w:tc>
        <w:tc>
          <w:tcPr>
            <w:tcW w:w="4933" w:type="dxa"/>
            <w:gridSpan w:val="4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69BD41D" w14:textId="77777777" w:rsidR="00D35822" w:rsidRDefault="00000000">
            <w:pPr>
              <w:spacing w:after="0" w:line="240" w:lineRule="auto"/>
            </w:pPr>
            <w:r>
              <w:rPr>
                <w:sz w:val="16"/>
              </w:rPr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</w:p>
        </w:tc>
      </w:tr>
      <w:tr w:rsidR="00D35822" w14:paraId="7071AEF3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gridSpan w:val="3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8D42DE4" w14:textId="77777777" w:rsidR="00D35822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Nem vizsgált / takart részek</w:t>
            </w:r>
          </w:p>
        </w:tc>
        <w:tc>
          <w:tcPr>
            <w:tcW w:w="4933" w:type="dxa"/>
            <w:gridSpan w:val="4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EF17711" w14:textId="77777777" w:rsidR="00D35822" w:rsidRDefault="00000000">
            <w:pPr>
              <w:spacing w:after="0" w:line="240" w:lineRule="auto"/>
            </w:pPr>
            <w:r>
              <w:rPr>
                <w:sz w:val="16"/>
              </w:rPr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</w:p>
        </w:tc>
      </w:tr>
      <w:tr w:rsidR="00D35822" w14:paraId="19EEC665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gridSpan w:val="3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4519012" w14:textId="77777777" w:rsidR="00D35822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Döntés</w:t>
            </w:r>
          </w:p>
        </w:tc>
        <w:tc>
          <w:tcPr>
            <w:tcW w:w="4933" w:type="dxa"/>
            <w:gridSpan w:val="4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810DCAD" w14:textId="77777777" w:rsidR="00D35822" w:rsidRDefault="00000000">
            <w:pPr>
              <w:spacing w:after="0" w:line="240" w:lineRule="auto"/>
            </w:pPr>
            <w:r>
              <w:rPr>
                <w:sz w:val="16"/>
              </w:rPr>
              <w:t>□ burkolható  □ előkészítés után burkolható  □ nem burkolható</w:t>
            </w:r>
          </w:p>
        </w:tc>
      </w:tr>
      <w:tr w:rsidR="00D35822" w14:paraId="3DE69E5E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gridSpan w:val="3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83DD998" w14:textId="77777777" w:rsidR="00D35822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Újravizsgálat szükséges</w:t>
            </w:r>
          </w:p>
        </w:tc>
        <w:tc>
          <w:tcPr>
            <w:tcW w:w="4933" w:type="dxa"/>
            <w:gridSpan w:val="4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7D1924D" w14:textId="2982C987" w:rsidR="00D35822" w:rsidRPr="001D6DD0" w:rsidRDefault="00000000">
            <w:pPr>
              <w:spacing w:after="0" w:line="240" w:lineRule="auto"/>
            </w:pPr>
            <w:r w:rsidRPr="001D6DD0">
              <w:rPr>
                <w:sz w:val="16"/>
              </w:rPr>
              <w:t xml:space="preserve">□ </w:t>
            </w:r>
            <w:proofErr w:type="spellStart"/>
            <w:r w:rsidRPr="001D6DD0">
              <w:rPr>
                <w:sz w:val="16"/>
              </w:rPr>
              <w:t>igen</w:t>
            </w:r>
            <w:proofErr w:type="spellEnd"/>
            <w:r w:rsidRPr="001D6DD0">
              <w:rPr>
                <w:sz w:val="16"/>
              </w:rPr>
              <w:t xml:space="preserve">, </w:t>
            </w:r>
            <w:proofErr w:type="spellStart"/>
            <w:r w:rsidRPr="001D6DD0">
              <w:rPr>
                <w:sz w:val="16"/>
              </w:rPr>
              <w:t>feltétel</w:t>
            </w:r>
            <w:proofErr w:type="spellEnd"/>
            <w:r w:rsidRPr="001D6DD0">
              <w:rPr>
                <w:sz w:val="16"/>
              </w:rPr>
              <w:t xml:space="preserve">: </w:t>
            </w:r>
            <w:r w:rsidR="001D6DD0" w:rsidRPr="001D6DD0">
              <w:rPr>
                <w:sz w:val="16"/>
              </w:rPr>
              <w:t xml:space="preserve">                                                                         </w:t>
            </w:r>
            <w:r w:rsidRPr="001D6DD0">
              <w:rPr>
                <w:sz w:val="16"/>
              </w:rPr>
              <w:t>□ nem</w:t>
            </w:r>
          </w:p>
        </w:tc>
      </w:tr>
      <w:tr w:rsidR="00D35822" w14:paraId="1B594DF3" w14:textId="77777777">
        <w:tblPrEx>
          <w:tblBorders>
            <w:top w:val="single" w:sz="6" w:space="0" w:color="A9B1B8"/>
            <w:left w:val="single" w:sz="6" w:space="0" w:color="A9B1B8"/>
            <w:bottom w:val="single" w:sz="6" w:space="0" w:color="A9B1B8"/>
            <w:right w:val="single" w:sz="6" w:space="0" w:color="A9B1B8"/>
            <w:insideH w:val="single" w:sz="6" w:space="0" w:color="A9B1B8"/>
            <w:insideV w:val="single" w:sz="6" w:space="0" w:color="A9B1B8"/>
          </w:tblBorders>
        </w:tblPrEx>
        <w:trPr>
          <w:gridAfter w:val="1"/>
          <w:wAfter w:w="966" w:type="dxa"/>
          <w:jc w:val="center"/>
        </w:trPr>
        <w:tc>
          <w:tcPr>
            <w:tcW w:w="4933" w:type="dxa"/>
            <w:gridSpan w:val="3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3564281" w14:textId="77777777" w:rsidR="00D35822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Fotók / mérési melléklet</w:t>
            </w:r>
          </w:p>
        </w:tc>
        <w:tc>
          <w:tcPr>
            <w:tcW w:w="4933" w:type="dxa"/>
            <w:gridSpan w:val="4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2F423E35" w14:textId="43F8A051" w:rsidR="00D35822" w:rsidRDefault="00D35822">
            <w:pPr>
              <w:spacing w:after="0" w:line="240" w:lineRule="auto"/>
            </w:pPr>
          </w:p>
        </w:tc>
      </w:tr>
    </w:tbl>
    <w:p w14:paraId="4C101CD2" w14:textId="77777777" w:rsidR="00D35822" w:rsidRDefault="00D35822">
      <w:pPr>
        <w:pStyle w:val="SFClause"/>
        <w:rPr>
          <w:rFonts w:hint="eastAsia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933"/>
        <w:gridCol w:w="4933"/>
      </w:tblGrid>
      <w:tr w:rsidR="00D35822" w14:paraId="3C7CD5CB" w14:textId="77777777">
        <w:trPr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20" w:type="dxa"/>
              <w:left w:w="90" w:type="dxa"/>
              <w:bottom w:w="20" w:type="dxa"/>
              <w:right w:w="90" w:type="dxa"/>
            </w:tcMar>
            <w:vAlign w:val="center"/>
          </w:tcPr>
          <w:p w14:paraId="212E9150" w14:textId="77777777" w:rsidR="00D35822" w:rsidRDefault="00000000">
            <w:pPr>
              <w:spacing w:after="0" w:line="240" w:lineRule="auto"/>
            </w:pPr>
            <w:r>
              <w:rPr>
                <w:b/>
                <w:sz w:val="16"/>
              </w:rPr>
              <w:br/>
              <w:t>____________________________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20" w:type="dxa"/>
              <w:left w:w="90" w:type="dxa"/>
              <w:bottom w:w="20" w:type="dxa"/>
              <w:right w:w="90" w:type="dxa"/>
            </w:tcMar>
            <w:vAlign w:val="center"/>
          </w:tcPr>
          <w:p w14:paraId="1289688E" w14:textId="77777777" w:rsidR="00D35822" w:rsidRDefault="00000000">
            <w:pPr>
              <w:spacing w:after="0" w:line="240" w:lineRule="auto"/>
            </w:pPr>
            <w:r>
              <w:rPr>
                <w:b/>
                <w:sz w:val="16"/>
              </w:rPr>
              <w:br/>
              <w:t>____________________________</w:t>
            </w:r>
          </w:p>
        </w:tc>
      </w:tr>
      <w:tr w:rsidR="00D35822" w14:paraId="3BB7DD9B" w14:textId="77777777">
        <w:trPr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20" w:type="dxa"/>
              <w:left w:w="90" w:type="dxa"/>
              <w:bottom w:w="20" w:type="dxa"/>
              <w:right w:w="90" w:type="dxa"/>
            </w:tcMar>
            <w:vAlign w:val="center"/>
          </w:tcPr>
          <w:p w14:paraId="1C22AE28" w14:textId="197A177D" w:rsidR="00D35822" w:rsidRDefault="00D35822">
            <w:pPr>
              <w:spacing w:after="0" w:line="240" w:lineRule="auto"/>
              <w:jc w:val="center"/>
            </w:pP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20" w:type="dxa"/>
              <w:left w:w="90" w:type="dxa"/>
              <w:bottom w:w="20" w:type="dxa"/>
              <w:right w:w="90" w:type="dxa"/>
            </w:tcMar>
            <w:vAlign w:val="center"/>
          </w:tcPr>
          <w:p w14:paraId="797FED19" w14:textId="7BE3C8E9" w:rsidR="00D35822" w:rsidRDefault="00D35822">
            <w:pPr>
              <w:spacing w:after="0" w:line="240" w:lineRule="auto"/>
              <w:jc w:val="center"/>
            </w:pPr>
          </w:p>
        </w:tc>
      </w:tr>
      <w:tr w:rsidR="00D35822" w14:paraId="189F8F35" w14:textId="77777777">
        <w:trPr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20" w:type="dxa"/>
              <w:left w:w="90" w:type="dxa"/>
              <w:bottom w:w="20" w:type="dxa"/>
              <w:right w:w="90" w:type="dxa"/>
            </w:tcMar>
            <w:vAlign w:val="center"/>
          </w:tcPr>
          <w:p w14:paraId="17BD5129" w14:textId="77777777" w:rsidR="00D35822" w:rsidRDefault="0000000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Vizsgáló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20" w:type="dxa"/>
              <w:left w:w="90" w:type="dxa"/>
              <w:bottom w:w="20" w:type="dxa"/>
              <w:right w:w="90" w:type="dxa"/>
            </w:tcMar>
            <w:vAlign w:val="center"/>
          </w:tcPr>
          <w:p w14:paraId="54DF612B" w14:textId="77777777" w:rsidR="00D35822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Megrendelő / műszaki képviselő</w:t>
            </w:r>
          </w:p>
        </w:tc>
      </w:tr>
    </w:tbl>
    <w:p w14:paraId="3C459CE6" w14:textId="77777777" w:rsidR="00D35822" w:rsidRDefault="00000000">
      <w:pPr>
        <w:pStyle w:val="Cmsor1"/>
        <w:pBdr>
          <w:bottom w:val="single" w:sz="8" w:space="3" w:color="F29F05"/>
        </w:pBdr>
      </w:pPr>
      <w:r>
        <w:t>Felmérési díj és felhasználás</w:t>
      </w:r>
    </w:p>
    <w:p w14:paraId="55A109AE" w14:textId="77777777" w:rsidR="00D35822" w:rsidRDefault="00000000">
      <w:pPr>
        <w:pStyle w:val="Felsorols"/>
      </w:pPr>
      <w:r>
        <w:t>Alapfelmérés: főszabály szerint 100% előrefizetés.</w:t>
      </w:r>
    </w:p>
    <w:p w14:paraId="1DFD4828" w14:textId="77777777" w:rsidR="00D35822" w:rsidRDefault="00000000">
      <w:pPr>
        <w:pStyle w:val="Felsorols"/>
      </w:pPr>
      <w:r>
        <w:t>Extra/szakértői felmérés: az egyedi megrendelő szerinti díj; alapbeállításként 25% előleg, fennmaradó rész a jelentés átadásakor.</w:t>
      </w:r>
    </w:p>
    <w:p w14:paraId="18C5E83F" w14:textId="77777777" w:rsidR="00D35822" w:rsidRDefault="00000000">
      <w:pPr>
        <w:pStyle w:val="Felsorols"/>
      </w:pPr>
      <w:r>
        <w:t>A felmérési díj nem automatikusan része a későbbi kivitelezési díjnak; beszámítás csak akkor történik, ha az ajánlat ezt kifejezetten tartalmazza.</w:t>
      </w:r>
    </w:p>
    <w:p w14:paraId="7B6B77D3" w14:textId="77777777" w:rsidR="00D35822" w:rsidRDefault="00000000">
      <w:pPr>
        <w:pStyle w:val="Felsorols"/>
      </w:pPr>
      <w:r>
        <w:lastRenderedPageBreak/>
        <w:t>A felmérésből készült műszaki javaslat a vizsgálat napján ismert állapotra épül; későbbi beázás, más szakág vagy szerkezeti változás új ellenőrzést tehet szükségessé.</w:t>
      </w:r>
    </w:p>
    <w:sectPr w:rsidR="00D3582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9" w:h="16834"/>
      <w:pgMar w:top="1037" w:right="1066" w:bottom="979" w:left="1066" w:header="346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FE92DE" w14:textId="77777777" w:rsidR="00562300" w:rsidRDefault="00562300">
      <w:pPr>
        <w:spacing w:after="0" w:line="240" w:lineRule="auto"/>
      </w:pPr>
      <w:r>
        <w:separator/>
      </w:r>
    </w:p>
  </w:endnote>
  <w:endnote w:type="continuationSeparator" w:id="0">
    <w:p w14:paraId="5AE76826" w14:textId="77777777" w:rsidR="00562300" w:rsidRDefault="005623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Inter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Noto Serif Display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6E2B2" w14:textId="77777777" w:rsidR="00D35822" w:rsidRDefault="00D35822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6912"/>
      <w:gridCol w:w="2808"/>
    </w:tblGrid>
    <w:tr w:rsidR="00D35822" w14:paraId="38BF082B" w14:textId="77777777">
      <w:trPr>
        <w:jc w:val="center"/>
      </w:trPr>
      <w:tc>
        <w:tcPr>
          <w:tcW w:w="6912" w:type="dxa"/>
          <w:tcBorders>
            <w:top w:val="single" w:sz="4" w:space="0" w:color="D9D4CE"/>
          </w:tcBorders>
          <w:tcMar>
            <w:top w:w="30" w:type="dxa"/>
            <w:left w:w="20" w:type="dxa"/>
            <w:bottom w:w="10" w:type="dxa"/>
            <w:right w:w="20" w:type="dxa"/>
          </w:tcMar>
        </w:tcPr>
        <w:p w14:paraId="4E711B06" w14:textId="77777777" w:rsidR="00D35822" w:rsidRDefault="00000000">
          <w:r>
            <w:rPr>
              <w:color w:val="676767"/>
              <w:sz w:val="14"/>
            </w:rPr>
            <w:t>SF-JOG-</w:t>
          </w:r>
          <w:proofErr w:type="gramStart"/>
          <w:r>
            <w:rPr>
              <w:color w:val="676767"/>
              <w:sz w:val="14"/>
            </w:rPr>
            <w:t>04  •</w:t>
          </w:r>
          <w:proofErr w:type="gramEnd"/>
          <w:r>
            <w:rPr>
              <w:color w:val="676767"/>
              <w:sz w:val="14"/>
            </w:rPr>
            <w:t xml:space="preserve">  </w:t>
          </w:r>
          <w:proofErr w:type="gramStart"/>
          <w:r>
            <w:rPr>
              <w:color w:val="676767"/>
              <w:sz w:val="14"/>
            </w:rPr>
            <w:t>v3.0  •</w:t>
          </w:r>
          <w:proofErr w:type="gramEnd"/>
          <w:r>
            <w:rPr>
              <w:color w:val="676767"/>
              <w:sz w:val="14"/>
            </w:rPr>
            <w:t xml:space="preserve">  Spirit Floor Kft.</w:t>
          </w:r>
        </w:p>
      </w:tc>
      <w:tc>
        <w:tcPr>
          <w:tcW w:w="2808" w:type="dxa"/>
          <w:tcBorders>
            <w:top w:val="single" w:sz="4" w:space="0" w:color="D9D4CE"/>
          </w:tcBorders>
          <w:tcMar>
            <w:top w:w="30" w:type="dxa"/>
            <w:left w:w="20" w:type="dxa"/>
            <w:bottom w:w="10" w:type="dxa"/>
            <w:right w:w="20" w:type="dxa"/>
          </w:tcMar>
        </w:tcPr>
        <w:p w14:paraId="64269F6D" w14:textId="77777777" w:rsidR="00D35822" w:rsidRDefault="00000000">
          <w:pPr>
            <w:jc w:val="right"/>
          </w:pPr>
          <w:r>
            <w:rPr>
              <w:color w:val="676767"/>
              <w:sz w:val="14"/>
            </w:rPr>
            <w:t xml:space="preserve">Oldal </w:t>
          </w:r>
          <w:r>
            <w:rPr>
              <w:color w:val="676767"/>
              <w:sz w:val="14"/>
            </w:rPr>
            <w:fldChar w:fldCharType="begin"/>
          </w:r>
          <w:r>
            <w:rPr>
              <w:color w:val="676767"/>
              <w:sz w:val="14"/>
            </w:rPr>
            <w:instrText>PAGE</w:instrText>
          </w:r>
          <w:r w:rsidR="001D6DD0">
            <w:rPr>
              <w:color w:val="676767"/>
              <w:sz w:val="14"/>
            </w:rPr>
            <w:fldChar w:fldCharType="separate"/>
          </w:r>
          <w:r w:rsidR="001D6DD0">
            <w:rPr>
              <w:noProof/>
              <w:color w:val="676767"/>
              <w:sz w:val="14"/>
            </w:rPr>
            <w:t>1</w:t>
          </w:r>
          <w:r>
            <w:rPr>
              <w:color w:val="676767"/>
              <w:sz w:val="14"/>
            </w:rPr>
            <w:fldChar w:fldCharType="end"/>
          </w:r>
          <w:r>
            <w:rPr>
              <w:color w:val="676767"/>
              <w:sz w:val="14"/>
            </w:rPr>
            <w:t xml:space="preserve"> / </w:t>
          </w:r>
          <w:r>
            <w:rPr>
              <w:color w:val="676767"/>
              <w:sz w:val="14"/>
            </w:rPr>
            <w:fldChar w:fldCharType="begin"/>
          </w:r>
          <w:r>
            <w:rPr>
              <w:color w:val="676767"/>
              <w:sz w:val="14"/>
            </w:rPr>
            <w:instrText>NUMPAGES</w:instrText>
          </w:r>
          <w:r w:rsidR="001D6DD0">
            <w:rPr>
              <w:color w:val="676767"/>
              <w:sz w:val="14"/>
            </w:rPr>
            <w:fldChar w:fldCharType="separate"/>
          </w:r>
          <w:r w:rsidR="001D6DD0">
            <w:rPr>
              <w:noProof/>
              <w:color w:val="676767"/>
              <w:sz w:val="14"/>
            </w:rPr>
            <w:t>2</w:t>
          </w:r>
          <w:r>
            <w:rPr>
              <w:color w:val="676767"/>
              <w:sz w:val="14"/>
            </w:rPr>
            <w:fldChar w:fldCharType="end"/>
          </w: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74525" w14:textId="77777777" w:rsidR="00D35822" w:rsidRDefault="00D35822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8D28A8" w14:textId="77777777" w:rsidR="00562300" w:rsidRDefault="00562300">
      <w:pPr>
        <w:spacing w:after="0" w:line="240" w:lineRule="auto"/>
      </w:pPr>
      <w:r>
        <w:separator/>
      </w:r>
    </w:p>
  </w:footnote>
  <w:footnote w:type="continuationSeparator" w:id="0">
    <w:p w14:paraId="216662E9" w14:textId="77777777" w:rsidR="00562300" w:rsidRDefault="005623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04C37" w14:textId="77777777" w:rsidR="00D35822" w:rsidRDefault="00D35822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1008"/>
      <w:gridCol w:w="8640"/>
    </w:tblGrid>
    <w:tr w:rsidR="00D35822" w14:paraId="62EEFCF3" w14:textId="77777777">
      <w:trPr>
        <w:jc w:val="center"/>
      </w:trPr>
      <w:tc>
        <w:tcPr>
          <w:tcW w:w="1008" w:type="dxa"/>
          <w:tcBorders>
            <w:bottom w:val="single" w:sz="10" w:space="0" w:color="F29F05"/>
          </w:tcBorders>
          <w:tcMar>
            <w:top w:w="20" w:type="dxa"/>
            <w:left w:w="20" w:type="dxa"/>
            <w:bottom w:w="30" w:type="dxa"/>
            <w:right w:w="20" w:type="dxa"/>
          </w:tcMar>
        </w:tcPr>
        <w:p w14:paraId="7DD9C941" w14:textId="77777777" w:rsidR="00D35822" w:rsidRDefault="00000000">
          <w:r>
            <w:rPr>
              <w:noProof/>
            </w:rPr>
            <w:drawing>
              <wp:inline distT="0" distB="0" distL="0" distR="0" wp14:anchorId="0C72EE30" wp14:editId="30285E83">
                <wp:extent cx="292608" cy="306905"/>
                <wp:effectExtent l="0" t="0" r="0" b="0"/>
                <wp:docPr id="981530417" name="Picture 1" descr="Spirit Floor logó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pirit_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2608" cy="3069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640" w:type="dxa"/>
          <w:tcBorders>
            <w:bottom w:val="single" w:sz="10" w:space="0" w:color="F29F05"/>
          </w:tcBorders>
          <w:tcMar>
            <w:top w:w="20" w:type="dxa"/>
            <w:left w:w="20" w:type="dxa"/>
            <w:bottom w:w="30" w:type="dxa"/>
            <w:right w:w="20" w:type="dxa"/>
          </w:tcMar>
        </w:tcPr>
        <w:p w14:paraId="270AC331" w14:textId="77777777" w:rsidR="00D35822" w:rsidRDefault="00000000">
          <w:pPr>
            <w:jc w:val="right"/>
          </w:pPr>
          <w:r>
            <w:rPr>
              <w:b/>
              <w:color w:val="2D2218"/>
              <w:sz w:val="14"/>
            </w:rPr>
            <w:t xml:space="preserve">SPIRIT </w:t>
          </w:r>
          <w:proofErr w:type="gramStart"/>
          <w:r>
            <w:rPr>
              <w:b/>
              <w:color w:val="2D2218"/>
              <w:sz w:val="14"/>
            </w:rPr>
            <w:t>FLOOR  •</w:t>
          </w:r>
          <w:proofErr w:type="gramEnd"/>
          <w:r>
            <w:rPr>
              <w:b/>
              <w:color w:val="2D2218"/>
              <w:sz w:val="14"/>
            </w:rPr>
            <w:t xml:space="preserve">  FELMÉRÉSI FELTÉTELEK</w:t>
          </w:r>
        </w:p>
      </w:tc>
    </w:tr>
  </w:tbl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118B1A" w14:textId="77777777" w:rsidR="00D35822" w:rsidRDefault="00D35822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27706370">
    <w:abstractNumId w:val="8"/>
  </w:num>
  <w:num w:numId="2" w16cid:durableId="713191868">
    <w:abstractNumId w:val="6"/>
  </w:num>
  <w:num w:numId="3" w16cid:durableId="1086682124">
    <w:abstractNumId w:val="5"/>
  </w:num>
  <w:num w:numId="4" w16cid:durableId="615258382">
    <w:abstractNumId w:val="4"/>
  </w:num>
  <w:num w:numId="5" w16cid:durableId="168834391">
    <w:abstractNumId w:val="7"/>
  </w:num>
  <w:num w:numId="6" w16cid:durableId="1736852244">
    <w:abstractNumId w:val="3"/>
  </w:num>
  <w:num w:numId="7" w16cid:durableId="1203907104">
    <w:abstractNumId w:val="2"/>
  </w:num>
  <w:num w:numId="8" w16cid:durableId="58676104">
    <w:abstractNumId w:val="1"/>
  </w:num>
  <w:num w:numId="9" w16cid:durableId="7911722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D6DD0"/>
    <w:rsid w:val="0029639D"/>
    <w:rsid w:val="00326F90"/>
    <w:rsid w:val="00562300"/>
    <w:rsid w:val="009D4574"/>
    <w:rsid w:val="00AA1D8D"/>
    <w:rsid w:val="00B47730"/>
    <w:rsid w:val="00B55B21"/>
    <w:rsid w:val="00CB0664"/>
    <w:rsid w:val="00D3582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E430F73"/>
  <w14:defaultImageDpi w14:val="300"/>
  <w15:docId w15:val="{59605E79-18A7-4474-9801-3B63B5E74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  <w:pPr>
      <w:spacing w:after="90" w:line="271" w:lineRule="auto"/>
    </w:pPr>
    <w:rPr>
      <w:rFonts w:ascii="Inter" w:eastAsia="Inter" w:hAnsi="Inter"/>
      <w:color w:val="222222"/>
      <w:sz w:val="19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320" w:after="140"/>
      <w:outlineLvl w:val="0"/>
    </w:pPr>
    <w:rPr>
      <w:rFonts w:asciiTheme="majorHAnsi" w:eastAsiaTheme="majorEastAsia" w:hAnsiTheme="majorHAnsi" w:cstheme="majorBidi"/>
      <w:bCs/>
      <w:color w:val="2D2218"/>
      <w:sz w:val="34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asciiTheme="majorHAnsi" w:eastAsiaTheme="majorEastAsia" w:hAnsiTheme="majorHAnsi" w:cstheme="majorBidi"/>
      <w:b/>
      <w:bCs/>
      <w:color w:val="2D2218"/>
      <w:sz w:val="23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160" w:after="60"/>
      <w:outlineLvl w:val="2"/>
    </w:pPr>
    <w:rPr>
      <w:rFonts w:asciiTheme="majorHAnsi" w:eastAsiaTheme="majorEastAsia" w:hAnsiTheme="majorHAnsi" w:cstheme="majorBidi"/>
      <w:b/>
      <w:bCs/>
      <w:color w:val="D98900"/>
      <w:sz w:val="20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contextualSpacing/>
    </w:pPr>
    <w:rPr>
      <w:sz w:val="18"/>
    </w:r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  <w:rPr>
      <w:sz w:val="18"/>
    </w:r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contextualSpacing/>
    </w:pPr>
    <w:rPr>
      <w:sz w:val="18"/>
    </w:r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  <w:rPr>
      <w:sz w:val="18"/>
    </w:r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FEyebrow">
    <w:name w:val="SF Eyebrow"/>
    <w:pPr>
      <w:keepNext/>
      <w:spacing w:after="80"/>
    </w:pPr>
    <w:rPr>
      <w:rFonts w:ascii="Inter" w:hAnsi="Inter"/>
      <w:b/>
      <w:caps/>
      <w:color w:val="D98900"/>
      <w:sz w:val="16"/>
    </w:rPr>
  </w:style>
  <w:style w:type="paragraph" w:customStyle="1" w:styleId="SFLead">
    <w:name w:val="SF Lead"/>
    <w:pPr>
      <w:spacing w:after="160" w:line="288" w:lineRule="auto"/>
    </w:pPr>
    <w:rPr>
      <w:rFonts w:ascii="Inter" w:hAnsi="Inter"/>
      <w:color w:val="676767"/>
      <w:sz w:val="21"/>
    </w:rPr>
  </w:style>
  <w:style w:type="paragraph" w:customStyle="1" w:styleId="SFNote">
    <w:name w:val="SF Note"/>
    <w:pPr>
      <w:spacing w:before="100" w:after="120"/>
      <w:ind w:left="173" w:right="115"/>
    </w:pPr>
    <w:rPr>
      <w:rFonts w:ascii="Inter" w:hAnsi="Inter"/>
      <w:color w:val="222222"/>
      <w:sz w:val="17"/>
    </w:rPr>
  </w:style>
  <w:style w:type="paragraph" w:customStyle="1" w:styleId="SFSource">
    <w:name w:val="SF Source"/>
    <w:pPr>
      <w:spacing w:after="40"/>
    </w:pPr>
    <w:rPr>
      <w:rFonts w:ascii="Inter" w:hAnsi="Inter"/>
      <w:color w:val="676767"/>
      <w:sz w:val="15"/>
    </w:rPr>
  </w:style>
  <w:style w:type="paragraph" w:customStyle="1" w:styleId="SFSmall">
    <w:name w:val="SF Small"/>
    <w:pPr>
      <w:spacing w:after="40"/>
    </w:pPr>
    <w:rPr>
      <w:rFonts w:ascii="Inter" w:hAnsi="Inter"/>
      <w:color w:val="676767"/>
      <w:sz w:val="16"/>
    </w:rPr>
  </w:style>
  <w:style w:type="paragraph" w:customStyle="1" w:styleId="SFClause">
    <w:name w:val="SF Clause"/>
    <w:pPr>
      <w:spacing w:after="100" w:line="274" w:lineRule="auto"/>
    </w:pPr>
    <w:rPr>
      <w:rFonts w:ascii="Inter" w:hAnsi="Inter"/>
      <w:color w:val="222222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1252</Words>
  <Characters>11384</Characters>
  <Application>Microsoft Office Word</Application>
  <DocSecurity>0</DocSecurity>
  <Lines>569</Lines>
  <Paragraphs>315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12321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>Gergő Nagy</cp:lastModifiedBy>
  <cp:revision>3</cp:revision>
  <dcterms:created xsi:type="dcterms:W3CDTF">2013-12-23T23:15:00Z</dcterms:created>
  <dcterms:modified xsi:type="dcterms:W3CDTF">2026-09-15T10:44:00Z</dcterms:modified>
  <cp:category/>
</cp:coreProperties>
</file>