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AE565" w14:textId="77777777" w:rsidR="002A6F2B" w:rsidRDefault="00000000">
      <w:pPr>
        <w:pStyle w:val="SFClause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64B96E6" wp14:editId="0CE8CBA7">
            <wp:extent cx="987552" cy="1035804"/>
            <wp:effectExtent l="0" t="0" r="0" b="0"/>
            <wp:docPr id="1" name="Picture 1" descr="Spirit Floor log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irit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103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F0C1C" w14:textId="77777777" w:rsidR="002A6F2B" w:rsidRDefault="00000000">
      <w:pPr>
        <w:pStyle w:val="SFEyebrow"/>
        <w:jc w:val="center"/>
        <w:rPr>
          <w:rFonts w:hint="eastAsia"/>
        </w:rPr>
      </w:pPr>
      <w:r>
        <w:t>SZERZŐDÉSES DOKUMENTÁCIÓ</w:t>
      </w:r>
    </w:p>
    <w:p w14:paraId="471085C2" w14:textId="77777777" w:rsidR="002A6F2B" w:rsidRDefault="00000000">
      <w:pPr>
        <w:pStyle w:val="SFClause"/>
        <w:jc w:val="center"/>
        <w:rPr>
          <w:rFonts w:hint="eastAsia"/>
        </w:rPr>
      </w:pPr>
      <w:r>
        <w:rPr>
          <w:rFonts w:ascii="Noto Serif Display" w:eastAsia="Noto Serif Display" w:hAnsi="Noto Serif Display"/>
          <w:color w:val="2D2218"/>
          <w:sz w:val="50"/>
        </w:rPr>
        <w:t>Megrendelőlap és projektadatlap</w:t>
      </w:r>
    </w:p>
    <w:p w14:paraId="5FE8396B" w14:textId="77777777" w:rsidR="002A6F2B" w:rsidRDefault="00000000">
      <w:pPr>
        <w:pStyle w:val="SFLead"/>
        <w:jc w:val="center"/>
        <w:rPr>
          <w:rFonts w:hint="eastAsia"/>
        </w:rPr>
      </w:pPr>
      <w:r>
        <w:t>A végleges műszaki tartalom, mennyiségek, árak, anyagok és minták jóváhagyása</w:t>
      </w:r>
    </w:p>
    <w:p w14:paraId="6AEFA4D2" w14:textId="77777777" w:rsidR="002A6F2B" w:rsidRDefault="00000000">
      <w:pPr>
        <w:pStyle w:val="SFClause"/>
        <w:jc w:val="center"/>
        <w:rPr>
          <w:rFonts w:hint="eastAsia"/>
        </w:rPr>
      </w:pPr>
      <w:r>
        <w:rPr>
          <w:color w:val="F29F05"/>
          <w:sz w:val="16"/>
        </w:rPr>
        <w:t>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6696"/>
      </w:tblGrid>
      <w:tr w:rsidR="002A6F2B" w14:paraId="6F911582" w14:textId="77777777">
        <w:trPr>
          <w:cantSplit/>
          <w:tblHeader/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2FC29" w14:textId="77777777" w:rsidR="002A6F2B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Dokumentumazonosító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E06BB6" w14:textId="77777777" w:rsidR="002A6F2B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SF-JOG-03</w:t>
            </w:r>
          </w:p>
        </w:tc>
      </w:tr>
      <w:tr w:rsidR="002A6F2B" w14:paraId="4BDDCB4A" w14:textId="77777777">
        <w:trPr>
          <w:cantSplit/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307C0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Verzió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7D1D67" w14:textId="77777777" w:rsidR="002A6F2B" w:rsidRDefault="00000000">
            <w:r>
              <w:t>3.0</w:t>
            </w:r>
          </w:p>
        </w:tc>
      </w:tr>
      <w:tr w:rsidR="002A6F2B" w14:paraId="4F72C408" w14:textId="77777777">
        <w:trPr>
          <w:cantSplit/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CABAE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Keltezés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2E4DD" w14:textId="77777777" w:rsidR="002A6F2B" w:rsidRDefault="00000000">
            <w:r>
              <w:t>2026. 09. 15.</w:t>
            </w:r>
          </w:p>
        </w:tc>
      </w:tr>
      <w:tr w:rsidR="002A6F2B" w14:paraId="6D126253" w14:textId="77777777">
        <w:trPr>
          <w:cantSplit/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74745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Kibocsátó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D5C5CE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Spirit Floor Kft.</w:t>
            </w:r>
          </w:p>
        </w:tc>
      </w:tr>
      <w:tr w:rsidR="002A6F2B" w14:paraId="3BD73009" w14:textId="77777777">
        <w:trPr>
          <w:cantSplit/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53046F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Weboldal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E00F3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https://spiritfloor.com</w:t>
            </w:r>
          </w:p>
        </w:tc>
      </w:tr>
      <w:tr w:rsidR="002A6F2B" w14:paraId="476F09D8" w14:textId="77777777">
        <w:trPr>
          <w:cantSplit/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AA73B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Állapot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CE53BB" w14:textId="77777777" w:rsidR="002A6F2B" w:rsidRDefault="00000000">
            <w:r>
              <w:t>MASTER v3.0 projektadatlap-sablon – projektspecifikus mezők kitöltendők</w:t>
            </w:r>
          </w:p>
        </w:tc>
      </w:tr>
    </w:tbl>
    <w:p w14:paraId="09D9864E" w14:textId="77777777" w:rsidR="002A6F2B" w:rsidRDefault="00000000">
      <w:pPr>
        <w:pStyle w:val="SFNote"/>
        <w:pBdr>
          <w:left w:val="single" w:sz="14" w:space="6" w:color="F29F05"/>
        </w:pBdr>
        <w:shd w:val="clear" w:color="auto" w:fill="FAF8F5"/>
        <w:rPr>
          <w:rFonts w:hint="eastAsia"/>
        </w:rPr>
      </w:pPr>
      <w:r>
        <w:rPr>
          <w:b/>
        </w:rPr>
        <w:t xml:space="preserve">Alapelv: </w:t>
      </w:r>
      <w:r>
        <w:t>átlátható feltételek, dokumentált műszaki döntések és egyértelmű felelősségi határok. A fogyasztót megillető kötelező jogokat a dokumentum nem korlátozza.</w:t>
      </w:r>
    </w:p>
    <w:p w14:paraId="790201D9" w14:textId="77777777" w:rsidR="002A6F2B" w:rsidRDefault="00000000">
      <w:pPr>
        <w:pStyle w:val="SFClause"/>
        <w:jc w:val="center"/>
        <w:rPr>
          <w:rFonts w:hint="eastAsia"/>
        </w:rPr>
      </w:pPr>
      <w:r>
        <w:rPr>
          <w:color w:val="676767"/>
          <w:sz w:val="15"/>
        </w:rPr>
        <w:t>Spirit Floor Kereskedelmi és Szolgáltató Korlátolt Felelősségű Társaság</w:t>
      </w:r>
      <w:r>
        <w:rPr>
          <w:color w:val="676767"/>
          <w:sz w:val="15"/>
        </w:rPr>
        <w:br/>
        <w:t>2141 Csömör, Boglárka utca 19.  •  kapcsolat@spiritfloor.hu  •  +36 30 931 0990</w:t>
      </w:r>
    </w:p>
    <w:p w14:paraId="5D0DE5C8" w14:textId="77777777" w:rsidR="002A6F2B" w:rsidRDefault="00000000">
      <w:pPr>
        <w:pStyle w:val="SFClause"/>
        <w:rPr>
          <w:rFonts w:hint="eastAsia"/>
        </w:rPr>
      </w:pPr>
      <w:r>
        <w:br w:type="page"/>
      </w:r>
    </w:p>
    <w:p w14:paraId="7934FE8C" w14:textId="77777777" w:rsidR="002A6F2B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M/1 – Egyedi megrendelés és projektadatlap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4268"/>
        <w:gridCol w:w="5032"/>
        <w:gridCol w:w="657"/>
      </w:tblGrid>
      <w:tr w:rsidR="002A6F2B" w14:paraId="4CA2C1CE" w14:textId="77777777">
        <w:trPr>
          <w:cantSplit/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163959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 konkrét projekt szerződéses, pénzügyi és szervezési alapadatainak egy helyen történő rögzítése.</w:t>
            </w:r>
          </w:p>
        </w:tc>
      </w:tr>
      <w:tr w:rsidR="002A6F2B" w14:paraId="4AECC77E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cantSplit/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F1D7B4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Használati szabály: Jelen változat kizárólag a fogyasztói (B2C) alapszerződéssel együtt használandó. Vállalkozási célú megrendelőhöz külön B2B alapszerződés és ahhoz igazított projektadatlap szükséges. A munkakezdéshez minden kritikus mező kitöltése és a szükséges előleg beérkezése szükséges.</w:t>
            </w:r>
          </w:p>
        </w:tc>
      </w:tr>
      <w:tr w:rsidR="002A6F2B" w14:paraId="468E4EB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tblHeader/>
          <w:jc w:val="center"/>
        </w:trPr>
        <w:tc>
          <w:tcPr>
            <w:tcW w:w="9866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AE01F7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Projekt- és szereplőadatok</w:t>
            </w:r>
          </w:p>
        </w:tc>
      </w:tr>
      <w:tr w:rsidR="002A6F2B" w14:paraId="6A3CB6F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6F01EC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Projektazonosító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99819" w14:textId="35EB74E2" w:rsidR="002A6F2B" w:rsidRDefault="002A6F2B">
            <w:pPr>
              <w:spacing w:after="36" w:line="245" w:lineRule="auto"/>
            </w:pPr>
          </w:p>
        </w:tc>
      </w:tr>
      <w:tr w:rsidR="002A6F2B" w14:paraId="39F54A0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452C27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Szerződés típusa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BB401" w14:textId="77777777" w:rsidR="002A6F2B" w:rsidRDefault="00000000">
            <w:r>
              <w:t>B2C – fogyasztói kivitelezési szerződés</w:t>
            </w:r>
          </w:p>
        </w:tc>
      </w:tr>
      <w:tr w:rsidR="002A6F2B" w14:paraId="361379D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26BDB3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Projekt neve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4841DC" w14:textId="09610B0C" w:rsidR="002A6F2B" w:rsidRDefault="002A6F2B">
            <w:pPr>
              <w:spacing w:after="36" w:line="245" w:lineRule="auto"/>
            </w:pPr>
          </w:p>
        </w:tc>
      </w:tr>
      <w:tr w:rsidR="002A6F2B" w14:paraId="5834854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366D73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Munkaterület címe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192AB" w14:textId="6AF18D72" w:rsidR="002A6F2B" w:rsidRDefault="002A6F2B">
            <w:pPr>
              <w:spacing w:after="36" w:line="245" w:lineRule="auto"/>
            </w:pPr>
          </w:p>
        </w:tc>
      </w:tr>
      <w:tr w:rsidR="002A6F2B" w14:paraId="1D6BA32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B03B5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Megrendelő / képviselő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FA390D" w14:textId="4FCC3032" w:rsidR="002A6F2B" w:rsidRDefault="002A6F2B">
            <w:pPr>
              <w:spacing w:after="36" w:line="245" w:lineRule="auto"/>
            </w:pPr>
          </w:p>
        </w:tc>
      </w:tr>
      <w:tr w:rsidR="002A6F2B" w14:paraId="35BB9E4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5E090C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Helyszíni kapcsolattartó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8DE5F4" w14:textId="6761C9A6" w:rsidR="002A6F2B" w:rsidRDefault="002A6F2B">
            <w:pPr>
              <w:spacing w:after="36" w:line="245" w:lineRule="auto"/>
            </w:pPr>
          </w:p>
        </w:tc>
      </w:tr>
      <w:tr w:rsidR="002A6F2B" w14:paraId="58B7F4A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B2EA91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Telefon / e-mail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DDBD67" w14:textId="2D81DD31" w:rsidR="002A6F2B" w:rsidRDefault="002A6F2B">
            <w:pPr>
              <w:spacing w:after="36" w:line="245" w:lineRule="auto"/>
            </w:pPr>
          </w:p>
        </w:tc>
      </w:tr>
      <w:tr w:rsidR="002A6F2B" w14:paraId="74F88D6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319B83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Tulajdonos / építtető, ha eltér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27B933" w14:textId="6A0F6C40" w:rsidR="002A6F2B" w:rsidRDefault="002A6F2B">
            <w:pPr>
              <w:spacing w:after="36" w:line="245" w:lineRule="auto"/>
            </w:pPr>
          </w:p>
        </w:tc>
      </w:tr>
      <w:tr w:rsidR="002A6F2B" w14:paraId="2184359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549063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Generálkivitelező, ha van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341131" w14:textId="6CB8D014" w:rsidR="002A6F2B" w:rsidRDefault="002A6F2B">
            <w:pPr>
              <w:spacing w:after="36" w:line="245" w:lineRule="auto"/>
            </w:pPr>
          </w:p>
        </w:tc>
      </w:tr>
      <w:tr w:rsidR="002A6F2B" w14:paraId="098385B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08521E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Műszaki ellenőr / FMV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43438F" w14:textId="091380A3" w:rsidR="002A6F2B" w:rsidRDefault="002A6F2B">
            <w:pPr>
              <w:spacing w:after="36" w:line="245" w:lineRule="auto"/>
            </w:pPr>
          </w:p>
        </w:tc>
      </w:tr>
      <w:tr w:rsidR="002A6F2B" w14:paraId="616E319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AC8862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E-napló / alnapló azonosító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F8CA1B" w14:textId="4C3A99F2" w:rsidR="002A6F2B" w:rsidRDefault="002A6F2B">
            <w:pPr>
              <w:spacing w:after="36" w:line="245" w:lineRule="auto"/>
            </w:pPr>
          </w:p>
        </w:tc>
      </w:tr>
      <w:tr w:rsidR="002A6F2B" w14:paraId="717C363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7262FF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Teljesítésigazoló személy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4CC05B" w14:textId="7F30C39C" w:rsidR="002A6F2B" w:rsidRDefault="002A6F2B">
            <w:pPr>
              <w:spacing w:after="36" w:line="245" w:lineRule="auto"/>
            </w:pPr>
          </w:p>
        </w:tc>
      </w:tr>
      <w:tr w:rsidR="002A6F2B" w14:paraId="713B19E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453940BD" w14:textId="77777777" w:rsidR="002A6F2B" w:rsidRDefault="00000000">
            <w:r>
              <w:t>Kivitelezési szerződés szerződésszáma</w:t>
            </w:r>
          </w:p>
        </w:tc>
        <w:tc>
          <w:tcPr>
            <w:tcW w:w="5839" w:type="dxa"/>
          </w:tcPr>
          <w:p w14:paraId="40755B44" w14:textId="6C64A4ED" w:rsidR="002A6F2B" w:rsidRDefault="002A6F2B"/>
        </w:tc>
      </w:tr>
      <w:tr w:rsidR="002A6F2B" w14:paraId="5A5AC43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035E1A86" w14:textId="77777777" w:rsidR="002A6F2B" w:rsidRDefault="00000000">
            <w:r>
              <w:t>Munkaterület helyrajzi száma</w:t>
            </w:r>
          </w:p>
        </w:tc>
        <w:tc>
          <w:tcPr>
            <w:tcW w:w="5839" w:type="dxa"/>
          </w:tcPr>
          <w:p w14:paraId="4C2C4B8A" w14:textId="70E800A0" w:rsidR="002A6F2B" w:rsidRDefault="00620572">
            <w:r>
              <w:t xml:space="preserve">                                       /nem </w:t>
            </w:r>
            <w:proofErr w:type="spellStart"/>
            <w:r>
              <w:t>alkalmazandó</w:t>
            </w:r>
            <w:proofErr w:type="spellEnd"/>
          </w:p>
        </w:tc>
      </w:tr>
      <w:tr w:rsidR="002A6F2B" w14:paraId="36990EF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6725B4E9" w14:textId="77777777" w:rsidR="002A6F2B" w:rsidRDefault="00000000">
            <w:r>
              <w:t>Megrendelő adószáma – ha van / szükséges</w:t>
            </w:r>
          </w:p>
        </w:tc>
        <w:tc>
          <w:tcPr>
            <w:tcW w:w="5839" w:type="dxa"/>
          </w:tcPr>
          <w:p w14:paraId="2C9A4D6D" w14:textId="2C419460" w:rsidR="002A6F2B" w:rsidRDefault="00620572">
            <w:r>
              <w:t xml:space="preserve">                                       /</w:t>
            </w:r>
            <w:proofErr w:type="spellStart"/>
            <w:r>
              <w:t>nincs</w:t>
            </w:r>
            <w:proofErr w:type="spellEnd"/>
          </w:p>
        </w:tc>
      </w:tr>
      <w:tr w:rsidR="002A6F2B" w14:paraId="41B800D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28DFCE55" w14:textId="77777777" w:rsidR="002A6F2B" w:rsidRDefault="00000000">
            <w:r>
              <w:t>Megrendelő NÜJ – ha e-napló vezetendő</w:t>
            </w:r>
          </w:p>
        </w:tc>
        <w:tc>
          <w:tcPr>
            <w:tcW w:w="5839" w:type="dxa"/>
          </w:tcPr>
          <w:p w14:paraId="2CFB59FD" w14:textId="47268D33" w:rsidR="002A6F2B" w:rsidRDefault="00620572">
            <w:r>
              <w:t xml:space="preserve">                                       /</w:t>
            </w:r>
            <w:proofErr w:type="spellStart"/>
            <w:r>
              <w:t>n.a.</w:t>
            </w:r>
            <w:proofErr w:type="spellEnd"/>
          </w:p>
        </w:tc>
      </w:tr>
      <w:tr w:rsidR="002A6F2B" w14:paraId="3C43C6A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4B0558AD" w14:textId="77777777" w:rsidR="002A6F2B" w:rsidRDefault="00000000">
            <w:r>
              <w:t>Spirit Floor NÜJ – ha e-napló vezetendő</w:t>
            </w:r>
          </w:p>
        </w:tc>
        <w:tc>
          <w:tcPr>
            <w:tcW w:w="5839" w:type="dxa"/>
          </w:tcPr>
          <w:p w14:paraId="2727C881" w14:textId="58B55B4E" w:rsidR="002A6F2B" w:rsidRDefault="00620572">
            <w:r>
              <w:t xml:space="preserve">                                       /</w:t>
            </w:r>
            <w:proofErr w:type="spellStart"/>
            <w:r>
              <w:t>n.a.</w:t>
            </w:r>
            <w:proofErr w:type="spellEnd"/>
          </w:p>
        </w:tc>
      </w:tr>
      <w:tr w:rsidR="002A6F2B" w14:paraId="27CE01B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0F2964BE" w14:textId="77777777" w:rsidR="002A6F2B" w:rsidRDefault="00000000">
            <w:r>
              <w:t>Építtetői fedezetkezelő – ha alkalmazandó</w:t>
            </w:r>
          </w:p>
        </w:tc>
        <w:tc>
          <w:tcPr>
            <w:tcW w:w="5839" w:type="dxa"/>
          </w:tcPr>
          <w:p w14:paraId="420A7F9A" w14:textId="407C9415" w:rsidR="002A6F2B" w:rsidRDefault="00620572">
            <w:r>
              <w:t xml:space="preserve">                                       /</w:t>
            </w:r>
            <w:proofErr w:type="spellStart"/>
            <w:r>
              <w:t>n.a.</w:t>
            </w:r>
            <w:proofErr w:type="spellEnd"/>
          </w:p>
        </w:tc>
      </w:tr>
      <w:tr w:rsidR="002A6F2B" w14:paraId="45109EC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2524FAB0" w14:textId="77777777" w:rsidR="002A6F2B" w:rsidRDefault="00000000">
            <w:r>
              <w:t>Megrendelő pénzforgalmi/bankszámlaszáma – a 191/2009. Korm. rendelet 3. § (2) a) pontja alapján csak alvállalkozói kivitelezési szerződésnél kötelező</w:t>
            </w:r>
          </w:p>
        </w:tc>
        <w:tc>
          <w:tcPr>
            <w:tcW w:w="5839" w:type="dxa"/>
          </w:tcPr>
          <w:p w14:paraId="16B1FBAB" w14:textId="77777777" w:rsidR="002A6F2B" w:rsidRDefault="00000000">
            <w:r>
              <w:t>[jelen B2C fővállalkozói szerződésnél nem alkalmazandó]</w:t>
            </w:r>
          </w:p>
        </w:tc>
      </w:tr>
      <w:tr w:rsidR="002A6F2B" w14:paraId="3DB81CD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29A7C8A1" w14:textId="77777777" w:rsidR="002A6F2B" w:rsidRDefault="00000000">
            <w:r>
              <w:t>Megrendelő képviselőjének címe és elérhetősége – ha képviselő jár el</w:t>
            </w:r>
          </w:p>
        </w:tc>
        <w:tc>
          <w:tcPr>
            <w:tcW w:w="5839" w:type="dxa"/>
          </w:tcPr>
          <w:p w14:paraId="24C892E5" w14:textId="09C2D703" w:rsidR="002A6F2B" w:rsidRDefault="00271CC0">
            <w:r>
              <w:t xml:space="preserve">                                       /</w:t>
            </w:r>
            <w:proofErr w:type="spellStart"/>
            <w:r>
              <w:t>n.a.</w:t>
            </w:r>
            <w:proofErr w:type="spellEnd"/>
          </w:p>
        </w:tc>
      </w:tr>
      <w:tr w:rsidR="002A6F2B" w14:paraId="60BD7D7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tblHeader/>
          <w:jc w:val="center"/>
        </w:trPr>
        <w:tc>
          <w:tcPr>
            <w:tcW w:w="9866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36CF59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Műszaki és ütemezési alapkép</w:t>
            </w:r>
          </w:p>
        </w:tc>
      </w:tr>
      <w:tr w:rsidR="002A6F2B" w14:paraId="024082A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835343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Munka rövid tárgya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E160C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2A6F2B" w14:paraId="563504C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E04422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Helyiségek / szintek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A2D0E7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2A6F2B" w14:paraId="6C3F6A4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47452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Tervezett alapterület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EF5292" w14:textId="02C576A1" w:rsidR="002A6F2B" w:rsidRPr="00620572" w:rsidRDefault="00620572">
            <w:pPr>
              <w:spacing w:after="36" w:line="245" w:lineRule="auto"/>
            </w:pPr>
            <w:r>
              <w:rPr>
                <w:sz w:val="16"/>
              </w:rPr>
              <w:t xml:space="preserve">                                                                     </w:t>
            </w:r>
            <w:r w:rsidRPr="00620572">
              <w:rPr>
                <w:sz w:val="16"/>
              </w:rPr>
              <w:t>m²</w:t>
            </w:r>
          </w:p>
        </w:tc>
      </w:tr>
      <w:tr w:rsidR="002A6F2B" w14:paraId="11DD43E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DD0B52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Kezdési céldátum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8276C" w14:textId="24EFDEDD" w:rsidR="002A6F2B" w:rsidRDefault="002A6F2B">
            <w:pPr>
              <w:spacing w:after="36" w:line="245" w:lineRule="auto"/>
            </w:pPr>
          </w:p>
        </w:tc>
      </w:tr>
      <w:tr w:rsidR="002A6F2B" w14:paraId="07BD32C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821349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Befejezési céldátum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2ABDB9" w14:textId="2145992E" w:rsidR="002A6F2B" w:rsidRDefault="002A6F2B">
            <w:pPr>
              <w:spacing w:after="36" w:line="245" w:lineRule="auto"/>
            </w:pPr>
          </w:p>
        </w:tc>
      </w:tr>
      <w:tr w:rsidR="002A6F2B" w14:paraId="48B5EEB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50FA12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Munkarend / házirend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643DB" w14:textId="06124BD6" w:rsidR="002A6F2B" w:rsidRDefault="002A6F2B">
            <w:pPr>
              <w:spacing w:after="36" w:line="245" w:lineRule="auto"/>
            </w:pPr>
          </w:p>
        </w:tc>
      </w:tr>
      <w:tr w:rsidR="002A6F2B" w14:paraId="0715FD4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2E521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Anyagbeszerzés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6CDAE2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Spirit Floor  □ Megrendelő  □ vegyes</w:t>
            </w:r>
          </w:p>
        </w:tc>
      </w:tr>
      <w:tr w:rsidR="002A6F2B" w14:paraId="08EAE9B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A232DB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lastRenderedPageBreak/>
              <w:t>Bontás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85DFE2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</w:tr>
      <w:tr w:rsidR="002A6F2B" w14:paraId="3DBC12B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143099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Hulladékelszállítás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993CBE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</w:tr>
      <w:tr w:rsidR="002A6F2B" w14:paraId="38D2BD2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72AE8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Bútorozott terület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5EF1B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igen  □ nem</w:t>
            </w:r>
          </w:p>
        </w:tc>
      </w:tr>
      <w:tr w:rsidR="002A6F2B" w14:paraId="5141530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AF0239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Kiemelt kockázat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F4E6A6" w14:textId="34EFBADD" w:rsidR="002A6F2B" w:rsidRDefault="002A6F2B">
            <w:pPr>
              <w:spacing w:after="36" w:line="245" w:lineRule="auto"/>
            </w:pPr>
          </w:p>
        </w:tc>
      </w:tr>
      <w:tr w:rsidR="002A6F2B" w14:paraId="7D88F9B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521A525C" w14:textId="77777777" w:rsidR="002A6F2B" w:rsidRDefault="00000000">
            <w:r>
              <w:t>Kivitelezési dokumentáció szolgáltatásának határideje</w:t>
            </w:r>
          </w:p>
        </w:tc>
        <w:tc>
          <w:tcPr>
            <w:tcW w:w="5839" w:type="dxa"/>
          </w:tcPr>
          <w:p w14:paraId="56D67D12" w14:textId="29D92727" w:rsidR="002A6F2B" w:rsidRDefault="00521A93">
            <w:r>
              <w:t xml:space="preserve">                             / </w:t>
            </w:r>
            <w:proofErr w:type="spellStart"/>
            <w:r>
              <w:t>n.a.</w:t>
            </w:r>
            <w:proofErr w:type="spellEnd"/>
          </w:p>
        </w:tc>
      </w:tr>
      <w:tr w:rsidR="002A6F2B" w14:paraId="53CAFA4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0AE1146A" w14:textId="77777777" w:rsidR="002A6F2B" w:rsidRDefault="00000000">
            <w:r>
              <w:t>E-napló készenlétbe helyezése / megnyitása</w:t>
            </w:r>
          </w:p>
        </w:tc>
        <w:tc>
          <w:tcPr>
            <w:tcW w:w="5839" w:type="dxa"/>
          </w:tcPr>
          <w:p w14:paraId="77D8D0B0" w14:textId="49DE0104" w:rsidR="002A6F2B" w:rsidRDefault="00521A93">
            <w:r>
              <w:t xml:space="preserve">                            / </w:t>
            </w:r>
            <w:proofErr w:type="spellStart"/>
            <w:r>
              <w:t>n.a.</w:t>
            </w:r>
            <w:proofErr w:type="spellEnd"/>
          </w:p>
        </w:tc>
      </w:tr>
      <w:tr w:rsidR="002A6F2B" w14:paraId="3C372B7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2CEF7571" w14:textId="77777777" w:rsidR="002A6F2B" w:rsidRDefault="00000000">
            <w:r>
              <w:t>Munkaterület-átadás tervezett időpontja</w:t>
            </w:r>
          </w:p>
        </w:tc>
        <w:tc>
          <w:tcPr>
            <w:tcW w:w="5839" w:type="dxa"/>
          </w:tcPr>
          <w:p w14:paraId="7979441E" w14:textId="64D9E57F" w:rsidR="002A6F2B" w:rsidRDefault="002A6F2B"/>
        </w:tc>
      </w:tr>
      <w:tr w:rsidR="002A6F2B" w14:paraId="177A005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2B8B0B63" w14:textId="77777777" w:rsidR="002A6F2B" w:rsidRDefault="00000000">
            <w:r>
              <w:t>Részteljesítés(ek) határideje</w:t>
            </w:r>
          </w:p>
        </w:tc>
        <w:tc>
          <w:tcPr>
            <w:tcW w:w="5839" w:type="dxa"/>
          </w:tcPr>
          <w:p w14:paraId="10408D50" w14:textId="0A34B4E5" w:rsidR="002A6F2B" w:rsidRDefault="00521A93">
            <w:r>
              <w:t xml:space="preserve">                           / </w:t>
            </w:r>
            <w:proofErr w:type="spellStart"/>
            <w:r>
              <w:t>n.a.</w:t>
            </w:r>
            <w:proofErr w:type="spellEnd"/>
          </w:p>
        </w:tc>
      </w:tr>
      <w:tr w:rsidR="002A6F2B" w14:paraId="695FD8E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3E6AFD7D" w14:textId="77777777" w:rsidR="002A6F2B" w:rsidRDefault="00000000">
            <w:r>
              <w:t>Műszaki átadás-átvétel tervezett határideje</w:t>
            </w:r>
          </w:p>
        </w:tc>
        <w:tc>
          <w:tcPr>
            <w:tcW w:w="5839" w:type="dxa"/>
          </w:tcPr>
          <w:p w14:paraId="298B8AFD" w14:textId="230C594F" w:rsidR="002A6F2B" w:rsidRDefault="002A6F2B"/>
        </w:tc>
      </w:tr>
      <w:tr w:rsidR="002A6F2B" w14:paraId="79D125A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1D123E8A" w14:textId="77777777" w:rsidR="002A6F2B" w:rsidRDefault="00000000">
            <w:r>
              <w:t>Birtokbaadás / munkaterület-visszaadás határideje</w:t>
            </w:r>
          </w:p>
        </w:tc>
        <w:tc>
          <w:tcPr>
            <w:tcW w:w="5839" w:type="dxa"/>
          </w:tcPr>
          <w:p w14:paraId="5FF5F552" w14:textId="2BCAF44E" w:rsidR="002A6F2B" w:rsidRDefault="002A6F2B"/>
        </w:tc>
      </w:tr>
      <w:tr w:rsidR="002A6F2B" w14:paraId="640DF6C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tblHeader/>
          <w:jc w:val="center"/>
        </w:trPr>
        <w:tc>
          <w:tcPr>
            <w:tcW w:w="9866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9F4459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Pénzügyi feltételek</w:t>
            </w:r>
          </w:p>
        </w:tc>
      </w:tr>
      <w:tr w:rsidR="002A6F2B" w14:paraId="76E6C2B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01D96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Elszámolási mód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3BC44F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átalánydíj  □ egységár  □ vegyes</w:t>
            </w:r>
          </w:p>
        </w:tc>
      </w:tr>
      <w:tr w:rsidR="002A6F2B" w14:paraId="118B16B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9EE22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Nettó vállalkozói díj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1529D" w14:textId="5C05A55F" w:rsidR="002A6F2B" w:rsidRDefault="002A6F2B">
            <w:pPr>
              <w:spacing w:after="36" w:line="245" w:lineRule="auto"/>
            </w:pPr>
          </w:p>
        </w:tc>
      </w:tr>
      <w:tr w:rsidR="002A6F2B" w14:paraId="46D3CB6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F367D6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Áfa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E35229" w14:textId="240B2E8D" w:rsidR="002A6F2B" w:rsidRDefault="002A6F2B">
            <w:pPr>
              <w:spacing w:after="36" w:line="245" w:lineRule="auto"/>
            </w:pPr>
          </w:p>
        </w:tc>
      </w:tr>
      <w:tr w:rsidR="002A6F2B" w14:paraId="66D24E9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302150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Bruttó díj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7AD88C" w14:textId="5FA618A8" w:rsidR="002A6F2B" w:rsidRDefault="002A6F2B">
            <w:pPr>
              <w:spacing w:after="36" w:line="245" w:lineRule="auto"/>
            </w:pPr>
          </w:p>
        </w:tc>
      </w:tr>
      <w:tr w:rsidR="002A6F2B" w14:paraId="1231682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D1D78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Előleg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0043AF" w14:textId="020CDB7F" w:rsidR="002A6F2B" w:rsidRDefault="002A6F2B">
            <w:pPr>
              <w:spacing w:after="36" w:line="245" w:lineRule="auto"/>
            </w:pPr>
          </w:p>
        </w:tc>
      </w:tr>
      <w:tr w:rsidR="002A6F2B" w14:paraId="16B3B99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75FA10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1. részszámla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06F362" w14:textId="424D5148" w:rsidR="002A6F2B" w:rsidRDefault="002A6F2B">
            <w:pPr>
              <w:spacing w:after="36" w:line="245" w:lineRule="auto"/>
            </w:pPr>
          </w:p>
        </w:tc>
      </w:tr>
      <w:tr w:rsidR="002A6F2B" w14:paraId="6DC007F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E3982C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2. részszámla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179F2" w14:textId="2B340F33" w:rsidR="002A6F2B" w:rsidRDefault="002A6F2B">
            <w:pPr>
              <w:spacing w:after="36" w:line="245" w:lineRule="auto"/>
            </w:pPr>
          </w:p>
        </w:tc>
      </w:tr>
      <w:tr w:rsidR="002A6F2B" w14:paraId="2FC003F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E5A68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Végszámla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DF334F" w14:textId="0737F26B" w:rsidR="002A6F2B" w:rsidRDefault="002A6F2B">
            <w:pPr>
              <w:spacing w:after="36" w:line="245" w:lineRule="auto"/>
            </w:pPr>
          </w:p>
        </w:tc>
      </w:tr>
      <w:tr w:rsidR="002A6F2B" w14:paraId="51F895D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65D3C7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Fizetési határidő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A7574" w14:textId="085BB303" w:rsidR="002A6F2B" w:rsidRDefault="002A6F2B">
            <w:pPr>
              <w:spacing w:after="36" w:line="245" w:lineRule="auto"/>
            </w:pPr>
          </w:p>
        </w:tc>
      </w:tr>
      <w:tr w:rsidR="002A6F2B" w14:paraId="12AA46E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9A3E5D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Késedelmi feltétel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575D7C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A szerződés szerint</w:t>
            </w:r>
          </w:p>
        </w:tc>
      </w:tr>
      <w:tr w:rsidR="002A6F2B" w14:paraId="76E1539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6DB746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Visszatartás / biztosíték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CBF3C" w14:textId="40EF4026" w:rsidR="002A6F2B" w:rsidRDefault="002A6F2B">
            <w:pPr>
              <w:spacing w:after="36" w:line="245" w:lineRule="auto"/>
            </w:pPr>
          </w:p>
        </w:tc>
      </w:tr>
      <w:tr w:rsidR="002A6F2B" w14:paraId="6102EC2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5085D2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Ajánlat / költségvetés azonosító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2AAB85" w14:textId="357CC547" w:rsidR="002A6F2B" w:rsidRDefault="002A6F2B">
            <w:pPr>
              <w:spacing w:after="36" w:line="245" w:lineRule="auto"/>
            </w:pPr>
          </w:p>
        </w:tc>
      </w:tr>
      <w:tr w:rsidR="002A6F2B" w14:paraId="42C3FCF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482B528A" w14:textId="77777777" w:rsidR="002A6F2B" w:rsidRDefault="00000000">
            <w:r>
              <w:t>Előleg felhasználása és elszámolása</w:t>
            </w:r>
          </w:p>
        </w:tc>
        <w:tc>
          <w:tcPr>
            <w:tcW w:w="5839" w:type="dxa"/>
          </w:tcPr>
          <w:p w14:paraId="410A49F4" w14:textId="33EB396F" w:rsidR="002A6F2B" w:rsidRDefault="00000000">
            <w:r>
              <w:t xml:space="preserve">A </w:t>
            </w:r>
            <w:proofErr w:type="spellStart"/>
            <w:r>
              <w:t>szerződés</w:t>
            </w:r>
            <w:proofErr w:type="spellEnd"/>
            <w:r>
              <w:t xml:space="preserve"> </w:t>
            </w:r>
            <w:proofErr w:type="spellStart"/>
            <w:r>
              <w:t>teljesítésének</w:t>
            </w:r>
            <w:proofErr w:type="spellEnd"/>
            <w:r>
              <w:t xml:space="preserve"> </w:t>
            </w:r>
            <w:proofErr w:type="spellStart"/>
            <w:r>
              <w:t>finanszírozására</w:t>
            </w:r>
            <w:proofErr w:type="spellEnd"/>
            <w:r>
              <w:t xml:space="preserve"> </w:t>
            </w:r>
            <w:proofErr w:type="spellStart"/>
            <w:r>
              <w:t>fordítha</w:t>
            </w:r>
            <w:r w:rsidR="000A7D70">
              <w:t>t</w:t>
            </w:r>
            <w:r>
              <w:t>ó</w:t>
            </w:r>
            <w:proofErr w:type="spellEnd"/>
            <w:r>
              <w:t xml:space="preserve"> </w:t>
            </w:r>
            <w:proofErr w:type="spellStart"/>
            <w:r>
              <w:t>és</w:t>
            </w:r>
            <w:proofErr w:type="spellEnd"/>
            <w:r>
              <w:t xml:space="preserve"> a </w:t>
            </w:r>
            <w:proofErr w:type="spellStart"/>
            <w:r>
              <w:t>vállalkozói</w:t>
            </w:r>
            <w:proofErr w:type="spellEnd"/>
            <w:r>
              <w:t xml:space="preserve"> </w:t>
            </w:r>
            <w:proofErr w:type="spellStart"/>
            <w:r>
              <w:t>díjba</w:t>
            </w:r>
            <w:proofErr w:type="spellEnd"/>
            <w:r>
              <w:t xml:space="preserve"> </w:t>
            </w:r>
            <w:proofErr w:type="spellStart"/>
            <w:r>
              <w:t>beszámít</w:t>
            </w:r>
            <w:proofErr w:type="spellEnd"/>
            <w:r>
              <w:t xml:space="preserve">; </w:t>
            </w:r>
            <w:proofErr w:type="spellStart"/>
            <w:r>
              <w:t>eltérő</w:t>
            </w:r>
            <w:proofErr w:type="spellEnd"/>
            <w:r>
              <w:t xml:space="preserve"> </w:t>
            </w:r>
            <w:proofErr w:type="spellStart"/>
            <w:r>
              <w:t>rendelkezés</w:t>
            </w:r>
            <w:proofErr w:type="spellEnd"/>
            <w:r>
              <w:t xml:space="preserve">: </w:t>
            </w:r>
            <w:r w:rsidR="000A7D70">
              <w:t xml:space="preserve">           </w:t>
            </w:r>
            <w:r>
              <w:t xml:space="preserve">/ </w:t>
            </w:r>
            <w:proofErr w:type="spellStart"/>
            <w:r>
              <w:t>nincs</w:t>
            </w:r>
            <w:proofErr w:type="spellEnd"/>
          </w:p>
        </w:tc>
      </w:tr>
      <w:tr w:rsidR="002A6F2B" w14:paraId="2F22659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73CC7C13" w14:textId="77777777" w:rsidR="002A6F2B" w:rsidRDefault="00000000">
            <w:r>
              <w:t>Teljesítési biztosíték</w:t>
            </w:r>
          </w:p>
        </w:tc>
        <w:tc>
          <w:tcPr>
            <w:tcW w:w="5839" w:type="dxa"/>
          </w:tcPr>
          <w:p w14:paraId="06C0D7C5" w14:textId="60045660" w:rsidR="002A6F2B" w:rsidRDefault="00000000">
            <w:r>
              <w:t xml:space="preserve">□ nincs  □ van: </w:t>
            </w:r>
          </w:p>
        </w:tc>
      </w:tr>
      <w:tr w:rsidR="002A6F2B" w14:paraId="6053C74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559F9D68" w14:textId="77777777" w:rsidR="002A6F2B" w:rsidRDefault="00000000">
            <w:r>
              <w:t>Tartalékkeret</w:t>
            </w:r>
          </w:p>
        </w:tc>
        <w:tc>
          <w:tcPr>
            <w:tcW w:w="5839" w:type="dxa"/>
          </w:tcPr>
          <w:p w14:paraId="676672EC" w14:textId="23C88E35" w:rsidR="002A6F2B" w:rsidRDefault="00000000">
            <w:r>
              <w:t xml:space="preserve">□ nincs  □ van: </w:t>
            </w:r>
          </w:p>
        </w:tc>
      </w:tr>
      <w:tr w:rsidR="002A6F2B" w14:paraId="4DCEFF4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tblHeader/>
          <w:jc w:val="center"/>
        </w:trPr>
        <w:tc>
          <w:tcPr>
            <w:tcW w:w="9866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103507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Dokumentumok és különös feltételek</w:t>
            </w:r>
          </w:p>
        </w:tc>
      </w:tr>
      <w:tr w:rsidR="002A6F2B" w14:paraId="5B47F40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24D177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Csatolt mellékletek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48751" w14:textId="77777777" w:rsidR="002A6F2B" w:rsidRDefault="00000000">
            <w:pPr>
              <w:spacing w:after="36" w:line="245" w:lineRule="auto"/>
            </w:pPr>
            <w:r w:rsidRPr="00521A93">
              <w:rPr>
                <w:sz w:val="16"/>
              </w:rPr>
              <w:t>□ M/2  □ M/3  □ M/4  □ M/8  □ M/9  □ terv  □ árazott költségvetés  □ egyéb: [KITÖLTENDŐ]</w:t>
            </w:r>
          </w:p>
        </w:tc>
      </w:tr>
      <w:tr w:rsidR="002A6F2B" w14:paraId="6A99EE4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9CD4A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Különös eltérések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F58FC9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2A6F2B" w14:paraId="4B50BD6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62475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Előfeltételek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1651C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2A6F2B" w14:paraId="6061D5D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7E4D1D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Jóváhagyás módja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613CAF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aláírás  □ hiteles e-mail  □ elektronikus aláírás</w:t>
            </w:r>
          </w:p>
        </w:tc>
      </w:tr>
      <w:tr w:rsidR="002A6F2B" w14:paraId="24D74EB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2454C7BC" w14:textId="77777777" w:rsidR="002A6F2B" w:rsidRDefault="00000000">
            <w:r>
              <w:t>Kivitelezési dokumentáció szolgáltatása</w:t>
            </w:r>
          </w:p>
        </w:tc>
        <w:tc>
          <w:tcPr>
            <w:tcW w:w="5839" w:type="dxa"/>
          </w:tcPr>
          <w:p w14:paraId="637F4718" w14:textId="77777777" w:rsidR="002A6F2B" w:rsidRDefault="00000000">
            <w:r>
              <w:t>□ Megrendelő biztosítja  □ Spirit Floor készíti/koordinálja  □ nem szükséges; azonosító/dátum: [KITÖLTENDŐ / n.a.]</w:t>
            </w:r>
          </w:p>
        </w:tc>
      </w:tr>
      <w:tr w:rsidR="002A6F2B" w14:paraId="1A99E5F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72F3AB01" w14:textId="77777777" w:rsidR="002A6F2B" w:rsidRDefault="00000000">
            <w:r>
              <w:lastRenderedPageBreak/>
              <w:t>Árazatlan tételes költségvetési kiírás</w:t>
            </w:r>
          </w:p>
        </w:tc>
        <w:tc>
          <w:tcPr>
            <w:tcW w:w="5839" w:type="dxa"/>
          </w:tcPr>
          <w:p w14:paraId="08F42E1E" w14:textId="77777777" w:rsidR="002A6F2B" w:rsidRDefault="00000000">
            <w:r>
              <w:t>□ jogszabály szerint szükséges és csatolva  □ nem szükséges; hivatkozás: [KITÖLTENDŐ / n.a.]</w:t>
            </w:r>
          </w:p>
        </w:tc>
      </w:tr>
      <w:tr w:rsidR="002A6F2B" w14:paraId="364FBEF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1D1880B0" w14:textId="77777777" w:rsidR="002A6F2B" w:rsidRDefault="00000000">
            <w:r>
              <w:t>Alvállalkozó igénybevétele</w:t>
            </w:r>
          </w:p>
        </w:tc>
        <w:tc>
          <w:tcPr>
            <w:tcW w:w="5839" w:type="dxa"/>
          </w:tcPr>
          <w:p w14:paraId="500DA3BF" w14:textId="77777777" w:rsidR="002A6F2B" w:rsidRDefault="00000000">
            <w:r>
              <w:t>□ a 02 szerződés 13. pontja szerint megengedett  □ Megrendelő nem járul hozzá  □ korlátozás: [KITÖLTENDŐ]</w:t>
            </w:r>
          </w:p>
        </w:tc>
      </w:tr>
      <w:tr w:rsidR="002A6F2B" w14:paraId="28F0B4A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2C5EB944" w14:textId="77777777" w:rsidR="002A6F2B" w:rsidRDefault="00000000">
            <w:r>
              <w:t>Építési-bontási hulladék elszállítására kötelezett</w:t>
            </w:r>
          </w:p>
        </w:tc>
        <w:tc>
          <w:tcPr>
            <w:tcW w:w="5839" w:type="dxa"/>
          </w:tcPr>
          <w:p w14:paraId="48F638E0" w14:textId="77777777" w:rsidR="002A6F2B" w:rsidRDefault="00000000">
            <w:r>
              <w:t>□ Spirit Floor  □ Megrendelő  □ egyéb: [KITÖLTENDŐ]; engedéllyel rendelkező kezelőhöz</w:t>
            </w:r>
          </w:p>
        </w:tc>
      </w:tr>
      <w:tr w:rsidR="002A6F2B" w14:paraId="35E43C5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35503FBE" w14:textId="77777777" w:rsidR="002A6F2B" w:rsidRDefault="00000000">
            <w:r>
              <w:t>Pót- és többletmunka elszámolása</w:t>
            </w:r>
          </w:p>
        </w:tc>
        <w:tc>
          <w:tcPr>
            <w:tcW w:w="5839" w:type="dxa"/>
          </w:tcPr>
          <w:p w14:paraId="62AA2F44" w14:textId="77777777" w:rsidR="002A6F2B" w:rsidRDefault="00000000">
            <w:r>
              <w:t>A 02 szerződés 9. pontja és az M/11 szerint; eltérő projektmegállapodás: [KITÖLTENDŐ / nincs]</w:t>
            </w:r>
          </w:p>
        </w:tc>
      </w:tr>
      <w:tr w:rsidR="002A6F2B" w14:paraId="43CC2AA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0FEB9A05" w14:textId="77777777" w:rsidR="002A6F2B" w:rsidRDefault="00000000">
            <w:r>
              <w:t>Teljesítésigazolásra jogosult</w:t>
            </w:r>
          </w:p>
        </w:tc>
        <w:tc>
          <w:tcPr>
            <w:tcW w:w="5839" w:type="dxa"/>
          </w:tcPr>
          <w:p w14:paraId="5C805F12" w14:textId="77777777" w:rsidR="002A6F2B" w:rsidRDefault="00000000">
            <w:r>
              <w:t>191/2009. Korm. rendelet hatálya alá tartozó fővállalkozói szerződésnél: építési műszaki ellenőr neve és jogosultsága: [KITÖLTENDŐ]. Ha a rendelet nem alkalmazandó: a szerződés szerint teljesítésigazolásra jogosult személy: [KITÖLTENDŐ / n.a.].</w:t>
            </w:r>
          </w:p>
        </w:tc>
      </w:tr>
      <w:tr w:rsidR="002A6F2B" w14:paraId="7EA25A4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0A8D1ED7" w14:textId="77777777" w:rsidR="002A6F2B" w:rsidRDefault="00000000">
            <w:r>
              <w:t>Mediáció / választottbíróság</w:t>
            </w:r>
          </w:p>
        </w:tc>
        <w:tc>
          <w:tcPr>
            <w:tcW w:w="5839" w:type="dxa"/>
          </w:tcPr>
          <w:p w14:paraId="62E4CD3C" w14:textId="77777777" w:rsidR="002A6F2B" w:rsidRDefault="00000000">
            <w:r>
              <w:t>□ nincs külön kikötés  □ mediáció: [KITÖLTENDŐ]; választottbíróság csak jogszabály szerint érvényes külön megállapodással</w:t>
            </w:r>
          </w:p>
        </w:tc>
      </w:tr>
      <w:tr w:rsidR="002A6F2B" w14:paraId="622870C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356F1E34" w14:textId="77777777" w:rsidR="002A6F2B" w:rsidRDefault="00000000">
            <w:r>
              <w:t>Pénzügyi fedezeti nyilatkozat</w:t>
            </w:r>
          </w:p>
        </w:tc>
        <w:tc>
          <w:tcPr>
            <w:tcW w:w="5839" w:type="dxa"/>
          </w:tcPr>
          <w:p w14:paraId="02E68FD4" w14:textId="77777777" w:rsidR="002A6F2B" w:rsidRDefault="00000000">
            <w:r>
              <w:t>□ Megrendelő kijelenti, hogy a szerződés szerinti kivitelezés ellenértékének pénzügyi fedezetével rendelkezik</w:t>
            </w:r>
          </w:p>
        </w:tc>
      </w:tr>
      <w:tr w:rsidR="002A6F2B" w14:paraId="43687BC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447CA944" w14:textId="77777777" w:rsidR="002A6F2B" w:rsidRDefault="00000000">
            <w:r>
              <w:t>Kötelező kivitelezői felelősségbiztosítás</w:t>
            </w:r>
          </w:p>
        </w:tc>
        <w:tc>
          <w:tcPr>
            <w:tcW w:w="5839" w:type="dxa"/>
          </w:tcPr>
          <w:p w14:paraId="7D766E0A" w14:textId="77777777" w:rsidR="002A6F2B" w:rsidRDefault="00000000">
            <w:r>
              <w:t>Kötvényszám/biztosító/elérhetőség a 02 szerződésben; □ kötvény csatolva  □ szerződéskötéskor még nem áll rendelkezésre, munkaterület-átadásig igazolandó</w:t>
            </w:r>
          </w:p>
        </w:tc>
      </w:tr>
      <w:tr w:rsidR="002A6F2B" w14:paraId="4BC24C9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1A607A5A" w14:textId="77777777" w:rsidR="002A6F2B" w:rsidRDefault="00000000">
            <w:r>
              <w:t>Építésszervezési munkarész</w:t>
            </w:r>
          </w:p>
        </w:tc>
        <w:tc>
          <w:tcPr>
            <w:tcW w:w="5839" w:type="dxa"/>
          </w:tcPr>
          <w:p w14:paraId="02427D01" w14:textId="77777777" w:rsidR="002A6F2B" w:rsidRDefault="00000000">
            <w:r>
              <w:t>□ Spirit Floor készíti, ha jogszabály/projekt szerint szükséges  □ nem alkalmazandó; megjegyzés: [KITÖLTENDŐ / n.a.]</w:t>
            </w:r>
          </w:p>
        </w:tc>
      </w:tr>
      <w:tr w:rsidR="002A6F2B" w14:paraId="7098B49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7800B2F7" w14:textId="77777777" w:rsidR="002A6F2B" w:rsidRDefault="00000000">
            <w:r>
              <w:t>Tulajdonosi / társtulajdonosi nyilatkozat</w:t>
            </w:r>
          </w:p>
        </w:tc>
        <w:tc>
          <w:tcPr>
            <w:tcW w:w="5839" w:type="dxa"/>
          </w:tcPr>
          <w:p w14:paraId="4DDE9F79" w14:textId="77777777" w:rsidR="002A6F2B" w:rsidRDefault="00000000">
            <w:r>
              <w:t>□ Megrendelő kizárólagos tulajdonos  □ szükséges teljes bizonyító erejű nyilatkozat csatolva  □ nem alkalmazandó; indok: [KITÖLTENDŐ]</w:t>
            </w:r>
          </w:p>
        </w:tc>
      </w:tr>
      <w:tr w:rsidR="002A6F2B" w14:paraId="6FD779B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2D557B5F" w14:textId="77777777" w:rsidR="002A6F2B" w:rsidRDefault="00000000">
            <w:r>
              <w:t>Üzlethelyiségen kívüli szerződés / korai kezdés</w:t>
            </w:r>
          </w:p>
        </w:tc>
        <w:tc>
          <w:tcPr>
            <w:tcW w:w="5839" w:type="dxa"/>
          </w:tcPr>
          <w:p w14:paraId="436AB611" w14:textId="77777777" w:rsidR="002A6F2B" w:rsidRDefault="00000000">
            <w:r>
              <w:t>□ nem ilyen szerződés  □ M/21 előzetes tájékoztatás átadva; korai kezdés: □ nem kéri □ kéri és nyilatkozat rögzítve</w:t>
            </w:r>
          </w:p>
        </w:tc>
      </w:tr>
      <w:tr w:rsidR="002A6F2B" w14:paraId="1FFDE3C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3061" w:type="dxa"/>
          </w:tcPr>
          <w:p w14:paraId="386690D8" w14:textId="77777777" w:rsidR="002A6F2B" w:rsidRDefault="00000000">
            <w:r>
              <w:t>Fedezetkezelői kiegészítés – ha alkalmazandó</w:t>
            </w:r>
          </w:p>
        </w:tc>
        <w:tc>
          <w:tcPr>
            <w:tcW w:w="5839" w:type="dxa"/>
          </w:tcPr>
          <w:p w14:paraId="51CF7D11" w14:textId="77777777" w:rsidR="002A6F2B" w:rsidRDefault="00000000">
            <w:r>
              <w:t>A 191/2009. Korm. rendelet 4. § szerinti adatok és igazolások külön projektmellékletben: fedezetkezelő azonosító- és képviselő/NÜJ-adatai; fedezetkezelői számla; kizárólagos rendelkezési jog igazolása; a teljes fedezet igazolt forrása, ütemezése és felhasználása; biztosítékok; alvállalkozói nyilatkozatok. □ nem alkalmazandó  □ melléklet csatolva: [azonosító]</w:t>
            </w:r>
          </w:p>
        </w:tc>
      </w:tr>
    </w:tbl>
    <w:p w14:paraId="6A17DA4D" w14:textId="474F5CF1" w:rsidR="002A6F2B" w:rsidRPr="000A7D70" w:rsidRDefault="00000000">
      <w:pPr>
        <w:pStyle w:val="SFClause"/>
        <w:keepLines/>
        <w:rPr>
          <w:rFonts w:hint="eastAsia"/>
          <w:b/>
          <w:bCs/>
          <w:color w:val="auto"/>
        </w:rPr>
      </w:pPr>
      <w:r w:rsidRPr="000A7D70">
        <w:rPr>
          <w:b/>
          <w:bCs/>
          <w:color w:val="auto"/>
        </w:rPr>
        <w:t xml:space="preserve">Kelt: </w:t>
      </w:r>
    </w:p>
    <w:p w14:paraId="301E9EBB" w14:textId="77777777" w:rsidR="002A6F2B" w:rsidRDefault="002A6F2B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2A6F2B" w14:paraId="6EB9F0CA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BC2ED9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5DF62D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2A6F2B" w14:paraId="0443BBC2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576A6B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Spirit Floor Kft.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9A8096" w14:textId="50287027" w:rsidR="002A6F2B" w:rsidRDefault="002A6F2B">
            <w:pPr>
              <w:spacing w:after="36" w:line="245" w:lineRule="auto"/>
              <w:jc w:val="center"/>
            </w:pPr>
          </w:p>
        </w:tc>
      </w:tr>
      <w:tr w:rsidR="002A6F2B" w14:paraId="2DAB06C1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86BCF8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Vállalkozó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0C587A" w14:textId="77777777" w:rsidR="002A6F2B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Megrendelő</w:t>
            </w:r>
          </w:p>
        </w:tc>
      </w:tr>
    </w:tbl>
    <w:p w14:paraId="152EEA11" w14:textId="77777777" w:rsidR="002A6F2B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M/2 – Műszaki tartalom, mennyiségi kimutatás és kizárások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2268"/>
        <w:gridCol w:w="2835"/>
        <w:gridCol w:w="1757"/>
        <w:gridCol w:w="3006"/>
      </w:tblGrid>
      <w:tr w:rsidR="002A6F2B" w14:paraId="0C8AA1E3" w14:textId="77777777">
        <w:trPr>
          <w:cantSplit/>
          <w:jc w:val="center"/>
        </w:trPr>
        <w:tc>
          <w:tcPr>
            <w:tcW w:w="9866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63A62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 vállalt munka egyértelmű körülhatárolása, hogy a felek ugyanazt értsék a szerződés tárgya alatt.</w:t>
            </w:r>
          </w:p>
        </w:tc>
      </w:tr>
      <w:tr w:rsidR="002A6F2B" w14:paraId="3D619832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cantSplit/>
          <w:jc w:val="center"/>
        </w:trPr>
        <w:tc>
          <w:tcPr>
            <w:tcW w:w="9866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71449A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Minden szolgáltatási sort külön jelölni kell. „Nincs benne” tételt nem szabad üresen hagyni; a kizárásokat is ki kell írni.</w:t>
            </w:r>
          </w:p>
        </w:tc>
      </w:tr>
      <w:tr w:rsidR="002A6F2B" w14:paraId="300AE42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tblHeader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87E3E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Szolgáltatás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B006B0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Tartalom / választás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FD5292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Mennyiség / egység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59391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Megjegyzés</w:t>
            </w:r>
          </w:p>
        </w:tc>
      </w:tr>
      <w:tr w:rsidR="002A6F2B" w14:paraId="2352336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EF0FA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Felmérés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CF6DA0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alap  □ extra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D85EA" w14:textId="135B4436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74656" w14:textId="3ED52E3A" w:rsidR="002A6F2B" w:rsidRDefault="002A6F2B">
            <w:pPr>
              <w:spacing w:after="36" w:line="245" w:lineRule="auto"/>
            </w:pPr>
          </w:p>
        </w:tc>
      </w:tr>
      <w:tr w:rsidR="002A6F2B" w14:paraId="69AE460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AA7F3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Munkaterület-védelem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9CB3A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fólia  □ geotextil  □ útvonal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D64185" w14:textId="5657BC01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9C4FCD" w14:textId="2F5476A1" w:rsidR="002A6F2B" w:rsidRDefault="002A6F2B">
            <w:pPr>
              <w:spacing w:after="36" w:line="245" w:lineRule="auto"/>
            </w:pPr>
          </w:p>
        </w:tc>
      </w:tr>
      <w:tr w:rsidR="002A6F2B" w14:paraId="6EF77D2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29E71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Bútor mozgatás / visszaállítás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452B99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63832" w14:textId="32371028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C67EB4" w14:textId="7ED45112" w:rsidR="002A6F2B" w:rsidRDefault="002A6F2B">
            <w:pPr>
              <w:spacing w:after="36" w:line="245" w:lineRule="auto"/>
            </w:pPr>
          </w:p>
        </w:tc>
      </w:tr>
      <w:tr w:rsidR="002A6F2B" w14:paraId="03B672E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884E9B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Burkolat bontása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3C4E47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3B596" w14:textId="411A95AB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AA1362" w14:textId="0573A8AD" w:rsidR="002A6F2B" w:rsidRDefault="002A6F2B">
            <w:pPr>
              <w:spacing w:after="36" w:line="245" w:lineRule="auto"/>
            </w:pPr>
          </w:p>
        </w:tc>
      </w:tr>
      <w:tr w:rsidR="002A6F2B" w14:paraId="3AD1A98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634C75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Hulladék letermelése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8E8FD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8F0C7F" w14:textId="1477FE45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DF5521" w14:textId="33EC8A07" w:rsidR="002A6F2B" w:rsidRDefault="002A6F2B">
            <w:pPr>
              <w:spacing w:after="36" w:line="245" w:lineRule="auto"/>
            </w:pPr>
          </w:p>
        </w:tc>
      </w:tr>
      <w:tr w:rsidR="002A6F2B" w14:paraId="26E9256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619861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Hulladék elszállítása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1F9023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E972D2" w14:textId="0A3FA495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E6AF8A" w14:textId="5A625ABB" w:rsidR="002A6F2B" w:rsidRDefault="002A6F2B">
            <w:pPr>
              <w:spacing w:after="36" w:line="245" w:lineRule="auto"/>
            </w:pPr>
          </w:p>
        </w:tc>
      </w:tr>
      <w:tr w:rsidR="002A6F2B" w14:paraId="70BD1D8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4C2227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Anyag kiszállítása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C70E2E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77D6A5" w14:textId="102101E5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27345" w14:textId="4699AA24" w:rsidR="002A6F2B" w:rsidRDefault="002A6F2B">
            <w:pPr>
              <w:spacing w:after="36" w:line="245" w:lineRule="auto"/>
            </w:pPr>
          </w:p>
        </w:tc>
      </w:tr>
      <w:tr w:rsidR="002A6F2B" w14:paraId="6C80316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22501C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Anyag feltermelése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7FF17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B1E2AE" w14:textId="3D5424F7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2186F" w14:textId="5D52675C" w:rsidR="002A6F2B" w:rsidRDefault="002A6F2B">
            <w:pPr>
              <w:spacing w:after="36" w:line="245" w:lineRule="auto"/>
            </w:pPr>
          </w:p>
        </w:tc>
      </w:tr>
      <w:tr w:rsidR="002A6F2B" w14:paraId="216BBC8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3A5B8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Aljzat csiszolása / marása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2935F8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0858CB" w14:textId="03AF8B5B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431439" w14:textId="601AEAD3" w:rsidR="002A6F2B" w:rsidRDefault="002A6F2B">
            <w:pPr>
              <w:spacing w:after="36" w:line="245" w:lineRule="auto"/>
            </w:pPr>
          </w:p>
        </w:tc>
      </w:tr>
      <w:tr w:rsidR="002A6F2B" w14:paraId="7B9D96A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2D5200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Repedésjavítás / varrás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FAF9B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08C7A" w14:textId="0DEFD135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9DC85" w14:textId="0081C85A" w:rsidR="002A6F2B" w:rsidRDefault="002A6F2B">
            <w:pPr>
              <w:spacing w:after="36" w:line="245" w:lineRule="auto"/>
            </w:pPr>
          </w:p>
        </w:tc>
      </w:tr>
      <w:tr w:rsidR="002A6F2B" w14:paraId="4C7624E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A8A728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Alapozás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218F5C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85907E" w14:textId="6EFD5717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0503F9" w14:textId="44398DAF" w:rsidR="002A6F2B" w:rsidRDefault="002A6F2B">
            <w:pPr>
              <w:spacing w:after="36" w:line="245" w:lineRule="auto"/>
            </w:pPr>
          </w:p>
        </w:tc>
      </w:tr>
      <w:tr w:rsidR="002A6F2B" w14:paraId="5999FE9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72634B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Aljzatkiegyenlítés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5828FD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292563" w14:textId="73664FBB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8C18A3" w14:textId="0802EDB8" w:rsidR="002A6F2B" w:rsidRDefault="002A6F2B">
            <w:pPr>
              <w:spacing w:after="36" w:line="245" w:lineRule="auto"/>
            </w:pPr>
          </w:p>
        </w:tc>
      </w:tr>
      <w:tr w:rsidR="002A6F2B" w14:paraId="1F59CB8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C94E8A" w14:textId="77777777" w:rsidR="002A6F2B" w:rsidRPr="000A7D70" w:rsidRDefault="00000000">
            <w:pPr>
              <w:spacing w:after="36" w:line="245" w:lineRule="auto"/>
            </w:pPr>
            <w:r w:rsidRPr="000A7D70">
              <w:rPr>
                <w:sz w:val="16"/>
              </w:rPr>
              <w:t>Burkolat fektetése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D6A985" w14:textId="1FFDF979" w:rsidR="002A6F2B" w:rsidRPr="000A7D70" w:rsidRDefault="00000000">
            <w:pPr>
              <w:spacing w:after="36" w:line="245" w:lineRule="auto"/>
            </w:pPr>
            <w:r w:rsidRPr="000A7D70">
              <w:rPr>
                <w:sz w:val="16"/>
              </w:rPr>
              <w:t xml:space="preserve">Típus: 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3245A8" w14:textId="248CE527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71EEA" w14:textId="370DB95D" w:rsidR="002A6F2B" w:rsidRDefault="002A6F2B">
            <w:pPr>
              <w:spacing w:after="36" w:line="245" w:lineRule="auto"/>
            </w:pPr>
          </w:p>
        </w:tc>
      </w:tr>
      <w:tr w:rsidR="002A6F2B" w14:paraId="51031B8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E1CFAF" w14:textId="77777777" w:rsidR="002A6F2B" w:rsidRPr="000A7D70" w:rsidRDefault="00000000">
            <w:pPr>
              <w:spacing w:after="36" w:line="245" w:lineRule="auto"/>
            </w:pPr>
            <w:r w:rsidRPr="000A7D70">
              <w:rPr>
                <w:sz w:val="16"/>
              </w:rPr>
              <w:t>Lábazat / felhajtás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E95E04" w14:textId="6D585A51" w:rsidR="002A6F2B" w:rsidRPr="000A7D70" w:rsidRDefault="00000000">
            <w:pPr>
              <w:spacing w:after="36" w:line="245" w:lineRule="auto"/>
            </w:pPr>
            <w:r w:rsidRPr="000A7D70">
              <w:rPr>
                <w:sz w:val="16"/>
              </w:rPr>
              <w:t xml:space="preserve">Típus: 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89972" w14:textId="445FF5AC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B363A8" w14:textId="4C3FBDC4" w:rsidR="002A6F2B" w:rsidRDefault="002A6F2B">
            <w:pPr>
              <w:spacing w:after="36" w:line="245" w:lineRule="auto"/>
            </w:pPr>
          </w:p>
        </w:tc>
      </w:tr>
      <w:tr w:rsidR="002A6F2B" w14:paraId="2D3485B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448978" w14:textId="77777777" w:rsidR="002A6F2B" w:rsidRPr="000A7D70" w:rsidRDefault="00000000">
            <w:pPr>
              <w:spacing w:after="36" w:line="245" w:lineRule="auto"/>
            </w:pPr>
            <w:r w:rsidRPr="000A7D70">
              <w:rPr>
                <w:sz w:val="16"/>
              </w:rPr>
              <w:t>Burkolatváltó / profil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5AC8F8" w14:textId="718DBA94" w:rsidR="002A6F2B" w:rsidRPr="000A7D70" w:rsidRDefault="00000000">
            <w:pPr>
              <w:spacing w:after="36" w:line="245" w:lineRule="auto"/>
            </w:pPr>
            <w:r w:rsidRPr="000A7D70">
              <w:rPr>
                <w:sz w:val="16"/>
              </w:rPr>
              <w:t xml:space="preserve">Típus: 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DC75AF" w14:textId="084485DE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9B9F21" w14:textId="3060AFC9" w:rsidR="002A6F2B" w:rsidRDefault="002A6F2B">
            <w:pPr>
              <w:spacing w:after="36" w:line="245" w:lineRule="auto"/>
            </w:pPr>
          </w:p>
        </w:tc>
      </w:tr>
      <w:tr w:rsidR="002A6F2B" w14:paraId="3743FCA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F97C77" w14:textId="77777777" w:rsidR="002A6F2B" w:rsidRPr="000A7D70" w:rsidRDefault="00000000">
            <w:pPr>
              <w:spacing w:after="36" w:line="245" w:lineRule="auto"/>
            </w:pPr>
            <w:r w:rsidRPr="000A7D70">
              <w:rPr>
                <w:sz w:val="16"/>
              </w:rPr>
              <w:t>Hegesztés / fugazárás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8BEAA" w14:textId="653BA1FF" w:rsidR="002A6F2B" w:rsidRPr="000A7D70" w:rsidRDefault="00000000">
            <w:pPr>
              <w:spacing w:after="36" w:line="245" w:lineRule="auto"/>
            </w:pPr>
            <w:r w:rsidRPr="000A7D70">
              <w:rPr>
                <w:sz w:val="16"/>
              </w:rPr>
              <w:t xml:space="preserve">Típus: 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276D00" w14:textId="1E0AB15C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8D92C3" w14:textId="47D052F1" w:rsidR="002A6F2B" w:rsidRDefault="002A6F2B">
            <w:pPr>
              <w:spacing w:after="36" w:line="245" w:lineRule="auto"/>
            </w:pPr>
          </w:p>
        </w:tc>
      </w:tr>
      <w:tr w:rsidR="002A6F2B" w14:paraId="762CB10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41A81B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Lépcső / falburkolat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DAE82D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része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09F46A" w14:textId="6BCCB3C9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F28031" w14:textId="1B42C6AE" w:rsidR="002A6F2B" w:rsidRDefault="002A6F2B">
            <w:pPr>
              <w:spacing w:after="36" w:line="245" w:lineRule="auto"/>
            </w:pPr>
          </w:p>
        </w:tc>
      </w:tr>
      <w:tr w:rsidR="002A6F2B" w14:paraId="3C0F62F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0B349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Takarítás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3ACBA9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építési  □ piperetakarítás  □ nem része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411ED" w14:textId="2EF76486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506A6B" w14:textId="271A172A" w:rsidR="002A6F2B" w:rsidRDefault="002A6F2B">
            <w:pPr>
              <w:spacing w:after="36" w:line="245" w:lineRule="auto"/>
            </w:pPr>
          </w:p>
        </w:tc>
      </w:tr>
      <w:tr w:rsidR="002A6F2B" w14:paraId="6E15D6A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554EC4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Átadási dokumentáció</w:t>
            </w:r>
          </w:p>
        </w:tc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B7A4A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adatlap  □ nyilatkozat  □ karbantartás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4F2E7E" w14:textId="7A295DBC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B767CC" w14:textId="63D84058" w:rsidR="002A6F2B" w:rsidRDefault="002A6F2B">
            <w:pPr>
              <w:spacing w:after="36" w:line="245" w:lineRule="auto"/>
            </w:pPr>
          </w:p>
        </w:tc>
      </w:tr>
    </w:tbl>
    <w:p w14:paraId="56D87A77" w14:textId="77777777" w:rsidR="002A6F2B" w:rsidRDefault="00000000">
      <w:pPr>
        <w:pStyle w:val="Cmsor2"/>
        <w:pBdr>
          <w:left w:val="single" w:sz="10" w:space="5" w:color="F29F05"/>
        </w:pBdr>
      </w:pPr>
      <w:r>
        <w:t>Kifejezett kizárások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2268"/>
        <w:gridCol w:w="2268"/>
        <w:gridCol w:w="1928"/>
        <w:gridCol w:w="2665"/>
      </w:tblGrid>
      <w:tr w:rsidR="002A6F2B" w14:paraId="1BC82419" w14:textId="77777777">
        <w:trPr>
          <w:cantSplit/>
          <w:tblHeader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DF1141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Kizárt tétel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A5C548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Kinek a feladata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E0664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Mikorra kell elkészülnie</w:t>
            </w:r>
          </w:p>
        </w:tc>
        <w:tc>
          <w:tcPr>
            <w:tcW w:w="266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97FCC1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Hatás, ha elmarad</w:t>
            </w:r>
          </w:p>
        </w:tc>
      </w:tr>
      <w:tr w:rsidR="002A6F2B" w14:paraId="39E33F8E" w14:textId="77777777"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1D9E76" w14:textId="33549CC6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54FB5E" w14:textId="1EC2D43B" w:rsidR="002A6F2B" w:rsidRDefault="002A6F2B">
            <w:pPr>
              <w:spacing w:after="36" w:line="245" w:lineRule="auto"/>
            </w:pP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3C3191" w14:textId="327DCA33" w:rsidR="002A6F2B" w:rsidRDefault="002A6F2B">
            <w:pPr>
              <w:spacing w:after="36" w:line="245" w:lineRule="auto"/>
            </w:pPr>
          </w:p>
        </w:tc>
        <w:tc>
          <w:tcPr>
            <w:tcW w:w="266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468182" w14:textId="3BC29292" w:rsidR="002A6F2B" w:rsidRDefault="002A6F2B">
            <w:pPr>
              <w:spacing w:after="36" w:line="245" w:lineRule="auto"/>
            </w:pPr>
          </w:p>
        </w:tc>
      </w:tr>
      <w:tr w:rsidR="002A6F2B" w14:paraId="0DEAD5E8" w14:textId="77777777"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09F091" w14:textId="01B85D44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5EDD8B" w14:textId="7EAB03A9" w:rsidR="002A6F2B" w:rsidRDefault="002A6F2B">
            <w:pPr>
              <w:spacing w:after="36" w:line="245" w:lineRule="auto"/>
            </w:pP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65E26E" w14:textId="6E744C96" w:rsidR="002A6F2B" w:rsidRDefault="002A6F2B">
            <w:pPr>
              <w:spacing w:after="36" w:line="245" w:lineRule="auto"/>
            </w:pPr>
          </w:p>
        </w:tc>
        <w:tc>
          <w:tcPr>
            <w:tcW w:w="266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AC73FF" w14:textId="500F1A64" w:rsidR="002A6F2B" w:rsidRDefault="002A6F2B">
            <w:pPr>
              <w:spacing w:after="36" w:line="245" w:lineRule="auto"/>
            </w:pPr>
          </w:p>
        </w:tc>
      </w:tr>
      <w:tr w:rsidR="002A6F2B" w14:paraId="348B8BEA" w14:textId="77777777"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CD7B6" w14:textId="1D4FED6E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8C1DF6" w14:textId="1D609564" w:rsidR="002A6F2B" w:rsidRDefault="002A6F2B">
            <w:pPr>
              <w:spacing w:after="36" w:line="245" w:lineRule="auto"/>
            </w:pP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662CBA" w14:textId="2E877357" w:rsidR="002A6F2B" w:rsidRDefault="002A6F2B">
            <w:pPr>
              <w:spacing w:after="36" w:line="245" w:lineRule="auto"/>
            </w:pPr>
          </w:p>
        </w:tc>
        <w:tc>
          <w:tcPr>
            <w:tcW w:w="266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EA48E" w14:textId="18DE985A" w:rsidR="002A6F2B" w:rsidRDefault="002A6F2B">
            <w:pPr>
              <w:spacing w:after="36" w:line="245" w:lineRule="auto"/>
            </w:pPr>
          </w:p>
        </w:tc>
      </w:tr>
      <w:tr w:rsidR="002A6F2B" w14:paraId="6BB82CBF" w14:textId="77777777"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836FEA" w14:textId="604207D5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95108" w14:textId="7186ED14" w:rsidR="002A6F2B" w:rsidRDefault="002A6F2B">
            <w:pPr>
              <w:spacing w:after="36" w:line="245" w:lineRule="auto"/>
            </w:pP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565E67" w14:textId="236B96DA" w:rsidR="002A6F2B" w:rsidRDefault="002A6F2B">
            <w:pPr>
              <w:spacing w:after="36" w:line="245" w:lineRule="auto"/>
            </w:pPr>
          </w:p>
        </w:tc>
        <w:tc>
          <w:tcPr>
            <w:tcW w:w="266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03544" w14:textId="1E544F1C" w:rsidR="002A6F2B" w:rsidRDefault="002A6F2B">
            <w:pPr>
              <w:spacing w:after="36" w:line="245" w:lineRule="auto"/>
            </w:pPr>
          </w:p>
        </w:tc>
      </w:tr>
      <w:tr w:rsidR="002A6F2B" w14:paraId="54F53492" w14:textId="77777777">
        <w:trPr>
          <w:cantSplit/>
          <w:jc w:val="center"/>
        </w:trPr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997A53" w14:textId="1CF41CF4" w:rsidR="002A6F2B" w:rsidRDefault="002A6F2B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F68691" w14:textId="379652D2" w:rsidR="002A6F2B" w:rsidRDefault="002A6F2B">
            <w:pPr>
              <w:spacing w:after="36" w:line="245" w:lineRule="auto"/>
            </w:pP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9515EE" w14:textId="2E45673D" w:rsidR="002A6F2B" w:rsidRDefault="002A6F2B">
            <w:pPr>
              <w:spacing w:after="36" w:line="245" w:lineRule="auto"/>
            </w:pPr>
          </w:p>
        </w:tc>
        <w:tc>
          <w:tcPr>
            <w:tcW w:w="266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774094" w14:textId="6033620D" w:rsidR="002A6F2B" w:rsidRDefault="002A6F2B">
            <w:pPr>
              <w:spacing w:after="36" w:line="245" w:lineRule="auto"/>
            </w:pPr>
          </w:p>
        </w:tc>
      </w:tr>
    </w:tbl>
    <w:p w14:paraId="5DEEB7D4" w14:textId="77777777" w:rsidR="002A6F2B" w:rsidRDefault="00000000">
      <w:pPr>
        <w:pStyle w:val="Cmsor2"/>
        <w:pBdr>
          <w:left w:val="single" w:sz="10" w:space="5" w:color="F29F05"/>
        </w:pBdr>
      </w:pPr>
      <w:r>
        <w:lastRenderedPageBreak/>
        <w:t>Rétegrend és kritikus műszaki követelmények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2A6F2B" w14:paraId="61AD7184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0F2459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Meglévő szerkezet / burkolat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F22621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2A6F2B" w14:paraId="2A1A4FA7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8B144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Tervezett rétegrend alulról felfelé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54F26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2A6F2B" w14:paraId="744B7AD9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6E9441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Síkpontossági követelmény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3A729C" w14:textId="5C078E3C" w:rsidR="002A6F2B" w:rsidRDefault="002A6F2B">
            <w:pPr>
              <w:spacing w:after="36" w:line="245" w:lineRule="auto"/>
            </w:pPr>
          </w:p>
        </w:tc>
      </w:tr>
      <w:tr w:rsidR="002A6F2B" w14:paraId="49DDF197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B4CF2C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Nedvességi követelmény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7C8A99" w14:textId="28E88C95" w:rsidR="002A6F2B" w:rsidRDefault="002A6F2B">
            <w:pPr>
              <w:spacing w:after="36" w:line="245" w:lineRule="auto"/>
            </w:pPr>
          </w:p>
        </w:tc>
      </w:tr>
      <w:tr w:rsidR="002A6F2B" w14:paraId="016150D1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89F7CF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Klimatikus feltételek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F4A4C0" w14:textId="7C660279" w:rsidR="002A6F2B" w:rsidRDefault="002A6F2B">
            <w:pPr>
              <w:spacing w:after="36" w:line="245" w:lineRule="auto"/>
            </w:pPr>
          </w:p>
        </w:tc>
      </w:tr>
      <w:tr w:rsidR="002A6F2B" w14:paraId="6D187021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660718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Dilatációs megoldás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2ADACB" w14:textId="7079CDB2" w:rsidR="002A6F2B" w:rsidRDefault="002A6F2B">
            <w:pPr>
              <w:spacing w:after="36" w:line="245" w:lineRule="auto"/>
            </w:pPr>
          </w:p>
        </w:tc>
      </w:tr>
      <w:tr w:rsidR="002A6F2B" w14:paraId="2591E52A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28408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Csatlakozási szintek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007A3" w14:textId="0BD51BAE" w:rsidR="002A6F2B" w:rsidRDefault="002A6F2B">
            <w:pPr>
              <w:spacing w:after="36" w:line="245" w:lineRule="auto"/>
            </w:pPr>
          </w:p>
        </w:tc>
      </w:tr>
      <w:tr w:rsidR="002A6F2B" w14:paraId="10AF2995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1133C7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Gyártói rendszer / előírás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FC49FC" w14:textId="099398FD" w:rsidR="002A6F2B" w:rsidRDefault="002A6F2B">
            <w:pPr>
              <w:spacing w:after="36" w:line="245" w:lineRule="auto"/>
            </w:pPr>
          </w:p>
        </w:tc>
      </w:tr>
      <w:tr w:rsidR="002A6F2B" w14:paraId="34AD5300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DAF539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Próbafelület szükséges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FE591C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igen  □ nem</w:t>
            </w:r>
          </w:p>
        </w:tc>
      </w:tr>
    </w:tbl>
    <w:p w14:paraId="7855F9F1" w14:textId="7E60CCEA" w:rsidR="002A6F2B" w:rsidRPr="000A7D70" w:rsidRDefault="00000000">
      <w:pPr>
        <w:pStyle w:val="SFClause"/>
        <w:keepLines/>
        <w:rPr>
          <w:rFonts w:hint="eastAsia"/>
          <w:b/>
          <w:bCs/>
          <w:color w:val="auto"/>
        </w:rPr>
      </w:pPr>
      <w:r w:rsidRPr="000A7D70">
        <w:rPr>
          <w:b/>
          <w:bCs/>
          <w:color w:val="auto"/>
        </w:rPr>
        <w:t xml:space="preserve">Kelt: </w:t>
      </w:r>
    </w:p>
    <w:p w14:paraId="156295AE" w14:textId="77777777" w:rsidR="002A6F2B" w:rsidRDefault="002A6F2B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2A6F2B" w14:paraId="2200ED10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14E2E5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5124E2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2A6F2B" w14:paraId="735BF55C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934C11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Spirit Floor Kft.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D9E611" w14:textId="3A63762A" w:rsidR="002A6F2B" w:rsidRDefault="002A6F2B">
            <w:pPr>
              <w:spacing w:after="36" w:line="245" w:lineRule="auto"/>
              <w:jc w:val="center"/>
            </w:pPr>
          </w:p>
        </w:tc>
      </w:tr>
      <w:tr w:rsidR="002A6F2B" w14:paraId="7845C353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E0CCCC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Vállalkozó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1D8A0C" w14:textId="77777777" w:rsidR="002A6F2B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Megrendelő</w:t>
            </w:r>
          </w:p>
        </w:tc>
      </w:tr>
    </w:tbl>
    <w:p w14:paraId="2763469B" w14:textId="77777777" w:rsidR="002A6F2B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M/9 – Anyag- és mintajóváhagyási lap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1218"/>
        <w:gridCol w:w="1493"/>
        <w:gridCol w:w="1752"/>
        <w:gridCol w:w="971"/>
        <w:gridCol w:w="1062"/>
        <w:gridCol w:w="1370"/>
        <w:gridCol w:w="1269"/>
        <w:gridCol w:w="822"/>
      </w:tblGrid>
      <w:tr w:rsidR="002A6F2B" w14:paraId="439D7F4A" w14:textId="77777777">
        <w:trPr>
          <w:cantSplit/>
          <w:jc w:val="center"/>
        </w:trPr>
        <w:tc>
          <w:tcPr>
            <w:tcW w:w="9866" w:type="dxa"/>
            <w:gridSpan w:val="8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98811A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 beépítendő burkolat, segédanyag és látható kialakítás egyértelmű jóváhagyása.</w:t>
            </w:r>
          </w:p>
        </w:tc>
      </w:tr>
      <w:tr w:rsidR="002A6F2B" w14:paraId="1BFB1382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cantSplit/>
          <w:jc w:val="center"/>
        </w:trPr>
        <w:tc>
          <w:tcPr>
            <w:tcW w:w="9866" w:type="dxa"/>
            <w:gridSpan w:val="8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29003E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Színt és mintát cikkszám, gyártó, lehetőség szerint fizikai minta vagy jóváhagyott mintafelület alapján kell rögzíteni.</w:t>
            </w:r>
          </w:p>
        </w:tc>
      </w:tr>
      <w:tr w:rsidR="002A6F2B" w14:paraId="6B5A226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tblHeader/>
          <w:jc w:val="center"/>
        </w:trPr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28128F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Tétel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5CB17F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Gyártó / termék</w:t>
            </w: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21BCC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Cikkszám / szín</w:t>
            </w: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C11F9A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Mennyiség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E61D27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Gyártási tétel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F94293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Dokumentum</w:t>
            </w:r>
          </w:p>
        </w:tc>
        <w:tc>
          <w:tcPr>
            <w:tcW w:w="1020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7BE056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Jóváhagyás</w:t>
            </w:r>
          </w:p>
        </w:tc>
      </w:tr>
      <w:tr w:rsidR="002A6F2B" w14:paraId="1512EF3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E6971E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Burkolat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041AC" w14:textId="3428FD6F" w:rsidR="002A6F2B" w:rsidRDefault="002A6F2B">
            <w:pPr>
              <w:spacing w:after="36" w:line="245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24535A" w14:textId="6A64B2B7" w:rsidR="002A6F2B" w:rsidRDefault="002A6F2B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E84CD" w14:textId="04B3377F" w:rsidR="002A6F2B" w:rsidRDefault="002A6F2B">
            <w:pPr>
              <w:spacing w:after="36" w:line="245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995E6" w14:textId="042E710A" w:rsidR="002A6F2B" w:rsidRDefault="002A6F2B">
            <w:pPr>
              <w:spacing w:after="36" w:line="245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D861E8" w14:textId="62A23740" w:rsidR="002A6F2B" w:rsidRDefault="002A6F2B">
            <w:pPr>
              <w:spacing w:after="36" w:line="245" w:lineRule="auto"/>
            </w:pPr>
          </w:p>
        </w:tc>
        <w:tc>
          <w:tcPr>
            <w:tcW w:w="1020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0FAD0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igen</w:t>
            </w:r>
          </w:p>
        </w:tc>
      </w:tr>
      <w:tr w:rsidR="002A6F2B" w14:paraId="6214EFF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0730B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Alapozó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FA20D8" w14:textId="5F62658B" w:rsidR="002A6F2B" w:rsidRDefault="002A6F2B">
            <w:pPr>
              <w:spacing w:after="36" w:line="245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CAF2FB" w14:textId="19A4B938" w:rsidR="002A6F2B" w:rsidRDefault="002A6F2B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D87267" w14:textId="037AD0B1" w:rsidR="002A6F2B" w:rsidRDefault="002A6F2B">
            <w:pPr>
              <w:spacing w:after="36" w:line="245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9D6D9" w14:textId="4CB62A1F" w:rsidR="002A6F2B" w:rsidRDefault="002A6F2B">
            <w:pPr>
              <w:spacing w:after="36" w:line="245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41F5F" w14:textId="238F54D5" w:rsidR="002A6F2B" w:rsidRDefault="002A6F2B">
            <w:pPr>
              <w:spacing w:after="36" w:line="245" w:lineRule="auto"/>
            </w:pPr>
          </w:p>
        </w:tc>
        <w:tc>
          <w:tcPr>
            <w:tcW w:w="1020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543F80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igen</w:t>
            </w:r>
          </w:p>
        </w:tc>
      </w:tr>
      <w:tr w:rsidR="002A6F2B" w14:paraId="76158FB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77242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Kiegyenlítő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F73467" w14:textId="38558A8C" w:rsidR="002A6F2B" w:rsidRDefault="002A6F2B">
            <w:pPr>
              <w:spacing w:after="36" w:line="245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A238DE" w14:textId="4B1323E9" w:rsidR="002A6F2B" w:rsidRDefault="002A6F2B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6C9A9A" w14:textId="68922E9D" w:rsidR="002A6F2B" w:rsidRDefault="002A6F2B">
            <w:pPr>
              <w:spacing w:after="36" w:line="245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73ECD3" w14:textId="5E2C67AD" w:rsidR="002A6F2B" w:rsidRDefault="002A6F2B">
            <w:pPr>
              <w:spacing w:after="36" w:line="245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511D44" w14:textId="5CDE7B48" w:rsidR="002A6F2B" w:rsidRDefault="002A6F2B">
            <w:pPr>
              <w:spacing w:after="36" w:line="245" w:lineRule="auto"/>
            </w:pPr>
          </w:p>
        </w:tc>
        <w:tc>
          <w:tcPr>
            <w:tcW w:w="1020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C7F8A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igen</w:t>
            </w:r>
          </w:p>
        </w:tc>
      </w:tr>
      <w:tr w:rsidR="002A6F2B" w14:paraId="66DD751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369334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Ragasztó / fixáló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BA0F54" w14:textId="0DC0DF00" w:rsidR="002A6F2B" w:rsidRDefault="002A6F2B">
            <w:pPr>
              <w:spacing w:after="36" w:line="245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EAD065" w14:textId="04961C1B" w:rsidR="002A6F2B" w:rsidRDefault="002A6F2B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9AC73" w14:textId="66707DC7" w:rsidR="002A6F2B" w:rsidRDefault="002A6F2B">
            <w:pPr>
              <w:spacing w:after="36" w:line="245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699810" w14:textId="4FEA3141" w:rsidR="002A6F2B" w:rsidRDefault="002A6F2B">
            <w:pPr>
              <w:spacing w:after="36" w:line="245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FB60F3" w14:textId="44B0DBB9" w:rsidR="002A6F2B" w:rsidRDefault="002A6F2B">
            <w:pPr>
              <w:spacing w:after="36" w:line="245" w:lineRule="auto"/>
            </w:pPr>
          </w:p>
        </w:tc>
        <w:tc>
          <w:tcPr>
            <w:tcW w:w="1020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C31A86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igen</w:t>
            </w:r>
          </w:p>
        </w:tc>
      </w:tr>
      <w:tr w:rsidR="002A6F2B" w14:paraId="3DBC8A8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31C6C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Lábazat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C6463C" w14:textId="58DA86EE" w:rsidR="002A6F2B" w:rsidRDefault="002A6F2B">
            <w:pPr>
              <w:spacing w:after="36" w:line="245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812DF6" w14:textId="2014CBC8" w:rsidR="002A6F2B" w:rsidRDefault="002A6F2B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CF8C2" w14:textId="0F0A7AC7" w:rsidR="002A6F2B" w:rsidRDefault="002A6F2B">
            <w:pPr>
              <w:spacing w:after="36" w:line="245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6FDB67" w14:textId="635D581F" w:rsidR="002A6F2B" w:rsidRDefault="002A6F2B">
            <w:pPr>
              <w:spacing w:after="36" w:line="245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40EFB5" w14:textId="3B37B667" w:rsidR="002A6F2B" w:rsidRDefault="002A6F2B">
            <w:pPr>
              <w:spacing w:after="36" w:line="245" w:lineRule="auto"/>
            </w:pPr>
          </w:p>
        </w:tc>
        <w:tc>
          <w:tcPr>
            <w:tcW w:w="1020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38E52B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igen</w:t>
            </w:r>
          </w:p>
        </w:tc>
      </w:tr>
      <w:tr w:rsidR="002A6F2B" w14:paraId="3DD75CA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BF43B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Profil / burkolatváltó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7526F8" w14:textId="658D11C5" w:rsidR="002A6F2B" w:rsidRDefault="002A6F2B">
            <w:pPr>
              <w:spacing w:after="36" w:line="245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64C006" w14:textId="4C18915A" w:rsidR="002A6F2B" w:rsidRDefault="002A6F2B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78E68" w14:textId="62C21E7D" w:rsidR="002A6F2B" w:rsidRDefault="002A6F2B">
            <w:pPr>
              <w:spacing w:after="36" w:line="245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8EF8A9" w14:textId="42D43A01" w:rsidR="002A6F2B" w:rsidRDefault="002A6F2B">
            <w:pPr>
              <w:spacing w:after="36" w:line="245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E62CCE" w14:textId="5277390B" w:rsidR="002A6F2B" w:rsidRDefault="002A6F2B">
            <w:pPr>
              <w:spacing w:after="36" w:line="245" w:lineRule="auto"/>
            </w:pPr>
          </w:p>
        </w:tc>
        <w:tc>
          <w:tcPr>
            <w:tcW w:w="1020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51CAA1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igen</w:t>
            </w:r>
          </w:p>
        </w:tc>
      </w:tr>
      <w:tr w:rsidR="002A6F2B" w14:paraId="0B9A001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0953AC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Tömítő / hegesztő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DBB664" w14:textId="49CAE8F3" w:rsidR="002A6F2B" w:rsidRDefault="002A6F2B">
            <w:pPr>
              <w:spacing w:after="36" w:line="245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F0EA0D" w14:textId="3DE30887" w:rsidR="002A6F2B" w:rsidRDefault="002A6F2B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4FD8C0" w14:textId="453FDBE0" w:rsidR="002A6F2B" w:rsidRDefault="002A6F2B">
            <w:pPr>
              <w:spacing w:after="36" w:line="245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3B2A65" w14:textId="55A20FAA" w:rsidR="002A6F2B" w:rsidRDefault="002A6F2B">
            <w:pPr>
              <w:spacing w:after="36" w:line="245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D64D38" w14:textId="6FEF97DE" w:rsidR="002A6F2B" w:rsidRDefault="002A6F2B">
            <w:pPr>
              <w:spacing w:after="36" w:line="245" w:lineRule="auto"/>
            </w:pPr>
          </w:p>
        </w:tc>
        <w:tc>
          <w:tcPr>
            <w:tcW w:w="1020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5D1FCF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igen</w:t>
            </w:r>
          </w:p>
        </w:tc>
      </w:tr>
      <w:tr w:rsidR="002A6F2B" w14:paraId="35C9FA4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cantSplit/>
          <w:jc w:val="center"/>
        </w:trPr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0285E4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Egyéb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D74842" w14:textId="49588531" w:rsidR="002A6F2B" w:rsidRDefault="002A6F2B">
            <w:pPr>
              <w:spacing w:after="36" w:line="245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FBC9F2" w14:textId="64EBE90D" w:rsidR="002A6F2B" w:rsidRDefault="002A6F2B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7F04B6" w14:textId="75AF6613" w:rsidR="002A6F2B" w:rsidRDefault="002A6F2B">
            <w:pPr>
              <w:spacing w:after="36" w:line="245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E46BA5" w14:textId="245BED68" w:rsidR="002A6F2B" w:rsidRDefault="002A6F2B">
            <w:pPr>
              <w:spacing w:after="36" w:line="245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27540" w14:textId="08579E2E" w:rsidR="002A6F2B" w:rsidRDefault="002A6F2B">
            <w:pPr>
              <w:spacing w:after="36" w:line="245" w:lineRule="auto"/>
            </w:pPr>
          </w:p>
        </w:tc>
        <w:tc>
          <w:tcPr>
            <w:tcW w:w="1020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91010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□ igen</w:t>
            </w:r>
          </w:p>
        </w:tc>
      </w:tr>
      <w:tr w:rsidR="002A6F2B" w14:paraId="4E09B81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941033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Fektetési irány / minta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E3F27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2A6F2B" w14:paraId="3735BD6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E782F2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Keverési / kiosztási szabály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977A24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2A6F2B" w14:paraId="4E7A2A8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0CC4D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Próbafelület helye és eredménye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9A674F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2A6F2B" w14:paraId="02703DD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BE34F1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Elfogadott gyártói eltérések / természetes variáció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01C85B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2A6F2B" w14:paraId="7B080E9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01922A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Megrendelői anyag felelősségi megjegyzése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51110F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2A6F2B" w14:paraId="0C341CC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cantSplit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2596A5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Jóváhagyás dátuma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112137" w14:textId="63FA9119" w:rsidR="002A6F2B" w:rsidRDefault="002A6F2B">
            <w:pPr>
              <w:spacing w:after="36" w:line="245" w:lineRule="auto"/>
            </w:pPr>
          </w:p>
        </w:tc>
      </w:tr>
    </w:tbl>
    <w:p w14:paraId="46404041" w14:textId="77777777" w:rsidR="002A6F2B" w:rsidRDefault="002A6F2B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2A6F2B" w14:paraId="7D12F941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EDC82B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24E932" w14:textId="77777777" w:rsidR="002A6F2B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2A6F2B" w14:paraId="0C204A7C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F12780" w14:textId="5DA682D0" w:rsidR="002A6F2B" w:rsidRDefault="002A6F2B">
            <w:pPr>
              <w:spacing w:after="36" w:line="245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54120" w14:textId="4930512A" w:rsidR="002A6F2B" w:rsidRDefault="002A6F2B">
            <w:pPr>
              <w:spacing w:after="36" w:line="245" w:lineRule="auto"/>
              <w:jc w:val="center"/>
            </w:pPr>
          </w:p>
        </w:tc>
      </w:tr>
      <w:tr w:rsidR="002A6F2B" w14:paraId="03B605A0" w14:textId="77777777">
        <w:trPr>
          <w:cantSplit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D63310" w14:textId="77777777" w:rsidR="002A6F2B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Spirit Floor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1D99C" w14:textId="77777777" w:rsidR="002A6F2B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Megrendelő / tervező / műszaki ellenőr</w:t>
            </w:r>
          </w:p>
        </w:tc>
      </w:tr>
    </w:tbl>
    <w:p w14:paraId="79027754" w14:textId="77777777" w:rsidR="002A6F2B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Kiegészítő pénzügyi összefoglaló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88"/>
      </w:tblGrid>
      <w:tr w:rsidR="002A6F2B" w14:paraId="772880E2" w14:textId="77777777">
        <w:trPr>
          <w:cantSplit/>
          <w:tblHeader/>
          <w:jc w:val="center"/>
        </w:trPr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A8D829" w14:textId="77777777" w:rsidR="002A6F2B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Adatmező</w:t>
            </w:r>
          </w:p>
        </w:tc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798678" w14:textId="77777777" w:rsidR="002A6F2B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Kitöltendő adat</w:t>
            </w:r>
          </w:p>
        </w:tc>
      </w:tr>
      <w:tr w:rsidR="002A6F2B" w14:paraId="6900DDDF" w14:textId="77777777">
        <w:trPr>
          <w:cantSplit/>
          <w:jc w:val="center"/>
        </w:trPr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E54F64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Bruttó vállalkozói díj</w:t>
            </w:r>
          </w:p>
        </w:tc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23A1BE" w14:textId="77777777" w:rsidR="002A6F2B" w:rsidRDefault="002A6F2B">
            <w:pPr>
              <w:spacing w:after="36" w:line="245" w:lineRule="auto"/>
            </w:pPr>
          </w:p>
        </w:tc>
      </w:tr>
      <w:tr w:rsidR="002A6F2B" w14:paraId="1D7B88D6" w14:textId="77777777">
        <w:trPr>
          <w:cantSplit/>
          <w:jc w:val="center"/>
        </w:trPr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4CAAC5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Anyagérték</w:t>
            </w:r>
          </w:p>
        </w:tc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4043F2" w14:textId="77777777" w:rsidR="002A6F2B" w:rsidRDefault="002A6F2B">
            <w:pPr>
              <w:spacing w:after="36" w:line="245" w:lineRule="auto"/>
            </w:pPr>
          </w:p>
        </w:tc>
      </w:tr>
      <w:tr w:rsidR="002A6F2B" w14:paraId="17C441B7" w14:textId="77777777">
        <w:trPr>
          <w:cantSplit/>
          <w:jc w:val="center"/>
        </w:trPr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3D3F21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Munkadíj</w:t>
            </w:r>
          </w:p>
        </w:tc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AB901B" w14:textId="77777777" w:rsidR="002A6F2B" w:rsidRDefault="002A6F2B">
            <w:pPr>
              <w:spacing w:after="36" w:line="245" w:lineRule="auto"/>
            </w:pPr>
          </w:p>
        </w:tc>
      </w:tr>
      <w:tr w:rsidR="002A6F2B" w14:paraId="29BC687D" w14:textId="77777777">
        <w:trPr>
          <w:cantSplit/>
          <w:jc w:val="center"/>
        </w:trPr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19BE27" w14:textId="77777777" w:rsidR="002A6F2B" w:rsidRDefault="00000000">
            <w:pPr>
              <w:spacing w:after="36" w:line="245" w:lineRule="auto"/>
            </w:pPr>
            <w:r>
              <w:t>Előleg összege / mértéke</w:t>
            </w:r>
          </w:p>
        </w:tc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A0D29A" w14:textId="77777777" w:rsidR="002A6F2B" w:rsidRDefault="002A6F2B">
            <w:pPr>
              <w:spacing w:after="36" w:line="245" w:lineRule="auto"/>
            </w:pPr>
          </w:p>
        </w:tc>
      </w:tr>
      <w:tr w:rsidR="002A6F2B" w14:paraId="67246836" w14:textId="77777777">
        <w:trPr>
          <w:cantSplit/>
          <w:jc w:val="center"/>
        </w:trPr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0157B4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További fizetési ütem(ek)</w:t>
            </w:r>
          </w:p>
        </w:tc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8E7B7F" w14:textId="77777777" w:rsidR="002A6F2B" w:rsidRDefault="002A6F2B">
            <w:pPr>
              <w:spacing w:after="36" w:line="245" w:lineRule="auto"/>
            </w:pPr>
          </w:p>
        </w:tc>
      </w:tr>
      <w:tr w:rsidR="002A6F2B" w14:paraId="1F0AF241" w14:textId="77777777">
        <w:trPr>
          <w:cantSplit/>
          <w:jc w:val="center"/>
        </w:trPr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BEDED8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Végszámla esedékessége</w:t>
            </w:r>
          </w:p>
        </w:tc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77EEA5" w14:textId="77777777" w:rsidR="002A6F2B" w:rsidRDefault="002A6F2B">
            <w:pPr>
              <w:spacing w:after="36" w:line="245" w:lineRule="auto"/>
            </w:pPr>
          </w:p>
        </w:tc>
      </w:tr>
      <w:tr w:rsidR="002A6F2B" w14:paraId="75464CD6" w14:textId="77777777">
        <w:trPr>
          <w:cantSplit/>
          <w:jc w:val="center"/>
        </w:trPr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FC77F1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Fizetési mód</w:t>
            </w:r>
          </w:p>
        </w:tc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2013D" w14:textId="77777777" w:rsidR="002A6F2B" w:rsidRDefault="002A6F2B">
            <w:pPr>
              <w:spacing w:after="36" w:line="245" w:lineRule="auto"/>
            </w:pPr>
          </w:p>
        </w:tc>
      </w:tr>
      <w:tr w:rsidR="002A6F2B" w14:paraId="67BEC8B5" w14:textId="77777777">
        <w:trPr>
          <w:cantSplit/>
          <w:jc w:val="center"/>
        </w:trPr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FEB01F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Külön határidő-garancia vállalás, ha van</w:t>
            </w:r>
          </w:p>
        </w:tc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74AD6" w14:textId="77777777" w:rsidR="002A6F2B" w:rsidRDefault="002A6F2B">
            <w:pPr>
              <w:spacing w:after="36" w:line="245" w:lineRule="auto"/>
            </w:pPr>
          </w:p>
        </w:tc>
      </w:tr>
      <w:tr w:rsidR="002A6F2B" w14:paraId="04F24A56" w14:textId="77777777">
        <w:trPr>
          <w:cantSplit/>
          <w:jc w:val="center"/>
        </w:trPr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26C736" w14:textId="77777777" w:rsidR="002A6F2B" w:rsidRDefault="00000000">
            <w:pPr>
              <w:spacing w:after="36" w:line="245" w:lineRule="auto"/>
            </w:pPr>
            <w:r>
              <w:rPr>
                <w:sz w:val="16"/>
              </w:rPr>
              <w:t>Megjegyzés</w:t>
            </w:r>
          </w:p>
        </w:tc>
        <w:tc>
          <w:tcPr>
            <w:tcW w:w="488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514F7" w14:textId="77777777" w:rsidR="002A6F2B" w:rsidRDefault="002A6F2B">
            <w:pPr>
              <w:spacing w:after="36" w:line="245" w:lineRule="auto"/>
            </w:pPr>
          </w:p>
        </w:tc>
      </w:tr>
    </w:tbl>
    <w:p w14:paraId="5E1A696E" w14:textId="77777777" w:rsidR="002A6F2B" w:rsidRDefault="00000000">
      <w:pPr>
        <w:pStyle w:val="SFNote"/>
        <w:pBdr>
          <w:left w:val="single" w:sz="14" w:space="6" w:color="F29F05"/>
        </w:pBdr>
        <w:shd w:val="clear" w:color="auto" w:fill="FAF8F5"/>
        <w:rPr>
          <w:rFonts w:hint="eastAsia"/>
        </w:rPr>
      </w:pPr>
      <w:r>
        <w:rPr>
          <w:b/>
        </w:rPr>
        <w:t>Beszerzési és munkakezdési kapu. Az M/1 akkor tekinthető beszerzésre és munkakezdésre késznek, ha a műszaki tartalom, az ár és a lényeges anyagválasztás azonosítható, a Megrendelő igazolhatóan elfogadta, és – ha a szerződés előleget ír elő – az esedékes előleg beérkezett. Ez nem módosítja a szerződés SF-JOG-01 és SF-JOG-02 dokumentumokban meghatározott létrejöttének időpontját.</w:t>
      </w:r>
    </w:p>
    <w:sectPr w:rsidR="002A6F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037" w:right="1066" w:bottom="979" w:left="1066" w:header="346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1C8A7" w14:textId="77777777" w:rsidR="00C16039" w:rsidRDefault="00C16039">
      <w:pPr>
        <w:spacing w:after="0" w:line="240" w:lineRule="auto"/>
      </w:pPr>
      <w:r>
        <w:separator/>
      </w:r>
    </w:p>
  </w:endnote>
  <w:endnote w:type="continuationSeparator" w:id="0">
    <w:p w14:paraId="7AE0F0F5" w14:textId="77777777" w:rsidR="00C16039" w:rsidRDefault="00C16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erif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3D32" w14:textId="77777777" w:rsidR="002A6F2B" w:rsidRDefault="002A6F2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912"/>
      <w:gridCol w:w="2808"/>
    </w:tblGrid>
    <w:tr w:rsidR="002A6F2B" w14:paraId="257487B8" w14:textId="77777777">
      <w:trPr>
        <w:jc w:val="center"/>
      </w:trPr>
      <w:tc>
        <w:tcPr>
          <w:tcW w:w="6912" w:type="dxa"/>
          <w:tcBorders>
            <w:top w:val="single" w:sz="4" w:space="0" w:color="D9D4CE"/>
          </w:tcBorders>
          <w:tcMar>
            <w:top w:w="30" w:type="dxa"/>
            <w:left w:w="20" w:type="dxa"/>
            <w:bottom w:w="10" w:type="dxa"/>
            <w:right w:w="20" w:type="dxa"/>
          </w:tcMar>
        </w:tcPr>
        <w:p w14:paraId="28B0E8A3" w14:textId="77777777" w:rsidR="002A6F2B" w:rsidRDefault="00000000">
          <w:r>
            <w:rPr>
              <w:color w:val="676767"/>
              <w:sz w:val="14"/>
            </w:rPr>
            <w:t>SF-JOG-03  •  v3.0  •  Spirit Floor Kft.</w:t>
          </w:r>
        </w:p>
      </w:tc>
      <w:tc>
        <w:tcPr>
          <w:tcW w:w="2808" w:type="dxa"/>
          <w:tcBorders>
            <w:top w:val="single" w:sz="4" w:space="0" w:color="D9D4CE"/>
          </w:tcBorders>
          <w:tcMar>
            <w:top w:w="30" w:type="dxa"/>
            <w:left w:w="20" w:type="dxa"/>
            <w:bottom w:w="10" w:type="dxa"/>
            <w:right w:w="20" w:type="dxa"/>
          </w:tcMar>
        </w:tcPr>
        <w:p w14:paraId="25D98949" w14:textId="77777777" w:rsidR="002A6F2B" w:rsidRDefault="00000000">
          <w:pPr>
            <w:jc w:val="right"/>
          </w:pPr>
          <w:r>
            <w:rPr>
              <w:color w:val="676767"/>
              <w:sz w:val="14"/>
            </w:rPr>
            <w:t xml:space="preserve">Oldal </w:t>
          </w:r>
          <w:r>
            <w:rPr>
              <w:color w:val="676767"/>
              <w:sz w:val="14"/>
            </w:rPr>
            <w:fldChar w:fldCharType="begin"/>
          </w:r>
          <w:r>
            <w:rPr>
              <w:color w:val="676767"/>
              <w:sz w:val="14"/>
            </w:rPr>
            <w:instrText>PAGE</w:instrText>
          </w:r>
          <w:r>
            <w:rPr>
              <w:color w:val="676767"/>
              <w:sz w:val="14"/>
            </w:rPr>
            <w:fldChar w:fldCharType="separate"/>
          </w:r>
          <w:r w:rsidR="00620572">
            <w:rPr>
              <w:noProof/>
              <w:color w:val="676767"/>
              <w:sz w:val="14"/>
            </w:rPr>
            <w:t>1</w:t>
          </w:r>
          <w:r>
            <w:rPr>
              <w:color w:val="676767"/>
              <w:sz w:val="14"/>
            </w:rPr>
            <w:fldChar w:fldCharType="end"/>
          </w:r>
          <w:r>
            <w:rPr>
              <w:color w:val="676767"/>
              <w:sz w:val="14"/>
            </w:rPr>
            <w:t xml:space="preserve"> / </w:t>
          </w:r>
          <w:r>
            <w:rPr>
              <w:color w:val="676767"/>
              <w:sz w:val="14"/>
            </w:rPr>
            <w:fldChar w:fldCharType="begin"/>
          </w:r>
          <w:r>
            <w:rPr>
              <w:color w:val="676767"/>
              <w:sz w:val="14"/>
            </w:rPr>
            <w:instrText>NUMPAGES</w:instrText>
          </w:r>
          <w:r>
            <w:rPr>
              <w:color w:val="676767"/>
              <w:sz w:val="14"/>
            </w:rPr>
            <w:fldChar w:fldCharType="separate"/>
          </w:r>
          <w:r w:rsidR="00620572">
            <w:rPr>
              <w:noProof/>
              <w:color w:val="676767"/>
              <w:sz w:val="14"/>
            </w:rPr>
            <w:t>2</w:t>
          </w:r>
          <w:r>
            <w:rPr>
              <w:color w:val="676767"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A42D" w14:textId="77777777" w:rsidR="002A6F2B" w:rsidRDefault="002A6F2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656A1" w14:textId="77777777" w:rsidR="00C16039" w:rsidRDefault="00C16039">
      <w:pPr>
        <w:spacing w:after="0" w:line="240" w:lineRule="auto"/>
      </w:pPr>
      <w:r>
        <w:separator/>
      </w:r>
    </w:p>
  </w:footnote>
  <w:footnote w:type="continuationSeparator" w:id="0">
    <w:p w14:paraId="3FB6726C" w14:textId="77777777" w:rsidR="00C16039" w:rsidRDefault="00C16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9D510" w14:textId="77777777" w:rsidR="002A6F2B" w:rsidRDefault="002A6F2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008"/>
      <w:gridCol w:w="8640"/>
    </w:tblGrid>
    <w:tr w:rsidR="002A6F2B" w14:paraId="6A751A10" w14:textId="77777777">
      <w:trPr>
        <w:jc w:val="center"/>
      </w:trPr>
      <w:tc>
        <w:tcPr>
          <w:tcW w:w="1008" w:type="dxa"/>
          <w:tcBorders>
            <w:bottom w:val="single" w:sz="10" w:space="0" w:color="F29F05"/>
          </w:tcBorders>
          <w:tcMar>
            <w:top w:w="20" w:type="dxa"/>
            <w:left w:w="20" w:type="dxa"/>
            <w:bottom w:w="30" w:type="dxa"/>
            <w:right w:w="20" w:type="dxa"/>
          </w:tcMar>
        </w:tcPr>
        <w:p w14:paraId="2DB17260" w14:textId="77777777" w:rsidR="002A6F2B" w:rsidRDefault="00000000">
          <w:r>
            <w:rPr>
              <w:noProof/>
            </w:rPr>
            <w:drawing>
              <wp:inline distT="0" distB="0" distL="0" distR="0" wp14:anchorId="5B029C0B" wp14:editId="0E294431">
                <wp:extent cx="292608" cy="306905"/>
                <wp:effectExtent l="0" t="0" r="0" b="0"/>
                <wp:docPr id="2044392946" name="Picture 1" descr="Spirit Floor log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irit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" cy="306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0" w:type="dxa"/>
          <w:tcBorders>
            <w:bottom w:val="single" w:sz="10" w:space="0" w:color="F29F05"/>
          </w:tcBorders>
          <w:tcMar>
            <w:top w:w="20" w:type="dxa"/>
            <w:left w:w="20" w:type="dxa"/>
            <w:bottom w:w="30" w:type="dxa"/>
            <w:right w:w="20" w:type="dxa"/>
          </w:tcMar>
        </w:tcPr>
        <w:p w14:paraId="0B7D8C1E" w14:textId="77777777" w:rsidR="002A6F2B" w:rsidRDefault="00000000">
          <w:pPr>
            <w:jc w:val="right"/>
          </w:pPr>
          <w:r>
            <w:rPr>
              <w:b/>
              <w:color w:val="2D2218"/>
              <w:sz w:val="14"/>
            </w:rPr>
            <w:t>SPIRIT FLOOR  •  MEGRENDELŐLAP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5D743" w14:textId="77777777" w:rsidR="002A6F2B" w:rsidRDefault="002A6F2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5020759">
    <w:abstractNumId w:val="8"/>
  </w:num>
  <w:num w:numId="2" w16cid:durableId="1865434147">
    <w:abstractNumId w:val="6"/>
  </w:num>
  <w:num w:numId="3" w16cid:durableId="640622412">
    <w:abstractNumId w:val="5"/>
  </w:num>
  <w:num w:numId="4" w16cid:durableId="144663062">
    <w:abstractNumId w:val="4"/>
  </w:num>
  <w:num w:numId="5" w16cid:durableId="452554356">
    <w:abstractNumId w:val="7"/>
  </w:num>
  <w:num w:numId="6" w16cid:durableId="901865655">
    <w:abstractNumId w:val="3"/>
  </w:num>
  <w:num w:numId="7" w16cid:durableId="1417245960">
    <w:abstractNumId w:val="2"/>
  </w:num>
  <w:num w:numId="8" w16cid:durableId="111294433">
    <w:abstractNumId w:val="1"/>
  </w:num>
  <w:num w:numId="9" w16cid:durableId="91875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7D70"/>
    <w:rsid w:val="0015074B"/>
    <w:rsid w:val="00271CC0"/>
    <w:rsid w:val="0029639D"/>
    <w:rsid w:val="002A6F2B"/>
    <w:rsid w:val="00326F90"/>
    <w:rsid w:val="00521A93"/>
    <w:rsid w:val="00620572"/>
    <w:rsid w:val="007A37A7"/>
    <w:rsid w:val="00A76D2E"/>
    <w:rsid w:val="00AA1D8D"/>
    <w:rsid w:val="00B47730"/>
    <w:rsid w:val="00B55B21"/>
    <w:rsid w:val="00C16039"/>
    <w:rsid w:val="00CB0664"/>
    <w:rsid w:val="00DF29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859D56"/>
  <w14:defaultImageDpi w14:val="300"/>
  <w15:docId w15:val="{59605E79-18A7-4474-9801-3B63B5E7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90" w:line="271" w:lineRule="auto"/>
    </w:pPr>
    <w:rPr>
      <w:rFonts w:ascii="Inter" w:eastAsia="Inter" w:hAnsi="Inter"/>
      <w:color w:val="222222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Cs/>
      <w:color w:val="2D2218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2D2218"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D9890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  <w:rPr>
      <w:sz w:val="18"/>
    </w:r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  <w:rPr>
      <w:sz w:val="18"/>
    </w:r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FEyebrow">
    <w:name w:val="SF Eyebrow"/>
    <w:pPr>
      <w:keepNext/>
      <w:spacing w:after="80"/>
    </w:pPr>
    <w:rPr>
      <w:rFonts w:ascii="Inter" w:hAnsi="Inter"/>
      <w:b/>
      <w:caps/>
      <w:color w:val="D98900"/>
      <w:sz w:val="16"/>
    </w:rPr>
  </w:style>
  <w:style w:type="paragraph" w:customStyle="1" w:styleId="SFLead">
    <w:name w:val="SF Lead"/>
    <w:pPr>
      <w:spacing w:after="160" w:line="288" w:lineRule="auto"/>
    </w:pPr>
    <w:rPr>
      <w:rFonts w:ascii="Inter" w:hAnsi="Inter"/>
      <w:color w:val="676767"/>
      <w:sz w:val="21"/>
    </w:rPr>
  </w:style>
  <w:style w:type="paragraph" w:customStyle="1" w:styleId="SFNote">
    <w:name w:val="SF Note"/>
    <w:pPr>
      <w:spacing w:before="100" w:after="120"/>
      <w:ind w:left="173" w:right="115"/>
    </w:pPr>
    <w:rPr>
      <w:rFonts w:ascii="Inter" w:hAnsi="Inter"/>
      <w:color w:val="222222"/>
      <w:sz w:val="17"/>
    </w:rPr>
  </w:style>
  <w:style w:type="paragraph" w:customStyle="1" w:styleId="SFSource">
    <w:name w:val="SF Source"/>
    <w:pPr>
      <w:spacing w:after="40"/>
    </w:pPr>
    <w:rPr>
      <w:rFonts w:ascii="Inter" w:hAnsi="Inter"/>
      <w:color w:val="676767"/>
      <w:sz w:val="15"/>
    </w:rPr>
  </w:style>
  <w:style w:type="paragraph" w:customStyle="1" w:styleId="SFSmall">
    <w:name w:val="SF Small"/>
    <w:pPr>
      <w:spacing w:after="40"/>
    </w:pPr>
    <w:rPr>
      <w:rFonts w:ascii="Inter" w:hAnsi="Inter"/>
      <w:color w:val="676767"/>
      <w:sz w:val="16"/>
    </w:rPr>
  </w:style>
  <w:style w:type="paragraph" w:customStyle="1" w:styleId="SFClause">
    <w:name w:val="SF Clause"/>
    <w:pPr>
      <w:spacing w:after="100" w:line="274" w:lineRule="auto"/>
    </w:pPr>
    <w:rPr>
      <w:rFonts w:ascii="Inter" w:hAnsi="Inter"/>
      <w:color w:val="22222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1218</Words>
  <Characters>11079</Characters>
  <Application>Microsoft Office Word</Application>
  <DocSecurity>0</DocSecurity>
  <Lines>553</Lines>
  <Paragraphs>307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Gergő Nagy</cp:lastModifiedBy>
  <cp:revision>7</cp:revision>
  <dcterms:created xsi:type="dcterms:W3CDTF">2013-12-23T23:15:00Z</dcterms:created>
  <dcterms:modified xsi:type="dcterms:W3CDTF">2026-09-15T10:41:00Z</dcterms:modified>
  <cp:category/>
</cp:coreProperties>
</file>